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 сотрудничестве в области осуществления совместного контроля на российско-казахстанской государственной границе</w:t>
      </w:r>
    </w:p>
    <w:p>
      <w:r>
        <w:rPr>
          <w:b/>
        </w:rPr>
        <w:t>Статья None. Федеральный закон   от 03.11.2010 № 282-ФЗ</w:t>
      </w:r>
    </w:p>
    <w:p>
      <w:r>
        <w:t>О ратификации Соглашения между Правительством Российской Федерации и Правительством Республики Казахстан о сотрудничестве в области осуществления совместного контроля на российско-казахстанской государственной границе РОССИЙСКАЯ ФЕДЕРАЦИЯ ФЕДЕРАЛЬНЫЙ ЗАКОН О ратификации Соглашения между Правительством Российской Федерации и Правительством Республики Казахстан о сотрудничестве в области осуществления совместного контроля на российско-казахстанской государственной границе Принят Государственной Думой 22 октября 2010 года Одобрен Советом Федерации 27 октября 2010 года Ратифицировать Соглашение между Правительством Российской Федерации и Правительством Республики Казахстан о сотрудничестве в области осуществления совместного контроля на российско-казахстанской государственной границе, подписанное в городе Оренбурге 11 сентября 2009 года. Президент Российской Федерации Д.Медведев Москва, Кремль 3 ноября 2010 года № 282-ФЗ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