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</w:t>
      </w:r>
    </w:p>
    <w:p>
      <w:r>
        <w:rPr>
          <w:b/>
        </w:rPr>
        <w:t>Статья None. Федеральный закон   от 03.11.2010 № 283-ФЗ</w:t>
      </w:r>
    </w:p>
    <w:p>
      <w:r>
        <w:t>О ратификации Соглашения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РОССИЙСКАЯ ФЕДЕРАЦИЯ ФЕДЕРАЛЬНЫЙ ЗАКОН О ратификации Соглашения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Принят Государственной Думой 22 октября 2010 года Одобрен Советом Федерации 27 октября 2010 года Ратифицировать Соглашение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товаров, подписанное в городе Санкт-Петербурге 21 мая 2010 года. Президент Российской Федерации Д.Медведев Москва, Кремль 3 ноября 2010 года № 283-ФЗ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