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утратившей силу части 6 статьи 50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03.11.2010 № 286-ФЗ</w:t>
      </w:r>
    </w:p>
    <w:p>
      <w:r>
        <w:t>О признании утратившей силу части 6 статьи 50 Федерального закона "Об общих принципах организации местного самоуправления в Российской Федерации" РОССИЙСКАЯ ФЕДЕРАЦИЯ ФЕДЕРАЛЬНЫЙ ЗАКОН Утратил силу - Федеральный закон от 20.03.2025 № 33-ФЗ О признании утратившей силу части 6 статьи 50 Федерального закона "Об общих принципах организации местного самоуправления в Российской Федерации" Принят Государственной Думой 19 октября 2010 года Одобрен Советом Федерации 27 октября 2010 года Часть 6 статьи 50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3822) признать утратившей силу. Президент Российской Федерации Д.Медведев Москва, Кремль 3 ноября 2010 года № 286-ФЗ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