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5-1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   от 29.11.2010 № 319-ФЗ</w:t>
      </w:r>
    </w:p>
    <w:p>
      <w:r>
        <w:t>О внесении изменений в статью 5-1 Федерального закона "О воинской обязанности и военной службе" РОССИЙСКАЯ ФЕДЕРАЦИЯ ФЕДЕРАЛЬНЫЙ ЗАКОН О внесении изменений в статью 5 1 Федерального закона "О воинской обязанности и военной службе" Принят Государственной Думой 16 ноября 2010 года Одобрен Советом Федерации 24 ноября 2010 года Внести в статью 5 1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2006, № 1, ст. 10; 2008, № 30, ст. 3616) следующие изменения</w:t>
      </w:r>
    </w:p>
    <w:p>
      <w:r>
        <w:t>дополнить пунктом 1 1 следующего содержания: "1 1 . Медицинское освидетельствование граждан, указанных в пункте 1 настоящей статьи и являющихся детьми-инвалидами, инвалидами I группы или имеющих иную группу инвалидности без указания срока переосвидетельствования, в связи с исполнением ими воинской обязанности с их согласия или с согласия их законных представителей проводится заочно на основании документов, перечень которых определяется Положением о военно-врачебной экспертизе, утверждаемым уполномоченным федеральным органом исполнительной власти."</w:t>
      </w:r>
    </w:p>
    <w:p>
      <w:r>
        <w:t>в пункте 3 слова ", утверждаемым уполномоченным федеральным органом исполнительной власти" исключить. Президент Российской Федерации Д.Медведев Москва, Кремль 29 ноября 2010 года № 319-ФЗ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