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Турецкой Республики о сотрудничестве в сфере строительства и эксплуатации атомной электростанции на площадке "Аккую" в Турецкой Республике</w:t>
      </w:r>
    </w:p>
    <w:p>
      <w:r>
        <w:rPr>
          <w:b/>
        </w:rPr>
        <w:t>Статья None. Федеральный закон   от 29.11.2010 № 322-ФЗ</w:t>
      </w:r>
    </w:p>
    <w:p>
      <w:r>
        <w:t>О ратификации Соглашения между Правительством Российской Федерации и Правительством Турецкой Республики о сотрудничестве в сфере строительства и эксплуатации атомной электростанции на площадке "Аккую" в Турецкой Республике РОССИЙСКАЯ ФЕДЕРАЦИЯ ФЕДЕРАЛЬНЫЙ ЗАКОН О ратификации Соглашения между Правительством Российской Федерации и Правительством Турецкой Республики о сотрудничестве в сфере строительства и эксплуатации атомной электростанции на площадке "Аккую" в Турецкой Республике Принят Государственной Думой 19 ноября 2010 года Одобрен Советом Федерации 24 ноября 2010 года Ратифицировать Соглашение между Правительством Российской Федерации и Правительством Турецкой Республики о сотрудничестве в сфере строительства и эксплуатации атомной электростанции на площадке "Аккую" в Турецкой Республике, подписанное в городе Анкаре 12 мая 2010 года. Президент Российской Федерации Д.Медведев Москва, Кремль 29 ноября 2010 года № 322-ФЗ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