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обязательном медицинском страховании в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регулирует отношения, возникающие в связи с осуществлением обязательного медицинского страхования, в том числе определяет правовое положение субъектов обязательного медицинского страхования и участников обязательного медицинского страхования, основания возникновения их прав и обязанностей, гарантии их реализации, отношения и ответственность, связанные с уплатой страховых взносов на обязательное медицинское страхование неработающего населения.</w:t>
      </w:r>
    </w:p>
    <w:p>
      <w:r>
        <w:rPr>
          <w:b/>
        </w:rPr>
        <w:t>Статья 2. Правовые основы обязательного медицинского страхования</w:t>
      </w:r>
    </w:p>
    <w:p>
      <w:r>
        <w:rPr>
          <w:b/>
        </w:rPr>
        <w:t xml:space="preserve">1. </w:t>
      </w:r>
      <w:r>
        <w:t>Законодательство об обязательном медицинском страховании основывается на Конституции Российской Федерации и состоит из Федерального закона от 21 ноября 2011 года № 323-ФЗ "Об основах охраны здоровья граждан в Российской Федерации", Федерального закона от 16 июля 1999 года № 165-ФЗ "Об основах обязательного социального страхования", настоящего Федерального закона, других федеральных законов, законов субъектов Российской Федерации. Отношения, связанные с обязательным медицинским страхованием, регулируются также иными нормативными правовыми актами Российской Федерации, иными нормативными правовыми актами субъектов Российской Федерации. (В редакции Федерального закона от 01.12.2012 № 213-ФЗ)</w:t>
      </w:r>
    </w:p>
    <w:p>
      <w:r>
        <w:rPr>
          <w:b/>
        </w:rPr>
        <w:t xml:space="preserve">2. </w:t>
      </w:r>
      <w:r>
        <w:t>В случае,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
        <w:rPr>
          <w:b/>
        </w:rPr>
        <w:t xml:space="preserve">21.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 xml:space="preserve">3. </w:t>
      </w:r>
      <w:r>
        <w:t>В целях единообразного применения настоящего Федерального закона при необходимости могут издаваться соответствующие разъяснения в порядке, установленном Правительством Российской Федерации</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обязательное медицинское страхование - вид обязательного социального страхования, представляющий собой систему создаваемых государством правовых, экономических и организационных мер, направленных на обеспечение при наступлении страхового случая гарантий бесплатного оказания застрахованному лицу медицинской помощи за счет средств обязательного медицинского страхования в пределах территориальной программы обязательного медицинского страхования и в установленных настоящим Федеральным законом случаях в пределах базовой программы обязательного медицинского страхования</w:t>
      </w:r>
    </w:p>
    <w:p>
      <w:r>
        <w:t>объект обязательного медицинского страхования - страховой риск, связанный с возникновением страхового случая</w:t>
      </w:r>
    </w:p>
    <w:p>
      <w:r>
        <w:t>страховой риск - предполагаемое событие, при наступлении которого возникает необходимость осуществления расходов на оплату оказываемой застрахованному лицу медицинской помощи</w:t>
      </w:r>
    </w:p>
    <w:p>
      <w:r>
        <w:t>страховой случай - совершившееся событие (заболевание, травма, иное состояние здоровья застрахованного лица, профилактические мероприятия), при наступлении которого застрахованному лицу предоставляется страховое обеспечение по обязательному медицинскому страхованию</w:t>
      </w:r>
    </w:p>
    <w:p>
      <w:r>
        <w:t>страховое обеспечение по обязательному медицинскому страхованию (далее - страховое обеспечение) - исполнение обязательств по предоставлению застрахованному лицу необходимой медицинской помощи при наступлении страхового случая и по ее оплате медицинской организации</w:t>
      </w:r>
    </w:p>
    <w:p>
      <w:r>
        <w:t>страховые взносы на обязательное медицинское страхование - обязательные платежи, которые уплачиваются страхователями, обладают обезличенным характером и целевым назначением которых является обеспечение прав застрахованного лица на получение страхового обеспечения</w:t>
      </w:r>
    </w:p>
    <w:p>
      <w:r>
        <w:t>застрахованное лицо - физическое лицо, на которое распространяется обязательное медицинское страхование в соответствии с настоящим Федеральным законом</w:t>
      </w:r>
    </w:p>
    <w:p>
      <w:r>
        <w:t>базовая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за счет средств обязательного медицинского страхования на всей территории Российской Федерации медицинской помощи и устанавливающая единые требования к территориальным программам обязательного медицинского страхования</w:t>
      </w:r>
    </w:p>
    <w:p>
      <w:r>
        <w:t>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медицинской помощи на территории субъекта Российской Федерации и соответствующая единым требованиям базовой программы обязательного медицинского страхования</w:t>
      </w:r>
    </w:p>
    <w:p>
      <w:r>
        <w:rPr>
          <w:b/>
        </w:rPr>
        <w:t>Статья 4. Основные принципы осуществления обязательного медицинского страхования</w:t>
      </w:r>
    </w:p>
    <w:p>
      <w:r>
        <w:t>Основными принципами осуществления обязательного медицинского страхования являются</w:t>
      </w:r>
    </w:p>
    <w:p>
      <w:r>
        <w:t>обеспечение за счет средств обязательного медицинского страхования гарантий бесплатного оказания застрахованному лицу медицинской помощи при наступлении страхового случая в рамках территориальной программы обязательного медицинского страхования и базовой программы обязательного медицинского страхования (далее также - программы обязательного медицинского страхования)</w:t>
      </w:r>
    </w:p>
    <w:p>
      <w:r>
        <w:t>устойчивость финансовой системы обязательного медицинского страхования, обеспечиваемая на основе эквивалентности страхового обеспечения средствам обязательного медицинского страхования</w:t>
      </w:r>
    </w:p>
    <w:p>
      <w:r>
        <w:t>обязательность уплаты страхователями страховых взносов на обязательное медицинское страхование в размерах, установленных федеральными законами</w:t>
      </w:r>
    </w:p>
    <w:p>
      <w:r>
        <w:t>государственная гарантия соблюдения прав застрахованных лиц на исполнение обязательств по обязательному медицинскому страхованию в рамках базовой программы обязательного медицинского страхования независимо от финансового положения страховщика</w:t>
      </w:r>
    </w:p>
    <w:p>
      <w:r>
        <w:t>создание условий для обеспечения доступности и качества медицинской помощи, оказываемой в рамках программ обязательного медицинского страхования</w:t>
      </w:r>
    </w:p>
    <w:p>
      <w:r>
        <w:t>паритетность представительства субъектов обязательного медицинского страхования и участников обязательного медицинского страхования в органах управления обязательного медицинского страхования</w:t>
      </w:r>
    </w:p>
    <w:p>
      <w:pPr>
        <w:pStyle w:val="Heading3"/>
      </w:pPr>
      <w:r>
        <w:t>Полномочия Российской Федерации и субъектовРоссийской Федерации в сфере обязательногомедицинского страхования</w:t>
      </w:r>
    </w:p>
    <w:p>
      <w:r>
        <w:rPr>
          <w:b/>
        </w:rPr>
        <w:t>Статья 5. Полномочия Российской Федерации в сфере обязательного медицинского страхования</w:t>
      </w:r>
    </w:p>
    <w:p>
      <w:r>
        <w:t>К полномочиям Российской Федерации в сфере обязательного медицинского страхования относятся</w:t>
      </w:r>
    </w:p>
    <w:p>
      <w:r>
        <w:t>разработка и реализация государственной политики в сфере обязательного медицинского страхования</w:t>
      </w:r>
    </w:p>
    <w:p>
      <w:r>
        <w:t>организация обязательного медицинского страхования на территории Российской Федерации</w:t>
      </w:r>
    </w:p>
    <w:p>
      <w:r>
        <w:t>установление круга лиц, подлежащих обязательному медицинскому страхованию</w:t>
      </w:r>
    </w:p>
    <w:p>
      <w:r>
        <w:t>установление тарифов страховых взносов на обязательное медицинское страхование и порядка взимания страховых взносов на обязательное медицинское страхование</w:t>
      </w:r>
    </w:p>
    <w:p>
      <w:r>
        <w:t>утверждение базовой программы обязательного медицинского страхования и единых требований к территориальным программам обязательного медицинского страхования</w:t>
      </w:r>
    </w:p>
    <w:p>
      <w:r>
        <w:t>установление порядка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
        <w:t>установление ответственности субъектов обязательного медицинского страхования и участников обязательного медицинского страхования за нарушение законодательства об обязательном медицинском страховании</w:t>
      </w:r>
    </w:p>
    <w:p>
      <w:r>
        <w:t>организация управления средствами обязательного медицинского страхования</w:t>
      </w:r>
    </w:p>
    <w:p>
      <w:r>
        <w:t>определение общих принципов организации информационных систем и информационного взаимодействия в сфере обязательного медицинского страхования, ведения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w:t>
      </w:r>
    </w:p>
    <w:p>
      <w:r>
        <w:t>установление системы защиты прав застрахованных лиц в сфере обязательного медицинского страхования</w:t>
      </w:r>
    </w:p>
    <w:p>
      <w:r>
        <w:t>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(Дополнение пунктом - Федеральный закон от 08.12.2020 № 430-ФЗ)</w:t>
      </w:r>
    </w:p>
    <w:p>
      <w:r>
        <w:rPr>
          <w:b/>
        </w:rPr>
        <w:t>Статья 6.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w:t>
      </w:r>
    </w:p>
    <w:p>
      <w:r>
        <w:rPr>
          <w:b/>
        </w:rPr>
        <w:t xml:space="preserve">1. </w:t>
      </w:r>
      <w:r>
        <w:t>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w:t>
      </w:r>
    </w:p>
    <w:p>
      <w:r>
        <w:rPr>
          <w:b/>
        </w:rPr>
        <w:t xml:space="preserve">2. </w:t>
      </w:r>
      <w:r>
        <w:t>Финансовое обеспечение расходных обязательств субъектов Российской Федерации, возникающих при осуществлении переданных в соответствии с частью 1 настоящей статьи полномочий, осуществляется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
        <w:rPr>
          <w:b/>
        </w:rPr>
        <w:t xml:space="preserve">3.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при осуществлении переданных в соответствии с частью 1 настоящей статьи полномочий</w:t>
      </w:r>
    </w:p>
    <w:p>
      <w:r>
        <w:rPr>
          <w:b/>
        </w:rPr>
        <w:t xml:space="preserve">4. </w:t>
      </w:r>
      <w:r>
        <w:t>Контроль за использованием средств обязательного медицинского страхования, обеспечивающих осуществление переданных в соответствии с частью 1 настоящей статьи полномочий, проводится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r>
        <w:rPr>
          <w:b/>
        </w:rPr>
        <w:t xml:space="preserve">1. </w:t>
      </w:r>
      <w:r>
        <w:t>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субъектов Российской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
        <w:rPr>
          <w:b/>
        </w:rPr>
        <w:t xml:space="preserve">1. </w:t>
      </w:r>
      <w:r>
        <w:t>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правилами обязательного медицинского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обязательного медицинского страхования), для страховых медицинских организаций</w:t>
      </w:r>
    </w:p>
    <w:p>
      <w:r>
        <w:rPr>
          <w:b/>
        </w:rPr>
        <w:t xml:space="preserve">1. </w:t>
      </w:r>
      <w:r>
        <w:t>регистрация и снятие с регистрационного учета страхователей для неработающих граждан</w:t>
      </w:r>
    </w:p>
    <w:p>
      <w:r>
        <w:rPr>
          <w:b/>
        </w:rPr>
        <w:t xml:space="preserve">1. </w:t>
      </w:r>
      <w:r>
        <w:t>администрирование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 на территориях субъектов Российской Федерации</w:t>
      </w:r>
    </w:p>
    <w:p>
      <w:r>
        <w:rPr>
          <w:b/>
        </w:rPr>
        <w:t xml:space="preserve">1. </w:t>
      </w:r>
      <w:r>
        <w:t>контроль за использованием средств обязательного медицинского страхования на территориях субъектов Российской Федерации, в том числе проведение проверок и ревизий</w:t>
      </w:r>
    </w:p>
    <w:p>
      <w:r>
        <w:rPr>
          <w:b/>
        </w:rPr>
        <w:t xml:space="preserve">1. </w:t>
      </w:r>
      <w:r>
        <w:t>финансовое обеспечение медицинской помощи, оказываемой застрахованным лицам за пределами территории субъекта Российской Федерации, в котором выдан полис обязательного медицинского страхования, в соответствии с едиными требованиями базовой программы обязательного медицинского страхования, за исключением медицинской помощи, финансовое обеспечение которой осуществляется в соответствии с пунктом 11 статьи 5 настоящего Федерального закона; (В редакции Федерального закона от 08.12.2020 № 430-ФЗ) 7) обеспечение прав граждан в сфере обязательного медицинского страхования на территориях субъектов Российской Федерации</w:t>
      </w:r>
    </w:p>
    <w:p>
      <w:r>
        <w:rPr>
          <w:b/>
        </w:rPr>
        <w:t xml:space="preserve">1. </w:t>
      </w:r>
      <w:r>
        <w:t>ведение персонифицированного учета сведений о застрахованных лицах в форме регионального сегмента единого регистра застрахованных лиц, а также персонифицированного учета сведений о медицинской помощи, оказанной застрахованным лицам</w:t>
      </w:r>
    </w:p>
    <w:p>
      <w:r>
        <w:rPr>
          <w:b/>
        </w:rPr>
        <w:t xml:space="preserve">1. </w:t>
      </w:r>
      <w:r>
        <w:t>ведение отчетности в сфере обязательного медицинского страхования</w:t>
      </w:r>
    </w:p>
    <w:p>
      <w:r>
        <w:rPr>
          <w:b/>
        </w:rPr>
        <w:t xml:space="preserve">3. </w:t>
      </w:r>
      <w:r>
        <w:t>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w:t>
      </w:r>
    </w:p>
    <w:p>
      <w:r>
        <w:rPr>
          <w:b/>
        </w:rPr>
        <w:t xml:space="preserve">3. </w:t>
      </w:r>
      <w:r>
        <w:t>обеспечивает в установленном порядке:</w:t>
      </w:r>
    </w:p>
    <w:p>
      <w:r>
        <w:rPr>
          <w:b/>
        </w:rPr>
        <w:t xml:space="preserve">3. </w:t>
      </w:r>
      <w:r>
        <w:t>обеспечивает в установленном порядке своевременное представление в уполномоченный Правительством Российской Федерации федеральный орган исполнительной власти (далее - уполномоченный федеральный орган исполнительной власти) и Федеральный фонд:</w:t>
      </w:r>
    </w:p>
    <w:p>
      <w:r>
        <w:rPr>
          <w:b/>
        </w:rPr>
        <w:t xml:space="preserve">3. </w:t>
      </w:r>
      <w:r>
        <w:t>принятие решения о создании в случае отсутствия на территории субъекта Российской Федерации некоммерческой организации - территориального фонда обязательного медицинского страхования (далее - территориальный фонд)</w:t>
      </w:r>
    </w:p>
    <w:p>
      <w:r>
        <w:rPr>
          <w:b/>
        </w:rPr>
        <w:t xml:space="preserve">3. </w:t>
      </w:r>
      <w:r>
        <w:t>утверждение структуры управления территориального фонда по согласованию с Федеральным фондом обязательного медицинского страхования (далее - Федеральный фонд)</w:t>
      </w:r>
    </w:p>
    <w:p>
      <w:r>
        <w:rPr>
          <w:b/>
        </w:rPr>
        <w:t xml:space="preserve">3. </w:t>
      </w:r>
      <w:r>
        <w:t>назначение на должность и освобождение от должности руководителя территориального фонда по согласованию с Федеральным фондом</w:t>
      </w:r>
    </w:p>
    <w:p>
      <w:r>
        <w:rPr>
          <w:b/>
        </w:rPr>
        <w:t xml:space="preserve">3. </w:t>
      </w:r>
      <w:r>
        <w:t>отчетности об осуществлении переданных полномочий, о расходовании предоставленных субвенций, достижении целевых прогнозных показателей (в случае, если такие показатели установлены) по установленной форме</w:t>
      </w:r>
    </w:p>
    <w:p>
      <w:r>
        <w:rPr>
          <w:b/>
        </w:rPr>
        <w:t xml:space="preserve">3. </w:t>
      </w:r>
      <w:r>
        <w:t>нормативных правовых актов, принимаемых органами государственной власти субъектов Российской Федерации по осуществлению переданных полномочий, в течение трех дней после дня их принятия</w:t>
      </w:r>
    </w:p>
    <w:p>
      <w:r>
        <w:rPr>
          <w:b/>
        </w:rPr>
        <w:t xml:space="preserve">3. </w:t>
      </w:r>
      <w:r>
        <w:t>сведений (в том числе баз данных), необходимых для ведения единого регистра застрахованных лиц</w:t>
      </w:r>
    </w:p>
    <w:p>
      <w:r>
        <w:rPr>
          <w:b/>
        </w:rPr>
        <w:t xml:space="preserve">3. </w:t>
      </w:r>
      <w:r>
        <w:t>сведений о прогнозных показателях по осуществлению переданных полномочий по установленной форме</w:t>
      </w:r>
    </w:p>
    <w:p>
      <w:r>
        <w:rPr>
          <w:b/>
        </w:rPr>
        <w:t xml:space="preserve">3. </w:t>
      </w:r>
      <w:r>
        <w:t>иной информации, предусмотренной настоящим Федеральным законом и (или) принятыми в соответствии с ним иными нормативными правовыми актами Российской Федерации</w:t>
      </w:r>
    </w:p>
    <w:p>
      <w:r>
        <w:rPr>
          <w:b/>
        </w:rPr>
        <w:t>Статья 7. Права и обязанности уполномоченного федерального органа исполнительной власти и Федерального фонда по осуществлению переданных полномочий Российской Федерации в сфере обязательного медицинского страхования органами государственной власти субъектов Российской Федерации</w:t>
      </w:r>
    </w:p>
    <w:p>
      <w:r>
        <w:rPr>
          <w:b/>
        </w:rPr>
        <w:t xml:space="preserve">1. </w:t>
      </w:r>
      <w:r>
        <w:t>Уполномоченный федеральный орган исполнительной власти осуществляет следующие права и обязанности по осуществлению полномочий, переданных в соответствии с частью 1 статьи 6 настоящего Федерального закона</w:t>
      </w:r>
    </w:p>
    <w:p>
      <w:r>
        <w:rPr>
          <w:b/>
        </w:rPr>
        <w:t xml:space="preserve">2. </w:t>
      </w:r>
      <w:r>
        <w:t>Федеральный фонд осуществляет следующие права и обязанности по осуществлению полномочий, переданных в соответствии с частью 1 статьи 6 настоящего Федерального закона</w:t>
      </w:r>
    </w:p>
    <w:p>
      <w:r>
        <w:rPr>
          <w:b/>
        </w:rPr>
        <w:t xml:space="preserve">1. </w:t>
      </w:r>
      <w:r>
        <w:t>издает нормативные правовые акты и методические указания по осуществлению органами государственной власти субъектов Российской Федерации переданных полномочий</w:t>
      </w:r>
    </w:p>
    <w:p>
      <w:r>
        <w:rPr>
          <w:b/>
        </w:rPr>
        <w:t xml:space="preserve">1. </w:t>
      </w:r>
      <w:r>
        <w:t>осуществляет в установленном им порядке надзор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 (В редакции Федерального закона от 25.11.2013 № 317-ФЗ) 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о привлечении к дисциплинарной ответственности должностных лиц органов государственной власти субъектов Российской Федерации и территориальных фондов за неисполнение или ненадлежащее исполнение переданных полномочий. Порядок осуществления контроля за эффективностью и качеством осуществления переданных полномочий утверждается уполномоченным федеральным органом исполнительной власти в соответствии с правилами, устанавливаемыми Правительством Российской Федерации; (В редакции Федерального закона от 24.04.2020 № 147-ФЗ) 4) готовит и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предложения об отстранении от должности должностных лиц органов государственной власти субъектов Российской Федерации и территориальных фондов</w:t>
      </w:r>
    </w:p>
    <w:p>
      <w:r>
        <w:rPr>
          <w:b/>
        </w:rPr>
        <w:t xml:space="preserve">1. </w:t>
      </w:r>
      <w:r>
        <w:t>вправе устанавливать целевые прогнозные показатели по осуществлению переданных полномочий</w:t>
      </w:r>
    </w:p>
    <w:p>
      <w:r>
        <w:rPr>
          <w:b/>
        </w:rPr>
        <w:t xml:space="preserve">1. </w:t>
      </w:r>
      <w:r>
        <w:t>утверждает правила обязательного медицинского страхования, в том числе методику расчета тарифов на оплату медицинской помощи, методику расчета объемов финансового обеспечения медицинской помощи и порядок оплаты медицинской помощи по обязательному медицинскому страхованию; (В редакции Федерального закона от 08.12.2020 № 430-ФЗ) 7) (Пункт утратил силу - Федеральный закон от 06.12.2021 № 405-ФЗ) 8) готовит и направляет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 в порядке, установленном статьей 71 настоящего Федерального закона; (В редакции Федерального закона от 01.12.2012 № 213-ФЗ) 9) устанавливает порядок возмещения субвенций, предоставленных из бюджета Федерального фонда бюджетам территориальных фондов для осуществления соответствующих полномочий</w:t>
      </w:r>
    </w:p>
    <w:p>
      <w:r>
        <w:rPr>
          <w:b/>
        </w:rPr>
        <w:t xml:space="preserve">1. </w:t>
      </w:r>
      <w:r>
        <w:t>устанавливает порядок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(далее также - контроль объемов, сроков, качества и условий предоставления медицинской помощи); (Дополнение пунктом - Федеральный закон от 08.12.2020 № 430-ФЗ) 10) осуществляет иные установленные настоящим Федеральным законом и другими федеральными законами полномочия</w:t>
      </w:r>
    </w:p>
    <w:p>
      <w:r>
        <w:rPr>
          <w:b/>
        </w:rPr>
        <w:t xml:space="preserve">2. </w:t>
      </w:r>
      <w:r>
        <w:t>издает нормативные правовые акты и методические указания по осуществлению территориальными фондами переданных полномочий</w:t>
      </w:r>
    </w:p>
    <w:p>
      <w:r>
        <w:rPr>
          <w:b/>
        </w:rPr>
        <w:t xml:space="preserve">2. </w:t>
      </w:r>
      <w:r>
        <w:t>предоставляет субвенции из бюджета Федерального фонда бюджетам территориальных фондов для финансового обеспечения осуществления полномочий, переданных в соответствии с частью 1 статьи 6 настоящего Федерального закона</w:t>
      </w:r>
    </w:p>
    <w:p>
      <w:r>
        <w:rPr>
          <w:b/>
        </w:rPr>
        <w:t xml:space="preserve">2. </w:t>
      </w:r>
      <w:r>
        <w:t>осуществляет контроль за уплатой страховых взносов на обязательное медицинское страхование неработающего населения, в том числе проводит проверку деятельности территориальных фондов по выполнению функций администратора доходов бюджета Федерального фонда, поступающих от уплаты страховых взносов на обязательное медицинское страхование неработающего населения, вправе начислять и взыскивать со страхователей для неработающих граждан недоимку по указанным страховым взносам, пени и штрафы</w:t>
      </w:r>
    </w:p>
    <w:p>
      <w:r>
        <w:rPr>
          <w:b/>
        </w:rPr>
        <w:t xml:space="preserve">2. </w:t>
      </w:r>
      <w:r>
        <w:t>устанавливает формы отчетности в сфере обязательного медицинского страхования и порядок ее ведения</w:t>
      </w:r>
    </w:p>
    <w:p>
      <w:r>
        <w:rPr>
          <w:b/>
        </w:rPr>
        <w:t xml:space="preserve">2. </w:t>
      </w:r>
      <w:r>
        <w:t>(Пункт утратил силу - Федеральный закон от 08.12.2020 № 430-ФЗ) 6) осуществляет в установленном им порядке контроль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 (В редакции Федерального закона от 25.11.2013 № 317-ФЗ) 7) осуществляет контроль за функционированием информационных систем и порядком информационного взаимодействия в сфере обязательного медицинского страхования</w:t>
      </w:r>
    </w:p>
    <w:p>
      <w:r>
        <w:rPr>
          <w:b/>
        </w:rPr>
        <w:t xml:space="preserve">2. </w:t>
      </w:r>
      <w:r>
        <w:t>согласовывает структуру территориальных фондов, назначение на должность и освобождение от должности руководителей территориальных фондов, а также нормативы расходов на обеспечение выполнения территориальными фондами своих функций</w:t>
      </w:r>
    </w:p>
    <w:p>
      <w:r>
        <w:rPr>
          <w:b/>
        </w:rPr>
        <w:t>Статья 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w:t>
      </w:r>
    </w:p>
    <w:p>
      <w:r>
        <w:rPr>
          <w:b/>
        </w:rPr>
        <w:t xml:space="preserve">1. </w:t>
      </w:r>
      <w:r>
        <w:t>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частью 1 статьи 6 настоящего Федерального закона, могут быть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контроля и надзора за осуществлением переданных полномочий</w:t>
      </w:r>
    </w:p>
    <w:p>
      <w:r>
        <w:rPr>
          <w:b/>
        </w:rPr>
        <w:t xml:space="preserve">2. </w:t>
      </w:r>
      <w:r>
        <w:t>Уполномоченный федеральный орган исполнительной власти в течение 20 рабочих дней со дня выявления указанных в части 1 настоящей статьи нарушений или получения от Федерального фонда информации о выявленных им таких нарушениях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предписание, содержащее описание выявленных нарушений, срок для их устранения и срок для уведомления уполномоченного федерального органа исполнительной власти и Федерального фонда о принятом по предписанию решении</w:t>
      </w:r>
    </w:p>
    <w:p>
      <w:r>
        <w:rPr>
          <w:b/>
        </w:rPr>
        <w:t xml:space="preserve">3.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предписании срок уведомляет уполномоченный федеральный орган исполнительной власти и Федеральный фонд о принятом по предписанию решении, в том числе о мерах по устранению выявленных нарушений в установленный в предписании срок</w:t>
      </w:r>
    </w:p>
    <w:p>
      <w:r>
        <w:rPr>
          <w:b/>
        </w:rPr>
        <w:t xml:space="preserve">4. </w:t>
      </w:r>
      <w:r>
        <w:t>В случае неисполнения или исполнения не в полном объеме предписания уполномоченный федеральный орган исполнительной власти в течение 20 рабочих дней со дня окончания указанного в предписании срока для устранения выявленных нарушений направляет повторное предписание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а также предложение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повторном предписании срок уведомляет уполномоченный федеральный орган исполнительной власти и Федеральный фонд о принятом решении, в том числе о мерах по устранению выявленных нарушений в установленный срок и о результате рассмотрения предложения уполномоченного федерального органа исполнительной власти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w:t>
      </w:r>
    </w:p>
    <w:p>
      <w:r>
        <w:rPr>
          <w:b/>
        </w:rPr>
        <w:t xml:space="preserve">5. </w:t>
      </w:r>
      <w:r>
        <w:t>В случае неисполнения или исполнения не в полном объеме повторного предписания уполномоченный федеральный орган исполнительной власти в течение 20 рабочих дней со дня окончания указанного в повторном предписании срока вносит в Правительство Российской Федерации предложение об изъятии у органов государственной власти субъекта Российской Федерации переданных полномочий Российской Федерации в сфере обязательного медицинского страхования</w:t>
      </w:r>
    </w:p>
    <w:p>
      <w:r>
        <w:rPr>
          <w:b/>
        </w:rPr>
        <w:t xml:space="preserve">6. </w:t>
      </w:r>
      <w:r>
        <w:t>Полномочия Российской Федерации в сфере обязательного медицинского страхования, установленные пунктом 1 части 1 статьи 6 настоящего Федерального закона, изъятые у органов государственной власти субъектов Российской Федерации,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а полномочия, установленные пунктами 2 - 9 части 1 статьи 6 настоящего Федерального закона, изъятые у органов государственной власти субъектов Российской Федерации, осуществляются Федеральным фондом и (или) территориальным фондом в соответствии с решением Федерального фонда</w:t>
      </w:r>
    </w:p>
    <w:p>
      <w:r>
        <w:rPr>
          <w:b/>
        </w:rPr>
        <w:t xml:space="preserve">7. </w:t>
      </w:r>
      <w:r>
        <w:t>Со дня вступления в силу решения Правительства Российской Федерации об изъятии соответствующих полномочий у органов государственной власти субъектов Российской Федерации субвенции из бюджета Федерального фонда бюджетам территориальных фондов не предоставляются, а предоставленные и не использованные до дня вступления в силу указанного решения субвенции подлежат возврату в бюджет Федерального фонда. (Дополнение статьей - Федеральный закон от 01.12.2012 № 213-ФЗ)</w:t>
      </w:r>
    </w:p>
    <w:p>
      <w:r>
        <w:rPr>
          <w:b/>
        </w:rPr>
        <w:t>Статья 8. Полномочия органов государственной власти субъектов Российской Федерации в сфере обязательного медицинского страхования</w:t>
      </w:r>
    </w:p>
    <w:p>
      <w:r>
        <w:t>К полномочиям органов государственной власти субъектов Российской Федерации в сфере обязательного медицинского страхования относятся</w:t>
      </w:r>
    </w:p>
    <w:p>
      <w:r>
        <w:t>уплата страховых взносов на обязательное медицинское страхование неработающего населения</w:t>
      </w:r>
    </w:p>
    <w:p>
      <w:r>
        <w:t>установление в территориальных программах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видов и условий оказания медицинской помощи, не установленных базовой программой обязательного медицинского страхования</w:t>
      </w:r>
    </w:p>
    <w:p>
      <w:r>
        <w:t>финансовое обеспечение и реализация территориальных программ обязательного медицинского страхования в размере, превышающем размер субвенций, предоставляемых из бюджета Федерального фонда бюджетам территориальных фондов</w:t>
      </w:r>
    </w:p>
    <w:p>
      <w:r>
        <w:t>утверждение бюджетов территориальных фондов и отчетов об их исполнении</w:t>
      </w:r>
    </w:p>
    <w:p>
      <w:pPr>
        <w:pStyle w:val="Heading3"/>
      </w:pPr>
      <w:r>
        <w:t>Субъекты обязательного медицинского страхования и участники обязательного медицинского страхования</w:t>
      </w:r>
    </w:p>
    <w:p>
      <w:r>
        <w:rPr>
          <w:b/>
        </w:rPr>
        <w:t>Статья 9. Субъекты обязательного медицинского страхования и участники обязательного медицинского страхования</w:t>
      </w:r>
    </w:p>
    <w:p>
      <w:r>
        <w:rPr>
          <w:b/>
        </w:rPr>
        <w:t xml:space="preserve">1. </w:t>
      </w:r>
      <w:r>
        <w:t>Субъектами обязательного медицинского страхования являются</w:t>
      </w:r>
    </w:p>
    <w:p>
      <w:r>
        <w:rPr>
          <w:b/>
        </w:rPr>
        <w:t xml:space="preserve">2. </w:t>
      </w:r>
      <w:r>
        <w:t>Участниками обязательного медицинского страхования являются</w:t>
      </w:r>
    </w:p>
    <w:p>
      <w:r>
        <w:rPr>
          <w:b/>
        </w:rPr>
        <w:t xml:space="preserve">1. </w:t>
      </w:r>
      <w:r>
        <w:t>застрахованные лица</w:t>
      </w:r>
    </w:p>
    <w:p>
      <w:r>
        <w:rPr>
          <w:b/>
        </w:rPr>
        <w:t xml:space="preserve">1. </w:t>
      </w:r>
      <w:r>
        <w:t>страхователи</w:t>
      </w:r>
    </w:p>
    <w:p>
      <w:r>
        <w:rPr>
          <w:b/>
        </w:rPr>
        <w:t xml:space="preserve">1. </w:t>
      </w:r>
      <w:r>
        <w:t>Федеральный фонд</w:t>
      </w:r>
    </w:p>
    <w:p>
      <w:r>
        <w:rPr>
          <w:b/>
        </w:rPr>
        <w:t xml:space="preserve">2. </w:t>
      </w:r>
      <w:r>
        <w:t>территориальные фонды</w:t>
      </w:r>
    </w:p>
    <w:p>
      <w:r>
        <w:rPr>
          <w:b/>
        </w:rPr>
        <w:t xml:space="preserve">2. </w:t>
      </w:r>
      <w:r>
        <w:t>страховые медицинские организации</w:t>
      </w:r>
    </w:p>
    <w:p>
      <w:r>
        <w:rPr>
          <w:b/>
        </w:rPr>
        <w:t xml:space="preserve">2. </w:t>
      </w:r>
      <w:r>
        <w:t>медицинские организации</w:t>
      </w:r>
    </w:p>
    <w:p>
      <w:r>
        <w:rPr>
          <w:b/>
        </w:rPr>
        <w:t>Статья 10. Застрахованные лица</w:t>
      </w:r>
    </w:p>
    <w:p>
      <w:r>
        <w:rPr>
          <w:b/>
        </w:rPr>
        <w:t xml:space="preserve">1. </w:t>
      </w:r>
      <w:r>
        <w:t>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неработающих членов семей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 115-ФЗ "О правовом положении иностранных граждан в Российской Федерации"), а также лица, имеющие право на медицинскую помощь в соответствии с Федеральным законом "О беженцах": (В редакции федеральных законов от 28.12.2013 № 390-ФЗ, от 29.07.2018 № 268-ФЗ, от 14.07.2022 № 237-ФЗ) 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оказание услуг (за исключением граждан,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авторы произведений, в пользу которых выплачиваются вознаграждения по договорам авторского заказа, а также физические лица, получающие выплаты и иные вознаграждения по договорам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издательским лицензионным договорам, лицензионным договорам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 (В редакции Федерального закона от 05.12.2022 № 474-ФЗ) 2) самостоятельно обеспечивающие себя работой: 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налоговый режим "Налог на профессиональный доход", физические лица, поставленные на учет налоговыми органами в соответствии с пунктом 73 статьи 83 Налогового кодекса Российской Федерации, и иные лица, занимающиеся в установленном законодательством Российской Федерации порядке частной практикой; (В редакции Федерального закона от 06.02.2019 № 6-ФЗ) 3) являющиеся членами крестьянских (фермерских) хозяйств;</w:t>
      </w:r>
    </w:p>
    <w:p>
      <w:r>
        <w:rPr>
          <w:b/>
        </w:rPr>
        <w:t xml:space="preserve">11. </w:t>
      </w:r>
      <w:r>
        <w:t>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 115-ФЗ "О правовом положении иностранных граждан в Российской Федерации"). (Дополнение частью - Федеральный закон от 14.07.2022 № 237-ФЗ)</w:t>
      </w:r>
    </w:p>
    <w:p>
      <w:r>
        <w:rPr>
          <w:b/>
        </w:rPr>
        <w:t xml:space="preserve">2. </w:t>
      </w:r>
      <w:r>
        <w:t>Порядок и методика определения численности застрахованных лиц, в том числе неработающих, в целях формирования бюджета Федерального фонда, бюджетов субъектов Российской Федерации и бюджетов территориальных фондов устанавливаются Правительством Российской Федерации. (Дополнение частью - Федеральный закон от 29.07.2018 № 268-ФЗ)</w:t>
      </w:r>
    </w:p>
    <w:p>
      <w:r>
        <w:rPr>
          <w:b/>
        </w:rPr>
        <w:t xml:space="preserve">1. </w:t>
      </w:r>
      <w:r>
        <w:t>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проживания и традиционной хозяйственной деятельности и осуществляющие традиционную хозяйственную деятельность; (В редакции Федерального закона от 27.06.2018 № 164-ФЗ) 5) неработающие граждане:</w:t>
      </w:r>
    </w:p>
    <w:p>
      <w:r>
        <w:rPr>
          <w:b/>
        </w:rPr>
        <w:t xml:space="preserve">1. </w:t>
      </w:r>
      <w:r>
        <w:t>дети со дня рождения до достижения ими возраста 18 лет</w:t>
      </w:r>
    </w:p>
    <w:p>
      <w:r>
        <w:rPr>
          <w:b/>
        </w:rPr>
        <w:t xml:space="preserve">1. </w:t>
      </w:r>
      <w:r>
        <w:t>неработающие пенсионеры независимо от основания назначения пенсии</w:t>
      </w:r>
    </w:p>
    <w:p>
      <w:r>
        <w:rPr>
          <w:b/>
        </w:rPr>
        <w:t xml:space="preserve">1. </w:t>
      </w:r>
      <w:r>
        <w:t>граждане, обучающиеся по очной форме обучения в профессиональных образовательных организациях и образовательных организациях высшего образования; (В редакции Федерального закона от 02.07.2013 № 185-ФЗ)</w:t>
      </w:r>
    </w:p>
    <w:p>
      <w:r>
        <w:rPr>
          <w:b/>
        </w:rPr>
        <w:t xml:space="preserve">1. </w:t>
      </w:r>
      <w:r>
        <w:t>безработные граждане, зарегистрированные в соответствии с законодательством о занятости</w:t>
      </w:r>
    </w:p>
    <w:p>
      <w:r>
        <w:rPr>
          <w:b/>
        </w:rPr>
        <w:t xml:space="preserve">1. </w:t>
      </w:r>
      <w:r>
        <w:t>один из родителей или опекун, занятые уходом за ребенком до достижения им возраста трех лет</w:t>
      </w:r>
    </w:p>
    <w:p>
      <w:r>
        <w:rPr>
          <w:b/>
        </w:rPr>
        <w:t xml:space="preserve">1. </w:t>
      </w:r>
      <w:r>
        <w:t>трудоспособные граждане, занятые уходом за детьми-инвалидами, инвалидами I группы, лицами, достигшими возраста 80 лет; е1) граждане, получающие страховые пенсии в соответствии с законодательством Российской Федерации, являющиеся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(Дополнение подпунктом - Федеральный закон от 14.07.2022 № 237-ФЗ)</w:t>
      </w:r>
    </w:p>
    <w:p>
      <w:r>
        <w:rPr>
          <w:b/>
        </w:rPr>
        <w:t xml:space="preserve">1. </w:t>
      </w:r>
      <w:r>
        <w:t>иные не работающие по трудовому договору и не указанные в подпунктах "а" - "е" настоящего пункта граждане, за исключением военнослужащих и приравненных к ним в организации оказания медицинской помощи лиц</w:t>
      </w:r>
    </w:p>
    <w:p>
      <w:r>
        <w:rPr>
          <w:b/>
        </w:rPr>
        <w:t>Статья 11. Страхователи</w:t>
      </w:r>
    </w:p>
    <w:p>
      <w:r>
        <w:rPr>
          <w:b/>
        </w:rPr>
        <w:t xml:space="preserve">1. </w:t>
      </w:r>
      <w:r>
        <w:t>Страхователями для работающих граждан, указанных в пунктах 1 - 4 части 1 и части 11 статьи 10 настоящего Федерального закона, являются: (В редакции Федерального закона от 14.07.2022 № 237-ФЗ) 1) лица, производящие выплаты и иные вознаграждения физическим лицам: а) организации; б) индивидуальные предприниматели; в) физические лица, не признаваемые индивидуальными предпринимателями;</w:t>
      </w:r>
    </w:p>
    <w:p>
      <w:r>
        <w:rPr>
          <w:b/>
        </w:rPr>
        <w:t xml:space="preserve">2. </w:t>
      </w:r>
      <w:r>
        <w:t>Страхователями для неработающих граждан, указанных в пункте 5 части 1 статьи 10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 (В редакции федеральных законов от 14.06.2011 № 136-ФЗ, от 14.07.2022 № 237-ФЗ)</w:t>
      </w:r>
    </w:p>
    <w:p>
      <w:r>
        <w:rPr>
          <w:b/>
        </w:rPr>
        <w:t xml:space="preserve">1. </w:t>
      </w:r>
      <w:r>
        <w:t>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налоговый режим "Налог на профессиональный доход", и иные лица, занимающиеся в установленном законодательством Российской Федерации порядке частной практикой. (В редакции Федерального закона от 06.02.2019 № 6-ФЗ)</w:t>
      </w:r>
    </w:p>
    <w:p>
      <w:r>
        <w:rPr>
          <w:b/>
        </w:rPr>
        <w:t>Статья 12. Страховщик</w:t>
      </w:r>
    </w:p>
    <w:p>
      <w:r>
        <w:rPr>
          <w:b/>
        </w:rPr>
        <w:t xml:space="preserve">1. </w:t>
      </w:r>
      <w:r>
        <w:t>Страховщиком по обязательному медицинскому страхованию является Федеральный фонд в рамках реализации базовой программы обязательного медицинского страхования</w:t>
      </w:r>
    </w:p>
    <w:p>
      <w:r>
        <w:rPr>
          <w:b/>
        </w:rPr>
        <w:t xml:space="preserve">2. </w:t>
      </w:r>
      <w:r>
        <w:t>Федеральный фонд - некоммерческая организация, созданная Российской Федерацией в соответствии с настоящим Федеральным законом для реализации государственной политики в сфере обязательного медицинского страхования</w:t>
      </w:r>
    </w:p>
    <w:p>
      <w:r>
        <w:rPr>
          <w:b/>
        </w:rPr>
        <w:t>Статья 13. Территориальные фонды</w:t>
      </w:r>
    </w:p>
    <w:p>
      <w:r>
        <w:rPr>
          <w:b/>
        </w:rPr>
        <w:t xml:space="preserve">1. </w:t>
      </w:r>
      <w:r>
        <w:t>Территориальные фонды - некоммерческие организации, созданные субъектами Российской Федерации в соответствии с настоящим Федеральным законом для реализации государственной политики в сфере обязательного медицинского страхования на территориях субъектов Российской Федерации</w:t>
      </w:r>
    </w:p>
    <w:p>
      <w:r>
        <w:rPr>
          <w:b/>
        </w:rPr>
        <w:t xml:space="preserve">2. </w:t>
      </w:r>
      <w:r>
        <w:t>Территориальные фонды осуществляют отдельные полномочия страховщика в части реализации территориальных программ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w:t>
      </w:r>
    </w:p>
    <w:p>
      <w:r>
        <w:rPr>
          <w:b/>
        </w:rPr>
        <w:t xml:space="preserve">3. </w:t>
      </w:r>
      <w:r>
        <w:t>Территориальные фонды осуществляют полномочия страховщика в части установленных территориальными программами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оснований, перечней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r>
        <w:rPr>
          <w:b/>
        </w:rPr>
        <w:t xml:space="preserve">4. </w:t>
      </w:r>
      <w:r>
        <w:t>Для реализации полномочий, установленных настоящим Федеральным законом, территориальные фонды могут создавать филиалы и представительства</w:t>
      </w:r>
    </w:p>
    <w:p>
      <w:r>
        <w:rPr>
          <w:b/>
        </w:rPr>
        <w:t xml:space="preserve">5. </w:t>
      </w:r>
      <w:r>
        <w:t>При осуществлении территориальным фондом на территории субъекта Российской Федерации полномочий страховых медицинских организаций Федеральный фонд оказывает методическую и консультативную помощь при получении соответствующего обращения территориального фонда, а также осуществляет в отношении территориального фонда мониторинг, предусмотренный пунктом 141 части 8 статьи 33 настоящего Федерального закона. (Дополнение частью - Федеральный закон от 28.11.2025 № 430-ФЗ)</w:t>
      </w:r>
    </w:p>
    <w:p>
      <w:r>
        <w:rPr>
          <w:b/>
        </w:rPr>
        <w:t xml:space="preserve">6. </w:t>
      </w:r>
      <w:r>
        <w:t>В случае, указанном в части 11 статьи 14 настоящего Федерального закона, территориальный фонд осуществляет полномочия страховых медицинских организаций с использованием государственной информационной системы обязательного медицинского страхования. (Дополнение частью - Федеральный закон от 28.11.2025 № 430-ФЗ)</w:t>
      </w:r>
    </w:p>
    <w:p>
      <w:r>
        <w:rPr>
          <w:b/>
        </w:rPr>
        <w:t>Статья 14. Страховая медицинская организация, осуществляющая деятельность в сфере обязательного медицинского страхования</w:t>
      </w:r>
    </w:p>
    <w:p>
      <w:r>
        <w:rPr>
          <w:b/>
        </w:rPr>
        <w:t xml:space="preserve">1. </w:t>
      </w:r>
      <w:r>
        <w:t>Страховая медицинская организация, осуществляющая деятельность в сфере обязательного медицинского страхования (далее - страховая медицинская организация), - страховая организация, имеющая лицензию, выданную в установленном законодательством Российской Федерации порядке. Страховая медицинская организация осуществляет отдельные полномочия страховщика в соответствии с настоящим Федеральным законом и договором о финансовом обеспечении обязательного медицинского страхования, заключенным между территориальным фондом и страховой медицинской организацией (далее - договор о финансовом обеспечении обязательного медицинского страхования). (В редакции федеральных законов от 23.07.2013 № 251-ФЗ, от 28.12.2024 № 552-ФЗ)</w:t>
      </w:r>
    </w:p>
    <w:p>
      <w:r>
        <w:rPr>
          <w:b/>
        </w:rPr>
        <w:t xml:space="preserve">2. </w:t>
      </w:r>
      <w:r>
        <w:t>В состав учредителей (участников, акционеров) и органов управления страховой медицинской организации не вправе входить работники федеральных органов исполнительной власти в сфере здравоохранения, органов исполнительной власти субъектов Российской Федерации в сфере здравоохранения, органов местного самоуправления, уполномоченных на осуществление управления в сфере здравоохранения, Федерального фонда и территориальных фондов, медицинских организаций, оказывающих медицинскую помощь по обязательному медицинскому страхованию</w:t>
      </w:r>
    </w:p>
    <w:p>
      <w:r>
        <w:rPr>
          <w:b/>
        </w:rPr>
        <w:t xml:space="preserve">3. </w:t>
      </w:r>
      <w:r>
        <w:t>Страховые медицинские организации не вправе осуществлять иную, за исключением деятельности по обязательному и добровольному медицинскому страхованию, деятельность</w:t>
      </w:r>
    </w:p>
    <w:p>
      <w:r>
        <w:rPr>
          <w:b/>
        </w:rPr>
        <w:t xml:space="preserve">4. </w:t>
      </w:r>
      <w:r>
        <w:t>Страховые медицинские организации ведут раздельный учет доходов и расходов по операциям со средствами обязательного медицинского страхования и средствами добровольного медицинского страхования с учетом особенностей, установленных нормативными актами Банка России, и Федерального фонда, в пределах своей компетенции. (В редакции Федерального закона от 23.07.2013 № 251-ФЗ)</w:t>
      </w:r>
    </w:p>
    <w:p>
      <w:r>
        <w:rPr>
          <w:b/>
        </w:rPr>
        <w:t xml:space="preserve">5. </w:t>
      </w:r>
      <w:r>
        <w:t>Страховые медицинские организации ведут раздельный учет собственных средств и средств обязательного медицинского страхования, предназначенных для оплаты медицинской помощи</w:t>
      </w:r>
    </w:p>
    <w:p>
      <w:r>
        <w:rPr>
          <w:b/>
        </w:rPr>
        <w:t xml:space="preserve">6. </w:t>
      </w:r>
      <w:r>
        <w:t>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организации открывают отдельные банковские счета в кредитных организациях, которые соответствуют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(В редакции федеральных законов от 01.12.2014 № 418-ФЗ, от 13.12.2024 № 475-ФЗ)</w:t>
      </w:r>
    </w:p>
    <w:p>
      <w:r>
        <w:rPr>
          <w:b/>
        </w:rPr>
        <w:t xml:space="preserve">7. </w:t>
      </w:r>
      <w:r>
        <w:t>Страховые медицинские организации осуществляют свою деятельность в сфере обязательного медицинского страхования на основании договора о финансовом обеспечении обязательного медицинского страхования, договора на оказание и оплату медицинской помощи по обязательному медицинскому страхованию, заключенного между страховой медицинской организацией, территориальным фондом и медицинской организацией (далее - договор на оказание и оплату медицинской помощи по обязательному медицинскому страхованию). (В редакции Федерального закона от 28.12.2024 № 552-ФЗ)</w:t>
      </w:r>
    </w:p>
    <w:p>
      <w:r>
        <w:rPr>
          <w:b/>
        </w:rPr>
        <w:t xml:space="preserve">8. </w:t>
      </w:r>
      <w:r>
        <w:t>Страховые медицинские организации отвечают по обязательствам, возникающим из договоров, заключенных в сфере обязательного медицинского страхования, в соответствии с законодательством Российской Федерации и условиями этих договоров</w:t>
      </w:r>
    </w:p>
    <w:p>
      <w:r>
        <w:rPr>
          <w:b/>
        </w:rPr>
        <w:t xml:space="preserve">9. </w:t>
      </w:r>
      <w:r>
        <w:t>Страховые медицинские организации в соответствии с требованиями, установленными правилами обязательного медицинского страхования, размещают на собственных официальных сайтах в сети "Интернет", опубликовывают в средствах массовой информации или доводят до сведения застрахованных лиц иными предусмотренными законодательством Российской Федерации способами информацию о своей деятельности, составе учредителей (участников, акционеров), финансовых результатах деятельности, об опыте работы, о количестве застрахованных лиц, медицинских организациях, осуществляющих деятельность в сфере обязательного медицинского страхования на территории субъекта Российской Федерации, видах, качестве и об условиях предоставления медицинской помощи, о выявленных по обращениям застрахованных лиц нарушениях при предоставлении медицинской помощи, правах граждан в сфере обязательного медицинского страхования, в том числе праве выбора или замены страховой медицинской организации, медицинской организации, порядке получения полиса обязательного медицинского страхования, а также об обязанностях застрахованных лиц в соответствии с настоящим Федеральным законом. (В редакции федеральных законов от 25.11.2013 № 317-ФЗ, от 28.12.2024 № 552-ФЗ)</w:t>
      </w:r>
    </w:p>
    <w:p>
      <w:r>
        <w:rPr>
          <w:b/>
        </w:rPr>
        <w:t xml:space="preserve">91. </w:t>
      </w:r>
      <w:r>
        <w:t>Страховые медицинские организации осуществляют деятельность по защите прав и законных интересов застрахованных лиц в соответствии с договором о финансовом обеспечении обязательного медицинского страхования, а также при оказании застрахованным лицам медицинской помощи, финансовое обеспечение которой осуществляется в соответствии с пунктом 11 статьи 5 настоящего Федерального закона. (Дополнение частью - Федеральный закон от 28.12.2024 № 552-ФЗ)</w:t>
      </w:r>
    </w:p>
    <w:p>
      <w:r>
        <w:rPr>
          <w:b/>
        </w:rPr>
        <w:t xml:space="preserve">92. </w:t>
      </w:r>
      <w:r>
        <w:t>Страховые медицинские организации осуществляют сопровождение, включая информационное сопровождение (в том числе индивидуальное), застрахованных лиц (далее - сопровождение застрахованных лиц) на всей территории Российской Федерации в порядке, установленном правилами обязательного медицинского страхования. (Дополнение частью - Федеральный закон от 28.12.2024 № 552-ФЗ)</w:t>
      </w:r>
    </w:p>
    <w:p>
      <w:r>
        <w:rPr>
          <w:b/>
        </w:rPr>
        <w:t xml:space="preserve">93. </w:t>
      </w:r>
      <w:r>
        <w:t>Защита прав и законных интересов застрахованных лиц, в том числе сопровождение застрахованных лиц, осуществляется уполномоченными лицами страховой медицинской организации (далее - представители страховой медицинской организации). Сведения о представителях страховой медицинской организации размещаются на официальных сайтах страховой медицинской организации и территориального фонда в сети "Интернет", а также в федеральной государственной информационной системе "Единый портал государственных и муниципальных услуг (функций)". Перечень сведений о представителях страховой медицинской организации и порядок их размещения устанавливаются правилами обязательного медицинского страхования. При осуществлении сопровождения застрахованных лиц, в том числе с использованием федеральной государственной информационной системы "Единый портал государственных и муниципальных услуг (функций)", представители страховой медицинской организации</w:t>
      </w:r>
    </w:p>
    <w:p>
      <w:r>
        <w:rPr>
          <w:b/>
        </w:rPr>
        <w:t xml:space="preserve">10. </w:t>
      </w:r>
      <w:r>
        <w:t>Страховая медицинская организация включается в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 (далее также - реестр страховых медицинских организаций), на основании уведомления, направляемого ею в территориальный фонд в период с 1 августа до 1 октября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Порядок ведения реестра страховых медицинских организаций и перечень содержащихся в нем сведений устанавливаются правилами обязательного медицинского страхования. Страховая медицинская организация исключается из реестра страховых медицинских организаций территориальным фондом не позднее следующего рабочего дня после дня прекращения договора о финансовом обеспечении обязательного медицинского страхования. (В редакции Федерального закона от 28.12.2024 № 552-ФЗ)</w:t>
      </w:r>
    </w:p>
    <w:p>
      <w:r>
        <w:rPr>
          <w:b/>
        </w:rPr>
        <w:t xml:space="preserve">11. </w:t>
      </w:r>
      <w:r>
        <w:t>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w:t>
      </w:r>
    </w:p>
    <w:p>
      <w:r>
        <w:rPr>
          <w:b/>
        </w:rPr>
        <w:t xml:space="preserve">93. </w:t>
      </w:r>
      <w:r>
        <w:t>предоставляют по обращениям застрахованных лиц информацию по вопросам обязательного медицинского страхования и организации оказания медицинской помощи</w:t>
      </w:r>
    </w:p>
    <w:p>
      <w:r>
        <w:rPr>
          <w:b/>
        </w:rPr>
        <w:t xml:space="preserve">93. </w:t>
      </w:r>
      <w:r>
        <w:t>оказывают помощь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порядке, установленном уполномоченным федеральным органом исполнительной власти</w:t>
      </w:r>
    </w:p>
    <w:p>
      <w:r>
        <w:rPr>
          <w:b/>
        </w:rPr>
        <w:t xml:space="preserve">93. </w:t>
      </w:r>
      <w:r>
        <w:t>осуществляют иные полномочия в соответствии с законодательством Российской Федерации. (Дополнение частью - Федеральный закон от 28.12.2024 № 552-ФЗ)</w:t>
      </w:r>
    </w:p>
    <w:p>
      <w:r>
        <w:rPr>
          <w:b/>
        </w:rPr>
        <w:t>Статья 15. Медицинские организации в сфере обязательного медицинского страхования</w:t>
      </w:r>
    </w:p>
    <w:p>
      <w:r>
        <w:rPr>
          <w:b/>
        </w:rPr>
        <w:t xml:space="preserve">1. </w:t>
      </w:r>
      <w:r>
        <w:t>Для целей настоящего Федерального закона к медицинским организациям в сфере обязательного медицинского страхования (далее - медицинские организации) относятся имеющие право на осуществление медицинской деятельности и включенные в соответствии с настоящим Федеральным законом в единый реестр медицинских организаций, осуществляющих деятельность в сфере обязательного медицинского страхования, включающий в себя сведения о медицинских организациях, подведомственных федеральным органам исполнительной власти, оказывающих медицинскую помощь, финансовое обеспечение которой осуществляется в соответствии с пунктом 11 статьи 5 настоящего Федерального закона, и реестры медицинских организаций, осуществляющих деятельность в сфере обязательного медицинского страхования по территориальным программам обязательного медицинского страхования (далее также - единый реестр медицинских организаций): (В редакции Федерального закона от 08.12.2020 № 430-ФЗ) 1) организации любой предусмотренной законодательством Российской Федерации организационно-правовой формы;</w:t>
      </w:r>
    </w:p>
    <w:p>
      <w:r>
        <w:rPr>
          <w:b/>
        </w:rPr>
        <w:t xml:space="preserve">2. </w:t>
      </w:r>
      <w:r>
        <w:t>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уведомления,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государственной системы здравоохранения или муниципальной системы здравоохранения во включении в реестр медицинских организаций. Медицинская организация частной системы здравоохранения включается в реестр медицинских организаций на основании заявления,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в период с 1 июля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частной системы здравоохранения в принятии и рассмотрении заявления о включении медицинской организации частной системы здравоохранения в реестр медицинских организаций. Комиссией по разработке территориальной программы обязательного медицинского страхования в субъекте Российской Федерации могут быть установлены иные сроки направления уведомления или заявления вновь создаваемыми медицинскими организациями. Форма уведомления о включении медицинской организации государственной системы здравоохранения или муниципальной системы здравоохранения в реестр медицинских организаций и порядок его направления устанавливаются правилами обязательного медицинского страхования. Форма заявления о включении медицинской организации частной системы здравоохранения в реестр медицинских организаций, порядок направления и рассмотрения указанного заявления, в том числе сроки его рассмотрения, а также критерии включения медицинской организации частной системы здравоохранения в реестр медицинских организаций и основания для отказа во включении такой медицинской организации в реестр медицинских организаций устанавливаются Правительством Российской Федерации. (В редакции Федерального закона от 28.12.2024 № 552-ФЗ)</w:t>
      </w:r>
    </w:p>
    <w:p>
      <w:r>
        <w:rPr>
          <w:b/>
        </w:rPr>
        <w:t xml:space="preserve">21. </w:t>
      </w:r>
      <w:r>
        <w:t>В условиях чрезвычайной ситуации и (или) при возникновении угрозы распространения заболеваний, представляющих опасность для окружающих,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установить сроки направления уведомления или заявления о включении медицинской организации в реестр медицинских организаций, отличные от предусмотренных частью 2 настоящей статьи. Информация о сроках и порядке направления указанных уведомления или заявления размещается территориальным фондом на своем официальном сайте в сети "Интернет". (Дополнение частью - Федеральный закон от 01.04.2020 № 98-ФЗ) (В редакции Федерального закона от 28.12.2024 № 552-ФЗ)</w:t>
      </w:r>
    </w:p>
    <w:p>
      <w:r>
        <w:rPr>
          <w:b/>
        </w:rPr>
        <w:t xml:space="preserve">22. </w:t>
      </w:r>
      <w:r>
        <w:t>Медицинская организация, подведомственная федеральному органу исполнительной власти, вправе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(для 2021 года - по 25 декабря 2020 года включительно), направить в Федеральный фонд заявку на распределение ей объемов предоставления медицинской помощи, финансовое обеспечение которой осуществляется в соответствии с пунктом 11 статьи 5 настоящего Федерального закона. Форма указанной заявки и порядок ее подачи устанавливаются уполномоченным федеральным органом исполнительной власти. Медицинская организация, подведомственная федеральному органу исполнительной власти, подавшая такую заявку, включается Федеральным фондом в единый реестр медицинских организаций. Правительство Российской Федерации вправе устанавливать иные сроки подачи указанной заявки для вновь созданных или реорганизованных медицинских организаций, подведомственных федеральным органам исполнительной власти. (Дополнение частью - Федеральный закон от 08.12.2020 № 430-ФЗ) (В редакции Федерального закона от 27.11.2023 № 545-ФЗ)</w:t>
      </w:r>
    </w:p>
    <w:p>
      <w:r>
        <w:rPr>
          <w:b/>
        </w:rPr>
        <w:t xml:space="preserve">23. </w:t>
      </w:r>
      <w:r>
        <w:t>Медицинская организация, подведомственная федеральному органу исполнительной власти,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Медицинская организация, подведомственная федеральному органу исполнительной власти,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ей объемов предоставления медицинской помощи в соответствии с частью 10 статьи 36 настоящего Федерального закона. (Дополнение частью - Федеральный закон от 08.12.2020 № 430-ФЗ)</w:t>
      </w:r>
    </w:p>
    <w:p>
      <w:r>
        <w:rPr>
          <w:b/>
        </w:rPr>
        <w:t xml:space="preserve">3. </w:t>
      </w:r>
      <w:r>
        <w:t>Реестр медицинских организаций ведется территориальным фондом. Порядок ведения реестра медицинских организаций, перечень содержащихся в нем сведений, состав сведений из реестра медицинских организаций, подлежащих размещению на официальном сайте территориального фонда в сети "Интернет", и порядок их размещения устанавливаются правилами обязательного медицинского страхования. (В редакции Федерального закона от 28.12.2024 № 552-ФЗ)</w:t>
      </w:r>
    </w:p>
    <w:p>
      <w:r>
        <w:rPr>
          <w:b/>
        </w:rPr>
        <w:t xml:space="preserve">4. </w:t>
      </w:r>
      <w:r>
        <w:t>Медицинские организации, включенные в реестр медицинских организаций,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или иных предусмотренных законодательством Российской Федерации случаев. Медицинская организация, включенная в реестр медицинских организаций, направившая в территориальный фонд уведомление об исключении из реестра медицинских организаций до заключения договора на оказание и оплату медицинской помощи по обязательному медицинскому страхованию, исключается территориальным фондом из реестра медицинских организаций на следующий рабочий день после дня получения территориальным фондом указанного уведомления. Форма уведомления об исключении медицинской организации из реестра медицинских организаций, порядок направления и рассмотрения указанного уведомления устанавливаются Федеральным фондом. (В редакции федеральных законов от 01.12.2012 № 213-ФЗ, от 28.12.2024 № 552-ФЗ)</w:t>
      </w:r>
    </w:p>
    <w:p>
      <w:r>
        <w:rPr>
          <w:b/>
        </w:rPr>
        <w:t xml:space="preserve">5. </w:t>
      </w:r>
      <w:r>
        <w:t>Медицинская организация осуществляет свою деятельность в сфере обязательного медицинского страхования на основании договора на оказание и оплату медицинской помощи по обязательному медицинскому страхованию и (или) договора на оказание и оплату медицинской помощи в рамках базовой программы обязательного медицинского страхования и не вправе отказать застрахованным лицам в оказании медицинской помощи в соответствии с программами обязательного медицинского страхования. (В редакции Федерального закона от 08.12.2020 № 430-ФЗ)</w:t>
      </w:r>
    </w:p>
    <w:p>
      <w:r>
        <w:rPr>
          <w:b/>
        </w:rPr>
        <w:t xml:space="preserve">6. </w:t>
      </w:r>
      <w:r>
        <w:t>Медицинские организации ведут раздельный учет по операциям со средствами обязательного медицинского страхования</w:t>
      </w:r>
    </w:p>
    <w:p>
      <w:r>
        <w:rPr>
          <w:b/>
        </w:rPr>
        <w:t xml:space="preserve">7. </w:t>
      </w:r>
      <w:r>
        <w:t>Медицинские организации, созданные в соответствии с законодательством Российской Федерации и находящиеся за пределами территории Российской Федерации, вправе оказывать виды медицинской помощи застрахованным лицам, установленные базовой программой обязательного медицинского страхования, за счет средств обязательного медицинского страхования в порядке, установленном правилами обязательного медицинского страхования</w:t>
      </w:r>
    </w:p>
    <w:p>
      <w:r>
        <w:rPr>
          <w:b/>
        </w:rPr>
        <w:t xml:space="preserve">1. </w:t>
      </w:r>
      <w:r>
        <w:t>индивидуальные предприниматели, осуществляющие медицинскую деятельность. (В редакции Федерального закона от 25.11.2013 № 317-ФЗ)</w:t>
      </w:r>
    </w:p>
    <w:p>
      <w:pPr>
        <w:pStyle w:val="Heading3"/>
      </w:pPr>
      <w:r>
        <w:t>Права и обязанности застрахованных лиц, страхователей, страховых медицинских организаций и медицинских организаций</w:t>
      </w:r>
    </w:p>
    <w:p>
      <w:r>
        <w:rPr>
          <w:b/>
        </w:rPr>
        <w:t>Статья 16. Права и обязанности застрахованных лиц</w:t>
      </w:r>
    </w:p>
    <w:p>
      <w:r>
        <w:rPr>
          <w:b/>
        </w:rPr>
        <w:t xml:space="preserve">1. </w:t>
      </w:r>
      <w:r>
        <w:t>Застрахованные лица имеют право на</w:t>
      </w:r>
    </w:p>
    <w:p>
      <w:r>
        <w:rPr>
          <w:b/>
        </w:rPr>
        <w:t xml:space="preserve">11. </w:t>
      </w:r>
      <w:r>
        <w:t>Застрахованные лица, указанные в части 11 статьи 10 настоящего Федерального закона, приобретают права, установленные частью 1 настоящей статьи, при уплате за них страхователями, указанными в части 1 статьи 11 настоящего Федерального закона, страховых взносов на обязательное медицинское страхование в течение не менее пяти лет. (Дополнение частью - Федеральный закон от 14.07.2022 № 237-ФЗ) (В редакции Федерального закона от 28.11.2025 № 430-ФЗ)</w:t>
      </w:r>
    </w:p>
    <w:p>
      <w:r>
        <w:rPr>
          <w:b/>
        </w:rPr>
        <w:t xml:space="preserve">2. </w:t>
      </w:r>
      <w:r>
        <w:t>Застрахованные лица обязаны</w:t>
      </w:r>
    </w:p>
    <w:p>
      <w:r>
        <w:rPr>
          <w:b/>
        </w:rPr>
        <w:t xml:space="preserve">3. </w:t>
      </w:r>
      <w:r>
        <w:t>Обязательное медицинское страхование ребенка со дня его рождения и до дня государственной регистрации его рождения осуществляется страховой медицинской организацией, в которой застрахованы его мать или другой законный представитель. Обязательное медицинское страхование ребенка со дня государственной регистрации рождения ребенка и до достижения им совершеннолетия либо до приобретения им дееспособности в полном объеме осуществляется страховой медицинской организацией, выбранной одним из его родителей или другим законным представителем. В случае, если для ребенка одним из его родителей или другим законным представителем не выбрана страховая медицинская организация, обязательное медицинское страхование со дня государственной регистрации его рождения и до выбора страховой медицинской организации осуществляется страховой медицинской организацией, в которой застрахованы его мать или другой законный представитель. В случае, если мать и другие законные представители ребенка относятся к лицам, призванным (поступившим) на военную службу или приравненную к ней службу, обязательное медицинское страхование ребенка со дня государственной регистрации его рождения и до выбора страховой медицинской организации осуществляется страховой медицинской организацией, определенной территориальным фондом. (В редакции Федерального закона от 28.12.2024 № 552-ФЗ)</w:t>
      </w:r>
    </w:p>
    <w:p>
      <w:r>
        <w:rPr>
          <w:b/>
        </w:rPr>
        <w:t xml:space="preserve">4. </w:t>
      </w:r>
      <w:r>
        <w:t>Выбор или замена страховой медицинской организации осуществляется застрахованным лицом, достигшим совершеннолетия либо приобретшим дееспособность в полном объеме (для ребенка до достижения им совершеннолетия либо до приобретения им дееспособности в полном объеме - его родителями или другими законными представителями, для лица, признанного в установленном законом порядке недееспособным, - его законными представителями), путем подачи заявления в страховую медицинскую организацию из числа включенных в реестр страховых медицинских организаций, который размещается в обязательном порядке территориальным фондом на его официальном сайте в сети "Интернет" и может дополнительно опубликовываться иными способами. (В редакции федеральных законов от 03.07.2016 № 286-ФЗ, от 28.12.2024 № 552-ФЗ)</w:t>
      </w:r>
    </w:p>
    <w:p>
      <w:r>
        <w:rPr>
          <w:b/>
        </w:rPr>
        <w:t xml:space="preserve">5. </w:t>
      </w:r>
      <w:r>
        <w:t>Для выбора или замены страховой медицинской организации застрахованное лицо лично или через своего представителя обращается с заявлением о выборе (замене) страховой медицинской организации непосредственно в выбранную им страховую медицинскую организацию или иные организации в соответствии с правилами обязательного медицинского страхования. В случае подачи в соответствии с частью 1 статьи 46 настоящего Федерального закона застрахованным лицом заявления о включении в единый регистр застрахованных лиц заявление о выборе страховой медицинской организации подается им одновременно с заявлением о включении в единый регистр застрахованных лиц. Порядок подачи и формы заявления о выборе (замене) страховой медицинской организации устанавливаются правилами обязательного медицинского страхования. (В редакции Федерального закона от 06.12.2021 № 405-ФЗ)</w:t>
      </w:r>
    </w:p>
    <w:p>
      <w:r>
        <w:rPr>
          <w:b/>
        </w:rPr>
        <w:t xml:space="preserve">51. </w:t>
      </w:r>
      <w:r>
        <w:t>Если застрахованным лицом не было подано заявление о выборе страховой медицинской организации, такое лицо считается застрахованным в страховой медицинской организации, определенной территориальным фондом в порядке, предусмотренном частью 6 настоящей статьи. Если застрахованным лицом не было подано заявление о замене страховой медицинской организации, такое лицо считается застрахованным той страховой медицинской организацией, которой оно было застраховано ранее. В случае изменения места жительства застрахованного лица и отсутствия по новому месту жительства застрахованного лица страховой медицинской организации, в которой ранее был застрахован гражданин, или прекращения действия договора о финансовом обеспечении обязательного медицинского страхования со страховой медицинской организацией лицо, не подавшее заявление о замене страховой медицинской организации, считается застрахованным в страховой медицинской организации, определенной территориальным фондом в порядке, предусмотренном частью 6 настоящей статьи. (Дополнение частью - Федеральный закон от 06.12.2021 № 405-ФЗ)</w:t>
      </w:r>
    </w:p>
    <w:p>
      <w:r>
        <w:rPr>
          <w:b/>
        </w:rPr>
        <w:t xml:space="preserve">6. </w:t>
      </w:r>
      <w:r>
        <w:t>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обеспечении обязательного медицинского страхования. Соотношение работающих граждан и неработающих граждан, не обратившихся в страховую медицинскую организацию, а также не осуществивших замену страховой медицинской организации, которое отражается в сведениях, направляемых в страховые медицинские организации, должно быть равным. (В редакции Федерального закона от 06.12.2021 № 405-ФЗ)</w:t>
      </w:r>
    </w:p>
    <w:p>
      <w:r>
        <w:rPr>
          <w:b/>
        </w:rPr>
        <w:t xml:space="preserve">7. </w:t>
      </w:r>
      <w:r>
        <w:t>Страховые медицинские организации, указанные в части 6 настоящей статьи</w:t>
      </w:r>
    </w:p>
    <w:p>
      <w:r>
        <w:rPr>
          <w:b/>
        </w:rPr>
        <w:t xml:space="preserve">1. </w:t>
      </w:r>
      <w:r>
        <w:t>бесплатное оказание им медицинской помощи медицинскими организациями при наступлении страхового случая:</w:t>
      </w:r>
    </w:p>
    <w:p>
      <w:r>
        <w:rPr>
          <w:b/>
        </w:rPr>
        <w:t xml:space="preserve">1. </w:t>
      </w:r>
      <w:r>
        <w:t>выбор страховой медицинской организации путем подачи заявления в порядке, установленном правилами обязательного медицинского страхования</w:t>
      </w:r>
    </w:p>
    <w:p>
      <w:r>
        <w:rPr>
          <w:b/>
        </w:rPr>
        <w:t xml:space="preserve">1. </w:t>
      </w:r>
      <w:r>
        <w:t>замену страховой медицинской организации, в которой ранее был застрахован гражданин,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порядке, установленном правилами обязательного медицинского страхования, путем подачи заявления во вновь выбранную страховую медицинскую организацию</w:t>
      </w:r>
    </w:p>
    <w:p>
      <w:r>
        <w:rPr>
          <w:b/>
        </w:rPr>
        <w:t xml:space="preserve">1. </w:t>
      </w:r>
      <w:r>
        <w:t>выбор медицинской организации из медицинских организаций, участвующих в реализации программ обязательного медицинского страхования в соответствии с законодательством в сфере охраны здоровья, в том числе медицинской организации, подведомственной федеральному органу исполнительной власти, оказывающей медицинскую помощь в соответствии с пунктом 11 статьи 5 настоящего Федерального закона. Порядок направления застрахованных лиц в медицинские организации, подведомственные федеральным органам исполнительной власти, для оказания медицинской помощи устанавливается уполномоченным федеральным органом исполнительной власти; (В редакции Федерального закона от 08.12.2020 № 430-ФЗ) 5) выбор врача путем подачи заявления лично или через своего представителя на имя руководителя медицинской организации в соответствии с законодательством в сфере охраны здоровья; (В редакции Федерального закона от 25.11.2013 № 317-ФЗ) 6) получение от Федерального фонда, территориального фонда, страховой медицинской организации и медицинских организаций достоверной информации о видах, качестве и об условиях предоставления медицинской помощи; (В редакции Федерального закона от 08.12.2020 № 430-ФЗ) 7) защиту персональных данных, необходимых для ведения персонифицированного учета в сфере обязательного медицинского страхования</w:t>
      </w:r>
    </w:p>
    <w:p>
      <w:r>
        <w:rPr>
          <w:b/>
        </w:rPr>
        <w:t xml:space="preserve">1. </w:t>
      </w:r>
      <w:r>
        <w:t>возмещение страховой медицинской организацией ущерба, причиненного в связи с неисполнением или ненадлежащим исполнением ею обязанностей по организации предоставления медицинской помощи, в соответствии с законодательством Российской Федерации</w:t>
      </w:r>
    </w:p>
    <w:p>
      <w:r>
        <w:rPr>
          <w:b/>
        </w:rPr>
        <w:t xml:space="preserve">1. </w:t>
      </w:r>
      <w:r>
        <w:t>возмещение медицинской организацией ущерба, причиненного в связи с неисполнением или ненадлежащим исполнением ею обязанностей по организации и оказанию медицинской помощи, в соответствии с законодательством Российской Федерации</w:t>
      </w:r>
    </w:p>
    <w:p>
      <w:r>
        <w:rPr>
          <w:b/>
        </w:rPr>
        <w:t xml:space="preserve">1. </w:t>
      </w:r>
      <w:r>
        <w:t>защиту прав и законных интересов в сфере обязательного медицинского страхования</w:t>
      </w:r>
    </w:p>
    <w:p>
      <w:r>
        <w:rPr>
          <w:b/>
        </w:rPr>
        <w:t xml:space="preserve">1. </w:t>
      </w:r>
      <w:r>
        <w:t>на всей территории Российской Федерации в объеме, установленном базовой программой обязательного медицинского страхования</w:t>
      </w:r>
    </w:p>
    <w:p>
      <w:r>
        <w:rPr>
          <w:b/>
        </w:rPr>
        <w:t xml:space="preserve">1. </w:t>
      </w:r>
      <w:r>
        <w:t>на территории субъекта Российской Федерации, в котором выдан полис обязательного медицинского страхования, в объеме, установленном территориальной программой обязательного медицинского страхования</w:t>
      </w:r>
    </w:p>
    <w:p>
      <w:r>
        <w:rPr>
          <w:b/>
        </w:rPr>
        <w:t xml:space="preserve">2. </w:t>
      </w:r>
      <w:r>
        <w:t>при обращении за медицинской помощью, за исключением случаев получения экстренной медицинской помощи, предъявить по своему выбору полис обязательного медицинского страхования на материальном носителе (за исключением застрахованных лиц, указанных в части 11 статьи 10 настоящего Федерального закона) или документ, удостоверяющий личность (для детей в возрасте до четырнадцати лет - свидетельство о рождении); (В редакции федеральных законов от 06.12.2021 № 405-ФЗ, от 14.07.2022 № 237-ФЗ) 2) (Пункт утратил силу - Федеральный закон от 06.12.2021 № 405-ФЗ) 3) (Пункт утратил силу - Федеральный закон от 06.12.2021 № 405-ФЗ) 4) (Пункт утратил силу - Федеральный закон от 06.12.2021 № 405-ФЗ)</w:t>
      </w:r>
    </w:p>
    <w:p>
      <w:r>
        <w:rPr>
          <w:b/>
        </w:rPr>
        <w:t xml:space="preserve">7. </w:t>
      </w:r>
      <w:r>
        <w:t>информируют застрахованное лицо в порядке и сроки, которые установлены правилами обязательного медицинского страхования, о факте страхования и возможности получения полиса обязательного медицинского страхования на материальном носителе или внесения изменений в полис обязательного медицинского страхования на материальном носителе (за исключением застрахованных лиц, указанных в части 11 статьи 10 настоящего Федерального закона); (В редакции федеральных законов от 06.12.2021 № 405-ФЗ, от 14.07.2022 № 237-ФЗ) 2) по запросу застрахованного лица или его представителя (за исключением застрахованных лиц, указанных в части 11 статьи 10 настоящего Федерального закона) обеспечивают выдачу полиса обязательного медицинского страхования на материальном носителе или внесение изменений в полис обязательного медицинского страхования на материальном носителе в соответствии с правилами обязательного медицинского страхования; (В редакции федеральных законов от 06.12.2021 № 405-ФЗ, от 14.07.2022 № 237-ФЗ) 3) предоставляют застрахованному лицу информацию о его правах и обязанностях</w:t>
      </w:r>
    </w:p>
    <w:p>
      <w:r>
        <w:rPr>
          <w:b/>
        </w:rPr>
        <w:t>Статья 17. Права и обязанности страхователей</w:t>
      </w:r>
    </w:p>
    <w:p>
      <w:r>
        <w:rPr>
          <w:b/>
        </w:rPr>
        <w:t xml:space="preserve">1. </w:t>
      </w:r>
      <w:r>
        <w:t>Страхователь имеет право получать информацию, связанную с регистрацией страхователей и уплатой им страховых взносов на обязательное медицинское страхование, от налоговых органов, Федерального фонда и территориальных фондов в соответствии с их компетенцией. (В редакции Федерального закона от 03.07.2016 № 250-ФЗ)</w:t>
      </w:r>
    </w:p>
    <w:p>
      <w:r>
        <w:rPr>
          <w:b/>
        </w:rPr>
        <w:t xml:space="preserve">2. </w:t>
      </w:r>
      <w:r>
        <w:t>Страхователь обязан</w:t>
      </w:r>
    </w:p>
    <w:p>
      <w:r>
        <w:rPr>
          <w:b/>
        </w:rPr>
        <w:t xml:space="preserve">3. </w:t>
      </w:r>
      <w:r>
        <w:t>Страхователи, указанные в части 2 статьи 11 настоящего Федерального закона, обязаны представлять в территориальные фонды расчеты по начисленным и уплаченным страховым взносам на обязательное медицинское страхование неработающего населения в порядке, установленном частью 11 статьи 24 настоящего Федерального закона</w:t>
      </w:r>
    </w:p>
    <w:p>
      <w:r>
        <w:rPr>
          <w:b/>
        </w:rPr>
        <w:t xml:space="preserve">4. </w:t>
      </w:r>
      <w:r>
        <w:t>Лица, указанные в части 1 статьи 11 настоящего Федерального закона, признаются страхователями с момента их постановки на учет в налоговых органах в соответствии с законодательством Российской Федерации о налогах и сборах. Информация о постановке таких лиц на учет в налоговых органах передается в Федеральный фонд в порядке, установленном соглашением об информационном обмене между федеральным органом исполнительной власти, уполномоченным по контролю и надзору в области налогов и сборов, и Федеральным фондом. (В редакции федеральных законов от 03.07.2016 № 250-ФЗ, от 06.12.2021 № 405-ФЗ)</w:t>
      </w:r>
    </w:p>
    <w:p>
      <w:r>
        <w:rPr>
          <w:b/>
        </w:rPr>
        <w:t xml:space="preserve">5. </w:t>
      </w:r>
      <w:r>
        <w:t>Регистрация и снятие с регистрационного учета страхователей, указанных в части 2 статьи 11 настоящего Федерального закона, осуществляются территориальными фондами в порядке, установленном уполномоченным федеральным органом исполнительной власти, при этом</w:t>
      </w:r>
    </w:p>
    <w:p>
      <w:r>
        <w:rPr>
          <w:b/>
        </w:rPr>
        <w:t xml:space="preserve">6. </w:t>
      </w:r>
      <w:r>
        <w:t>Регистрация и снятие с регистрационного учета страхователей для неработающих граждан осуществляются на основании документов, представленных ими на бумажном или электронном носителе. (В редакции Федерального закона от 03.07.2016 № 250-ФЗ)</w:t>
      </w:r>
    </w:p>
    <w:p>
      <w:r>
        <w:rPr>
          <w:b/>
        </w:rPr>
        <w:t xml:space="preserve">7. </w:t>
      </w:r>
      <w:r>
        <w:t>Особенности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Федерации. (В редакции Федерального закона от 03.07.2016 № 250-ФЗ)</w:t>
      </w:r>
    </w:p>
    <w:p>
      <w:r>
        <w:rPr>
          <w:b/>
        </w:rPr>
        <w:t xml:space="preserve">2. </w:t>
      </w:r>
      <w:r>
        <w:t>регистрироваться и сниматься с регистрационного учета в целях обязательного медицинского страхования в соответствии с законодательством Российской Федерации; (В редакции Федерального закона от 03.07.2016 № 250-ФЗ) 2) своевременно и в полном объеме осуществлять уплату страховых взносов на обязательное медицинское страхование в соответствии с законодательством Российской Федерации. (В редакции Федерального закона от 03.07.2016 № 250-ФЗ)</w:t>
      </w:r>
    </w:p>
    <w:p>
      <w:r>
        <w:rPr>
          <w:b/>
        </w:rPr>
        <w:t xml:space="preserve">5. </w:t>
      </w:r>
      <w:r>
        <w:t>регистрация в качестве страхователя осуществляется на основании заявления о регистрации, подаваемого не позднее 30 рабочих дней со дня вступления в силу решения высшего исполнительного органа государственной власти субъекта Российской Федерации о наделении полномочиями страхователя (далее - наделение полномочиями)</w:t>
      </w:r>
    </w:p>
    <w:p>
      <w:r>
        <w:rPr>
          <w:b/>
        </w:rPr>
        <w:t xml:space="preserve">5. </w:t>
      </w:r>
      <w:r>
        <w:t>снятие страхователя с регистрационного учета осуществляется на основании заявления о снятии с регистрационного учета в качестве страхователя, подаваемого в течение 10 рабочих дней со дня вступления в силу решения высшего исполнительного органа государственной власти субъекта Российской Федерации о прекращении полномочий страхователя (далее - прекращение полномочий)</w:t>
      </w:r>
    </w:p>
    <w:p>
      <w:r>
        <w:rPr>
          <w:b/>
        </w:rPr>
        <w:t>Статья 18. Ответственность за нарушение требований регистрации и снятия с регистрационного учета страхователей для неработающих граждан</w:t>
      </w:r>
    </w:p>
    <w:p>
      <w:r>
        <w:rPr>
          <w:b/>
        </w:rPr>
        <w:t xml:space="preserve">1. </w:t>
      </w:r>
      <w:r>
        <w:t>Нарушение страхователями, указанными в части 2 статьи 11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w:t>
      </w:r>
    </w:p>
    <w:p>
      <w:r>
        <w:rPr>
          <w:b/>
        </w:rPr>
        <w:t xml:space="preserve">2. </w:t>
      </w:r>
      <w:r>
        <w:t>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принятыми в соответствии с настоящим Федеральным законом, влечет за собой наложение штрафа в размере 50 рублей за каждый непредставленный документ</w:t>
      </w:r>
    </w:p>
    <w:p>
      <w:r>
        <w:rPr>
          <w:b/>
        </w:rPr>
        <w:t xml:space="preserve">3. </w:t>
      </w:r>
      <w:r>
        <w:t>В случае выявления нарушений, указанных в частях 1 и (или) 2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форме, утвержденной Федеральным фондом</w:t>
      </w:r>
    </w:p>
    <w:p>
      <w:r>
        <w:rPr>
          <w:b/>
        </w:rPr>
        <w:t xml:space="preserve">4. </w:t>
      </w:r>
      <w:r>
        <w:t>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порядке, установленном уполномоченным федеральным органом исполнительной власти</w:t>
      </w:r>
    </w:p>
    <w:p>
      <w:r>
        <w:rPr>
          <w:b/>
        </w:rPr>
        <w:t xml:space="preserve">5. </w:t>
      </w:r>
      <w:r>
        <w:t>Перечень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частями 3 и 4 настоящей статьи, утверждается Федеральным фондом</w:t>
      </w:r>
    </w:p>
    <w:p>
      <w:r>
        <w:rPr>
          <w:b/>
        </w:rPr>
        <w:t xml:space="preserve">6. </w:t>
      </w:r>
      <w:r>
        <w:t>Штрафы, начисленные в соответствии с настоящей статьей, зачисляются в бюджет Федерального фонда</w:t>
      </w:r>
    </w:p>
    <w:p>
      <w:r>
        <w:rPr>
          <w:b/>
        </w:rPr>
        <w:t>Статья 19. Права и обязанности страховых медицинских организаций</w:t>
      </w:r>
    </w:p>
    <w:p>
      <w:r>
        <w:t>Права и обязанности страховых медицинских организаций определяются в соответствии с договорами, предусмотренными статьями 38 и 39 настоящего Федерального закона.</w:t>
      </w:r>
    </w:p>
    <w:p>
      <w:r>
        <w:rPr>
          <w:b/>
        </w:rPr>
        <w:t>Статья 20. Права и обязанности медицинских организаций</w:t>
      </w:r>
    </w:p>
    <w:p>
      <w:r>
        <w:rPr>
          <w:b/>
        </w:rPr>
        <w:t xml:space="preserve">1. </w:t>
      </w:r>
      <w:r>
        <w:t>Медицинские организации имеют право</w:t>
      </w:r>
    </w:p>
    <w:p>
      <w:r>
        <w:rPr>
          <w:b/>
        </w:rPr>
        <w:t xml:space="preserve">2. </w:t>
      </w:r>
      <w:r>
        <w:t>Медицинские организации обязаны</w:t>
      </w:r>
    </w:p>
    <w:p>
      <w:r>
        <w:rPr>
          <w:b/>
        </w:rPr>
        <w:t xml:space="preserve">1. </w:t>
      </w:r>
      <w:r>
        <w:t>получать средства за оказанную медицинскую помощь на основании заключенных договоров на оказание и оплату медицинской помощи по обязательному медицинскому страхованию и договоров на оказание и оплату медицинской помощи в рамках базовой программы обязательного медицинского страхования в соответствии с установленными тарифами на оплату медицинской помощи по обязательному медицинскому страхованию (далее также - тарифы на оплату медицинской помощи) по результатам контроля объемов, сроков, качества и условий предоставления медицинской помощи и в иных случаях, предусмотренных настоящим Федеральным законом; (В редакции Федерального закона от 08.12.2020 № 430-ФЗ) 2) обжаловать заключения страховой медицинской организации, Федерального фонда и территориального фонда по оценке объемов, сроков, качества и условий предоставления медицинской помощи в соответствии со статьей 42 настоящего Федерального закона. (В редакции Федерального закона от 08.12.2020 № 430-ФЗ)</w:t>
      </w:r>
    </w:p>
    <w:p>
      <w:r>
        <w:rPr>
          <w:b/>
        </w:rPr>
        <w:t xml:space="preserve">2. </w:t>
      </w:r>
      <w:r>
        <w:t>бесплатно оказывать застрахованным лицам медицинскую помощь в рамках программ обязательного медицинского страхования</w:t>
      </w:r>
    </w:p>
    <w:p>
      <w:r>
        <w:rPr>
          <w:b/>
        </w:rPr>
        <w:t xml:space="preserve">2. </w:t>
      </w:r>
      <w:r>
        <w:t>вести в соответствии с настоящим Федеральным законом персонифицированный учет сведений о медицинской помощи, оказанной застрахованным лицам</w:t>
      </w:r>
    </w:p>
    <w:p>
      <w:r>
        <w:rPr>
          <w:b/>
        </w:rPr>
        <w:t xml:space="preserve">2. </w:t>
      </w:r>
      <w:r>
        <w:t>предоставлять страховым медицинским организациям, Федеральному фонду и территориальному фонду сведения о застрахованном лице и об оказанной ему медицинской помощи, необходимые для проведения контроля объемов, сроков, качества и условий предоставления медицинской помощи; (В редакции Федерального закона от 08.12.2020 № 430-ФЗ) 31) предоставлять страховым медицинским организациям сведения, которые определены правилами обязательного медицинского страхования и необходимы для сопровождения застрахованных лиц; (Дополнение пунктом - Федеральный закон от 28.12.2024 № 552-ФЗ) 4) предоставлять отчетность о деятельности в сфере обязательного медицинского страхования в порядке и по формам, которые установлены Федеральным фондом</w:t>
      </w:r>
    </w:p>
    <w:p>
      <w:r>
        <w:rPr>
          <w:b/>
        </w:rPr>
        <w:t xml:space="preserve">2. </w:t>
      </w:r>
      <w:r>
        <w:t>использовать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 за исключением случая, указанного в части 71 статьи 35 настоящего Федерального закона; (В редакции Федерального закона от 25.12.2023 № 625-ФЗ) 6) размещать на своем официальном сайте в сети "Интернет" информацию о режиме работы, видах оказываемой медицинской помощи</w:t>
      </w:r>
    </w:p>
    <w:p>
      <w:r>
        <w:rPr>
          <w:b/>
        </w:rPr>
        <w:t xml:space="preserve">2. </w:t>
      </w:r>
      <w:r>
        <w:t>предоставлять застрахованным лицам, страховым медицинским организациям, Федеральному фонду и территориальному фонду сведения о режиме работы, видах оказываемой медицинской помощи, а также показателях доступности и качества медицинской помощи, перечень которых устанавливается в территориальной программе обязательного медицинского страхования; (В редакции федеральных законов от 01.12.2012 № 213-ФЗ, от 08.12.2020 № 430-ФЗ) 71) использовать средства нормированного страхового запаса Федерального фонда,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 порядке, определяемом Правительством Российской Федерации; (Дополнение пунктом - Федеральный закон от 30.12.2015 № 432-ФЗ) (В редакции Федерального закона от 08.12.2020 № 430-ФЗ) 72) использовать средства нормированного страхового запаса территориального фонда для софинансирования расходов медицинских организаций на оплату труда врачей и среднего медицинского персонала в порядке, предусмотренном частью 66 статьи 26 настоящего Федерального закона; (Дополнение пунктом - Федеральный закон от 28.11.2018 № 437-ФЗ) 8) выполнять иные обязанности в соответствии с настоящим Федеральным законом</w:t>
      </w:r>
    </w:p>
    <w:p>
      <w:pPr>
        <w:pStyle w:val="Heading3"/>
      </w:pPr>
      <w:r>
        <w:t>Финансовое обеспечение обязательного медицинского страхования</w:t>
      </w:r>
    </w:p>
    <w:p>
      <w:r>
        <w:rPr>
          <w:b/>
        </w:rPr>
        <w:t>Статья 21. Средства обязательного медицинского страхования</w:t>
      </w:r>
    </w:p>
    <w:p>
      <w:r>
        <w:t>Средства обязательного медицинского страхования формируются за счет</w:t>
      </w:r>
    </w:p>
    <w:p>
      <w:r>
        <w:t>доходов от уплаты: а) страховых взносов на обязательное медицинское страхование; б) недоимок по взносам, налоговым платежам; в) начисленных пеней и штрафов</w:t>
      </w:r>
    </w:p>
    <w:p>
      <w:r>
        <w:t>средств федерального бюджета, передаваемых в бюджет Федерального фонда в случаях, установленных федеральными законами, в части компенсации выпадающих доходов в связи с установлением пониженных тарифов страховых взносов на обязательное медицинское страхование</w:t>
      </w:r>
    </w:p>
    <w:p>
      <w:r>
        <w:t>средств бюджетов субъектов Российской Федерации, передаваемых в бюджеты территориальных фондов в соответствии с законодательством Российской Федерации и законодательством субъектов Российской Федерации</w:t>
      </w:r>
    </w:p>
    <w:p>
      <w:r>
        <w:t>доходов от размещения временно свободных средств</w:t>
      </w:r>
    </w:p>
    <w:p>
      <w:r>
        <w:t>иных источников, предусмотренных законодательством Российской Федерации</w:t>
      </w:r>
    </w:p>
    <w:p>
      <w:r>
        <w:rPr>
          <w:b/>
        </w:rPr>
        <w:t>Статья 22. Страховые взносы на обязательное медицинское страхование работающего населения</w:t>
      </w:r>
    </w:p>
    <w:p>
      <w:r>
        <w:rPr>
          <w:b/>
        </w:rPr>
        <w:t xml:space="preserve">1. </w:t>
      </w:r>
      <w:r>
        <w:t>Обязанность по уплате страховых взносов на обязательное медицинское страхование работающего населения, размер страхового взноса на обязательное медицинское страхование работающего населения и отношения, возникающие в процессе осуществления контроля за правильностью исчисления, полнотой и своевременностью уплаты (перечисления) указанных страховых взносов и привлечения к ответственности за нарушение порядка их уплаты, устанавливаются законодательством Российской Федерации о налогах и сборах. (В редакции Федерального закона от 03.07.2016 № 250-ФЗ)</w:t>
      </w:r>
    </w:p>
    <w:p>
      <w:r>
        <w:rPr>
          <w:b/>
        </w:rPr>
        <w:t xml:space="preserve">2. </w:t>
      </w:r>
      <w:r>
        <w:t>Федеральный орган исполнительной власти, уполномоченный по контролю и надзору в области налогов и сборов, представляет сведения об уплате страховых взносов на обязательное медицинское страхование работающего населения в Федеральный фонд в порядке, установленном соглашением об информационном обмене, утверждаемым федеральным органом исполнительной власти, уполномоченным по контролю и надзору в области налогов и сборов, и Федеральным фондом. (В редакции федеральных законов от 03.07.2016 № 250-ФЗ, от 06.12.2021 № 405-ФЗ)</w:t>
      </w:r>
    </w:p>
    <w:p>
      <w:r>
        <w:rPr>
          <w:b/>
        </w:rPr>
        <w:t>Статья 23. Размер страхового взноса на обязательное медицинское страхование неработающего населения</w:t>
      </w:r>
    </w:p>
    <w:p>
      <w:r>
        <w:rPr>
          <w:b/>
        </w:rPr>
        <w:t xml:space="preserve">1. </w:t>
      </w:r>
      <w:r>
        <w:t>Размер и порядок расчета тарифа страхового взноса на обязательное медицинское страхование неработающего населения устанавливаются федеральным законом</w:t>
      </w:r>
    </w:p>
    <w:p>
      <w:r>
        <w:rPr>
          <w:b/>
        </w:rPr>
        <w:t xml:space="preserve">2. </w:t>
      </w:r>
      <w:r>
        <w:t>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законом. (В редакции Федерального закона от 29.07.2018 № 268-ФЗ)</w:t>
      </w:r>
    </w:p>
    <w:p>
      <w:r>
        <w:rPr>
          <w:b/>
        </w:rPr>
        <w:t xml:space="preserve">3. </w:t>
      </w:r>
      <w:r>
        <w:t>Годовой объем бюджетных ассигнований на обязательное медицинское страхование неработающего населения утверждается законом о бюджете субъекта Российской Федерации в отношении застрахованных лиц, указанных в пункте 5 части 1 статьи 10 настоящего Федерального закона. (В редакции Федерального закона от 14.07.2022 № 237-ФЗ)</w:t>
      </w:r>
    </w:p>
    <w:p>
      <w:r>
        <w:rPr>
          <w:b/>
        </w:rPr>
        <w:t>Статья 24. Период, порядок и сроки уплаты страховых взносов на обязательное медицинское страхование неработающего населения</w:t>
      </w:r>
    </w:p>
    <w:p>
      <w:r>
        <w:rPr>
          <w:b/>
        </w:rPr>
        <w:t xml:space="preserve">1. </w:t>
      </w:r>
      <w:r>
        <w:t>Расчетным периодом по страховым взносам на обязательное медицинское страхование неработающего населения признается календарный год</w:t>
      </w:r>
    </w:p>
    <w:p>
      <w:r>
        <w:rPr>
          <w:b/>
        </w:rPr>
        <w:t xml:space="preserve">2. </w:t>
      </w:r>
      <w:r>
        <w:t>Если страхователь был наделен полномочиями после начала календарного года, первым расчетным периодом для него является период со дня наделения его полномочиями до дня окончания данного календарного года</w:t>
      </w:r>
    </w:p>
    <w:p>
      <w:r>
        <w:rPr>
          <w:b/>
        </w:rPr>
        <w:t xml:space="preserve">3. </w:t>
      </w:r>
      <w:r>
        <w:t>Если у страхователя были прекращены полномочия до конца календарного года, последним расчетным периодом для него является период со дня начала этого календарного года до дня прекращения полномочий</w:t>
      </w:r>
    </w:p>
    <w:p>
      <w:r>
        <w:rPr>
          <w:b/>
        </w:rPr>
        <w:t xml:space="preserve">4. </w:t>
      </w:r>
      <w:r>
        <w:t>Если у страхователя, наделенного полномочиями после начала календарного года, прекращены полномочия до конца этого календарного года, расчетным периодом для него является период со дня наделения его полномочиями до дня прекращения полномочий</w:t>
      </w:r>
    </w:p>
    <w:p>
      <w:r>
        <w:rPr>
          <w:b/>
        </w:rPr>
        <w:t xml:space="preserve">5. </w:t>
      </w:r>
      <w:r>
        <w:t>В течение расчетного периода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 Федерального фонда</w:t>
      </w:r>
    </w:p>
    <w:p>
      <w:r>
        <w:rPr>
          <w:b/>
        </w:rPr>
        <w:t xml:space="preserve">6. </w:t>
      </w:r>
      <w:r>
        <w:t>Ежемесячный обязательный платеж подлежит уплате в срок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 (В редакции федеральных законов от 01.12.2012 № 213-ФЗ; от 28.12.2016 № 473-ФЗ)</w:t>
      </w:r>
    </w:p>
    <w:p>
      <w:r>
        <w:rPr>
          <w:b/>
        </w:rPr>
        <w:t xml:space="preserve">7. </w:t>
      </w:r>
      <w:r>
        <w:t>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населения, уплаченных за год, не может быть меньше годового объема бюджетных ассигнований, предусмотренного законом о бюджете субъекта Российской Федерации</w:t>
      </w:r>
    </w:p>
    <w:p>
      <w:r>
        <w:rPr>
          <w:b/>
        </w:rPr>
        <w:t xml:space="preserve">8. </w:t>
      </w:r>
      <w:r>
        <w:t>Сумма страховых взносов на обязательное медицинское страхование неработающего населения, подлежащая перечислению, определяется в полных рублях. Сумма страховых взносов на обязательное медицинское страхование неработающего населения менее 50 копеек отбрасывается, а сумма 50 копеек и более округляется до полного рубля</w:t>
      </w:r>
    </w:p>
    <w:p>
      <w:r>
        <w:rPr>
          <w:b/>
        </w:rPr>
        <w:t xml:space="preserve">9. </w:t>
      </w:r>
      <w:r>
        <w:t>Обязанность страхователей по уплате страховых взносов на обязательное медицинское страхование неработающего населения считается исполненной с даты списания суммы платежа с единого счета бюджета, открытого в Федеральном казначействе. (В редакции Федерального закона от 24.02.2021 № 20-ФЗ)</w:t>
      </w:r>
    </w:p>
    <w:p>
      <w:r>
        <w:rPr>
          <w:b/>
        </w:rPr>
        <w:t xml:space="preserve">10. </w:t>
      </w:r>
      <w:r>
        <w:t>Страхователи обязаны вести учет средств, перечисляемых на обязательное медицинское страхование неработающего населения в Федеральный фонд</w:t>
      </w:r>
    </w:p>
    <w:p>
      <w:r>
        <w:rPr>
          <w:b/>
        </w:rPr>
        <w:t xml:space="preserve">11. </w:t>
      </w:r>
      <w:r>
        <w:t>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неработающего населения по форме, утверждаемой уполномоченным федеральным органом исполнительной власти. (В редакции Федерального закона от 01.12.2012 № 213-ФЗ)</w:t>
      </w:r>
    </w:p>
    <w:p>
      <w:r>
        <w:rPr>
          <w:b/>
        </w:rPr>
        <w:t xml:space="preserve">12. </w:t>
      </w:r>
      <w:r>
        <w:t>Отчетными периодами признаются первый квартал, полугодие, девять месяцев календарного года, календарный год</w:t>
      </w:r>
    </w:p>
    <w:p>
      <w:r>
        <w:rPr>
          <w:b/>
        </w:rPr>
        <w:t>Статья 25. Ответственность за нарушения в части уплаты страховых взносов на обязательное медицинское страхование неработающего населения</w:t>
      </w:r>
    </w:p>
    <w:p>
      <w:r>
        <w:rPr>
          <w:b/>
        </w:rPr>
        <w:t xml:space="preserve">1. </w:t>
      </w:r>
      <w:r>
        <w:t>В случае неуплаты или неполной уплаты страховых взносов на обязательное медицинское страхование неработающего населения в установленный срок производится взыскание недоимки по страховым взносам на обязательное медицинское страхование неработающего населения, начисленных пеней и штрафов</w:t>
      </w:r>
    </w:p>
    <w:p>
      <w:r>
        <w:rPr>
          <w:b/>
        </w:rPr>
        <w:t xml:space="preserve">2. </w:t>
      </w:r>
      <w:r>
        <w:t>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взносов на обязательное медицинское страхование неработающего населения в более поздние сроки по сравнению с установленными настоящим Федеральным законом</w:t>
      </w:r>
    </w:p>
    <w:p>
      <w:r>
        <w:rPr>
          <w:b/>
        </w:rPr>
        <w:t xml:space="preserve">3. </w:t>
      </w:r>
      <w:r>
        <w:t>Сумма соответствующих пеней уплачивается помимо причитающихся к уплате сумм страховых взносов на обязательное медицинское страхование неработающего населения и независимо от применения мер ответственности за нарушение законодательства Российской Федерации</w:t>
      </w:r>
    </w:p>
    <w:p>
      <w:r>
        <w:rPr>
          <w:b/>
        </w:rPr>
        <w:t xml:space="preserve">4. </w:t>
      </w:r>
      <w:r>
        <w:t>Пени начисляются за каждый календарный день просрочки исполнения обязанности по уплате страховых взносов на обязательное медицинское страхование неработающего населения начиная со дня, следующего за установленным настоящим Федеральным законом сроком уплаты сумм страховых взносов на обязательное медицинское страхование неработающего населения</w:t>
      </w:r>
    </w:p>
    <w:p>
      <w:r>
        <w:rPr>
          <w:b/>
        </w:rPr>
        <w:t xml:space="preserve">5. </w:t>
      </w:r>
      <w:r>
        <w:t>Страхователь самостоятельно начисляет пени на всю сумму недоимки за период просрочки и отражает ее в форме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r>
        <w:rPr>
          <w:b/>
        </w:rPr>
        <w:t xml:space="preserve">6. </w:t>
      </w:r>
      <w:r>
        <w:t>Не начисляются пени на сумму недоимки, которую страхователь не мог погасить в силу того, что в соответствии с законодательством Российской Федерации были приостановлены операции страхователя в органе Федерального казначейства. В этом случае пени не начисляются за весь период действия указанных обстоятельств</w:t>
      </w:r>
    </w:p>
    <w:p>
      <w:r>
        <w:rPr>
          <w:b/>
        </w:rPr>
        <w:t xml:space="preserve">7. </w:t>
      </w:r>
      <w:r>
        <w:t>Пени за каждый день просрочки определяются в процентах от неуплаченной суммы страховых взносов на обязательное медицинское страхование неработающего населения</w:t>
      </w:r>
    </w:p>
    <w:p>
      <w:r>
        <w:rPr>
          <w:b/>
        </w:rPr>
        <w:t xml:space="preserve">8. </w:t>
      </w:r>
      <w:r>
        <w:t>Процентная ставка пеней принимается равной одной трехсотой действующей на день начисления пеней ключевой ставки Центрального банка Российской Федерации. (В редакции Федерального закона от 28.12.2024 № 552-ФЗ)</w:t>
      </w:r>
    </w:p>
    <w:p>
      <w:r>
        <w:rPr>
          <w:b/>
        </w:rPr>
        <w:t xml:space="preserve">9. </w:t>
      </w:r>
      <w:r>
        <w:t>Пени уплачиваются одновременно с уплатой сумм страховых взносов на обязательное медицинское страхование неработающего населения или после уплаты таких сумм в полном объеме</w:t>
      </w:r>
    </w:p>
    <w:p>
      <w:r>
        <w:rPr>
          <w:b/>
        </w:rPr>
        <w:t xml:space="preserve">10. </w:t>
      </w:r>
      <w:r>
        <w:t>В случае, если последний день срока уплаты страховых взносов на обязательное медицинское страхование неработающего населения совпадает с выходным и (или) нерабочим праздничным днем, пени начисляются начиная со второго рабочего дня, следующего после выходного и (или) нерабочего праздничного дня</w:t>
      </w:r>
    </w:p>
    <w:p>
      <w:r>
        <w:rPr>
          <w:b/>
        </w:rPr>
        <w:t xml:space="preserve">11. </w:t>
      </w:r>
      <w:r>
        <w:t>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w:t>
      </w:r>
    </w:p>
    <w:p>
      <w:r>
        <w:rPr>
          <w:b/>
        </w:rPr>
        <w:t xml:space="preserve">12. </w:t>
      </w:r>
      <w:r>
        <w:t>В случае выявления нарушений законодательства об обязательном медицинском страховании, указанных в части 11 настоящей статьи, должностные лица Федерального фонда или территориальных фондов, перечень которых утвержден Федеральным фондом в соответствии с частью 5 статьи 18 настоящего Федерального закона, составляют акты о нарушении законодательства об обязательном медицинском страховании, рассматривают дела о нарушениях и налагают штрафы в соответствии с частями 3 и 4 статьи 18 настоящего Федерального закона</w:t>
      </w:r>
    </w:p>
    <w:p>
      <w:r>
        <w:rPr>
          <w:b/>
        </w:rPr>
        <w:t xml:space="preserve">13. </w:t>
      </w:r>
      <w:r>
        <w:t>Взыскание недоимки, пеней и штрафов со страхователей осуществляется в судебном порядке. (В редакции Федерального закона от 03.07.2016 № 250-ФЗ)</w:t>
      </w:r>
    </w:p>
    <w:p>
      <w:r>
        <w:rPr>
          <w:b/>
        </w:rPr>
        <w:t xml:space="preserve">11. </w:t>
      </w:r>
      <w:r>
        <w:t>непредставление страхователем в установленный настоящим Федеральным законом срок расчета по начисленным и уплаченным страховым взносам на обязательное медицинское страхование неработающего населения по месту учета в территориальном фонде влечет взыскание штрафа в размере двух процентов суммы страховых взносов на обязательное медицинское страхование неработающего населения, подлежащей уплате или доплате на основе этого расчета, за каждый полный или неполный месяц со дня, установленного для его представления, но не более пяти процентов указанной суммы и не менее одной тысячи рублей</w:t>
      </w:r>
    </w:p>
    <w:p>
      <w:r>
        <w:rPr>
          <w:b/>
        </w:rPr>
        <w:t xml:space="preserve">11. </w:t>
      </w:r>
      <w:r>
        <w:t>неуплата или неполная уплата сумм страховых взносов на обязательное медицинское страхование неработающего населения в результате неправильного исчисления этих страховых взносов влечет взыскание штрафа в размере двадцати процентов неуплаченной суммы страховых взносов. Уплата штрафа не освобождает страхователя от выплаты суммы неуплаченных страховых взносов на обязательное медицинское страхование неработающего населения</w:t>
      </w:r>
    </w:p>
    <w:p>
      <w:r>
        <w:rPr>
          <w:b/>
        </w:rPr>
        <w:t>Статья 26. Состав бюджета Федерального фонда и бюджетов территориальных фондов</w:t>
      </w:r>
    </w:p>
    <w:p>
      <w:r>
        <w:rPr>
          <w:b/>
        </w:rPr>
        <w:t xml:space="preserve">1. </w:t>
      </w:r>
      <w:r>
        <w:t>Доходы бюджета Федерального фонда формируются в соответствии с законодательством Российской Федерации. К доходам бюджета Федерального фонда относятся: (В редакции Федерального закона от 03.07.2016 № 250-ФЗ) 1) страховые взносы на обязательное медицинское страхование;</w:t>
      </w:r>
    </w:p>
    <w:p>
      <w:r>
        <w:rPr>
          <w:b/>
        </w:rPr>
        <w:t xml:space="preserve">2. </w:t>
      </w:r>
      <w:r>
        <w:t>Расходы бюджета Федерального фонда осуществляются в целях финансового обеспечения</w:t>
      </w:r>
    </w:p>
    <w:p>
      <w:r>
        <w:rPr>
          <w:b/>
        </w:rPr>
        <w:t xml:space="preserve">3. </w:t>
      </w:r>
      <w:r>
        <w:t>В составе расходов бюджета Федерального фонда формируется нормированный страховой запас. Размер и цели использования средств нормированного страхового запаса Федерального фонда устанавливаются федеральным законом о бюджете Федерального фонда на очередной финансовый год и на плановый период. Порядок использования средств нормированного страхового запаса Федерального фонда устанавливается уполномоченным федеральным органом исполнительной власти. (В редакции Федерального закона от 01.12.2014 № 418-ФЗ)</w:t>
      </w:r>
    </w:p>
    <w:p>
      <w:r>
        <w:rPr>
          <w:b/>
        </w:rPr>
        <w:t xml:space="preserve">31. </w:t>
      </w:r>
      <w:r>
        <w:t>Средства нормированного страхового запаса Федерального фонда предоставляются Федеральным фондом получателям указанных средств, определенным в соответствии с порядком использования средств нормированного страхового запаса Федерального фонда, на основании соглашений, типовые формы и порядок заключения которых утверждаются уполномоченным федеральным органом исполнительной власти. (Дополнение частью - Федеральный закон от 08.12.2020 № 430-ФЗ)</w:t>
      </w:r>
    </w:p>
    <w:p>
      <w:r>
        <w:rPr>
          <w:b/>
        </w:rPr>
        <w:t xml:space="preserve">4. </w:t>
      </w:r>
      <w:r>
        <w:t>Доходы бюджетов территориальных фондов формируются в соответствии с бюджетным законодательством Российской Федерации. К доходам бюджетов территориальных фондов относятся</w:t>
      </w:r>
    </w:p>
    <w:p>
      <w:r>
        <w:rPr>
          <w:b/>
        </w:rPr>
        <w:t xml:space="preserve">5. </w:t>
      </w:r>
      <w:r>
        <w:t>Расходы бюджетов территориальных фондов осуществляются в целях финансового обеспечения</w:t>
      </w:r>
    </w:p>
    <w:p>
      <w:r>
        <w:rPr>
          <w:b/>
        </w:rPr>
        <w:t xml:space="preserve">6. </w:t>
      </w:r>
      <w:r>
        <w:t>В составе расходов бюджета территориального фонда формируется нормированный страховой запас, включающий средства</w:t>
      </w:r>
    </w:p>
    <w:p>
      <w:r>
        <w:rPr>
          <w:b/>
        </w:rPr>
        <w:t xml:space="preserve">61. </w:t>
      </w:r>
      <w:r>
        <w:t>Нормированный страховой запас территориального фонда в части средств, направляемых на дополнительное финансовое обеспечение реализации территориальных программ обязательного медицинского страхования, а также на осуществление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формируется за счет доходов бюджета территориального фонда, указанных в части 4 настоящей статьи. (Дополнение частью - Федеральный закон от 30.12.2015 № 432-ФЗ)</w:t>
      </w:r>
    </w:p>
    <w:p>
      <w:r>
        <w:rPr>
          <w:b/>
        </w:rPr>
        <w:t xml:space="preserve">62. </w:t>
      </w:r>
      <w:r>
        <w:t>Нормированный страховой запас территориального фонда в части средств, направляемых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формируется за счет средств от применения в соответствии со статьей 41 настоящего Федерального закона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и в объеме, определяемом в соответствии с частью 63 настоящей статьи. (Дополнение частью - Федеральный закон от 30.12.2015 № 432-ФЗ) (В редакции Федерального закона от 28.12.2016 № 472-ФЗ)</w:t>
      </w:r>
    </w:p>
    <w:p>
      <w:r>
        <w:rPr>
          <w:b/>
        </w:rPr>
        <w:t xml:space="preserve">63. </w:t>
      </w:r>
      <w:r>
        <w:t>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определяется как сумма</w:t>
      </w:r>
    </w:p>
    <w:p>
      <w:r>
        <w:rPr>
          <w:b/>
        </w:rPr>
        <w:t xml:space="preserve">64. </w:t>
      </w:r>
      <w:r>
        <w:t>Общий размер средств нормированного страхового запаса территориального фонда и цели их использования устанавливаются законом о бюджете территориального фонда в соответствии с порядком использования средств нормированного страхового запаса территориального фонда, установленным Федеральным фондом. (Дополнение частью - Федеральный закон от 30.12.2015 № 432-ФЗ) (В редакции федеральных законов от 02.12.2019 № 399-ФЗ, от 06.12.2021 № 405-ФЗ)</w:t>
      </w:r>
    </w:p>
    <w:p>
      <w:r>
        <w:rPr>
          <w:b/>
        </w:rPr>
        <w:t xml:space="preserve">65. </w:t>
      </w:r>
      <w:r>
        <w:t>Федеральный фонд и территориальные фонды ведут раздельный учет по направлениям расходования средств нормированного страхового запаса. (Дополнение частью - Федеральный закон от 30.12.2015 № 432-ФЗ) (В редакции Федерального закона от 08.12.2020 № 430-ФЗ)</w:t>
      </w:r>
    </w:p>
    <w:p>
      <w:r>
        <w:rPr>
          <w:b/>
        </w:rPr>
        <w:t xml:space="preserve">66. </w:t>
      </w:r>
      <w:r>
        <w:t>Средства нормированного страхового запаса территориального фонда на цели, указанные в пункте 4 части 6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здравоохранения, оказывающим медицинскую помощь в соответствии с территориальной программой обязательного медицинского страхования. Виды медицинских организаций, которым предоставляются указанные средства, и виды оказываемой ими медицинской помощи в целях предоставления указанных средств определяются уполномоченным федеральным органом исполнительной власти. Указанные в настоящей части средства нормированного страхового запаса предоставляются соответствующим медицинским организациям на основании соглашения, типовая форма и порядок заключения которого утверждаются уполномоченным федеральным органом исполнительной власти. Порядок формирования средств нормированного страхового запаса, условия их предоставления медицинским организациям и порядок их использования устанавливаются уполномоченным федеральным органом исполнительной власти. (Дополнение частью - Федеральный закон от 28.11.2018 № 437-ФЗ) (В редакции Федерального закона от 08.12.2020 № 430-ФЗ)</w:t>
      </w:r>
    </w:p>
    <w:p>
      <w:r>
        <w:rPr>
          <w:b/>
        </w:rPr>
        <w:t xml:space="preserve">67. </w:t>
      </w:r>
      <w:r>
        <w:t>Средства нормированного страхового запаса территориального фонда на цели, указанные в пункте 5 части 6 настоящей статьи, предоставляются территориальным фондом медицинским организациям, оказывающим медицинскую помощь в соответствии с территориальными программами обязательного медицинского страхования, включенным в перечень, утверждаемый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Указанные средства предоставляются медицинским организациям на основании соглашения, типовая форма и порядок заключения которого утверждаются уполномоченным федеральным органом исполнительной власти. (Дополнение частью - Федеральный закон от 01.04.2020 № 98-ФЗ)</w:t>
      </w:r>
    </w:p>
    <w:p>
      <w:r>
        <w:rPr>
          <w:b/>
        </w:rPr>
        <w:t xml:space="preserve">7. </w:t>
      </w:r>
      <w:r>
        <w:t>Размер и порядок уплаты платежей субъекта Российской Федерации, указанных в пунктах 3 и 4 части 4 настоящей статьи, устанавливаются законом субъекта Российской Федерации</w:t>
      </w:r>
    </w:p>
    <w:p>
      <w:r>
        <w:rPr>
          <w:b/>
        </w:rPr>
        <w:t xml:space="preserve">8. </w:t>
      </w:r>
      <w:r>
        <w:t>Средства бюджета Федерального фонда и бюджетов территориальных фондов не входят в состав иных бюджетов бюджетной системы Российской Федерации и изъятию не подлежат</w:t>
      </w:r>
    </w:p>
    <w:p>
      <w:r>
        <w:rPr>
          <w:b/>
        </w:rPr>
        <w:t xml:space="preserve">1. </w:t>
      </w:r>
      <w:r>
        <w:t>недоимки по взносам, налоговым платежам</w:t>
      </w:r>
    </w:p>
    <w:p>
      <w:r>
        <w:rPr>
          <w:b/>
        </w:rPr>
        <w:t xml:space="preserve">1. </w:t>
      </w:r>
      <w:r>
        <w:t>начисленные пени и штрафы</w:t>
      </w:r>
    </w:p>
    <w:p>
      <w:r>
        <w:rPr>
          <w:b/>
        </w:rPr>
        <w:t xml:space="preserve">1. </w:t>
      </w:r>
      <w:r>
        <w:t>средства федерального бюджета, передаваемые в бюджет Федерального фонда в случаях, установленных федеральными законами</w:t>
      </w:r>
    </w:p>
    <w:p>
      <w:r>
        <w:rPr>
          <w:b/>
        </w:rPr>
        <w:t xml:space="preserve">1. </w:t>
      </w:r>
      <w:r>
        <w:t>доходы от размещения временно свободных средств</w:t>
      </w:r>
    </w:p>
    <w:p>
      <w:r>
        <w:rPr>
          <w:b/>
        </w:rPr>
        <w:t xml:space="preserve">1. </w:t>
      </w:r>
      <w:r>
        <w:t>иные источники, предусмотренные законодательством Российской Федерации</w:t>
      </w:r>
    </w:p>
    <w:p>
      <w:r>
        <w:rPr>
          <w:b/>
        </w:rPr>
        <w:t xml:space="preserve">2. </w:t>
      </w:r>
      <w:r>
        <w:t>предоставления субвенций из бюджета Федерального фонда бюджетам территориальных фондов для финансового обеспечения расходных обязательств субъектов Российской Федерации, возникающих при осуществлении переданных в соответствии с частью 1 статьи 6 настоящего Федерального закона полномочий</w:t>
      </w:r>
    </w:p>
    <w:p>
      <w:r>
        <w:rPr>
          <w:b/>
        </w:rPr>
        <w:t xml:space="preserve">2. </w:t>
      </w:r>
      <w:r>
        <w:t>исполнения расходных обязательств Российской Федерации, возникающих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r>
        <w:rPr>
          <w:b/>
        </w:rPr>
        <w:t xml:space="preserve">2. </w:t>
      </w:r>
      <w:r>
        <w:t>выполнения функций органа управления Федерального фонда</w:t>
      </w:r>
    </w:p>
    <w:p>
      <w:r>
        <w:rPr>
          <w:b/>
        </w:rPr>
        <w:t xml:space="preserve">2. </w:t>
      </w:r>
      <w:r>
        <w:t>оказания застрахованным лицам медицинской помощи в соответствии с пунктом 11 статьи 5 настоящего Федерального закона; (Дополнение пунктом - Федеральный закон от 08.12.2020 № 430-ФЗ) 5) ведения дела по обязательному медицинскому страхованию в части оказания застрахованным лицам медицинской помощи в соответствии с пунктом 11 статьи 5 настоящего Федерального закона. (Дополнение пунктом - Федеральный закон от 08.12.2020 № 430-ФЗ)</w:t>
      </w:r>
    </w:p>
    <w:p>
      <w:r>
        <w:rPr>
          <w:b/>
        </w:rPr>
        <w:t xml:space="preserve">4. </w:t>
      </w:r>
      <w:r>
        <w:t>субвенции из бюджета Федерального фонда бюджетам территориальных фондов</w:t>
      </w:r>
    </w:p>
    <w:p>
      <w:r>
        <w:rPr>
          <w:b/>
        </w:rPr>
        <w:t xml:space="preserve">4. </w:t>
      </w:r>
      <w:r>
        <w:t>межбюджетные трансферты, передаваемые из бюджета Федерального фонда в соответствии с законодательством Российской Федерации (за исключением субвенций, предусмотренных пунктом 1 настоящей части)</w:t>
      </w:r>
    </w:p>
    <w:p>
      <w:r>
        <w:rPr>
          <w:b/>
        </w:rPr>
        <w:t xml:space="preserve">4. </w:t>
      </w:r>
      <w:r>
        <w:t>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w:t>
      </w:r>
    </w:p>
    <w:p>
      <w:r>
        <w:rPr>
          <w:b/>
        </w:rPr>
        <w:t xml:space="preserve">4. </w:t>
      </w:r>
      <w:r>
        <w:t>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w:t>
      </w:r>
    </w:p>
    <w:p>
      <w:r>
        <w:rPr>
          <w:b/>
        </w:rPr>
        <w:t xml:space="preserve">4. </w:t>
      </w:r>
      <w:r>
        <w:t>доходы от размещения временно свободных средств</w:t>
      </w:r>
    </w:p>
    <w:p>
      <w:r>
        <w:rPr>
          <w:b/>
        </w:rPr>
        <w:t xml:space="preserve">4. </w:t>
      </w:r>
      <w:r>
        <w:t>межбюджетные трансферты, передаваемые из бюджета субъекта Российской Федерации, в случаях, установленных законами субъекта Российской Федерации</w:t>
      </w:r>
    </w:p>
    <w:p>
      <w:r>
        <w:rPr>
          <w:b/>
        </w:rPr>
        <w:t xml:space="preserve">4. </w:t>
      </w:r>
      <w:r>
        <w:t>межбюджетные трансферты, передаваемые из бюджета субъекта Российской Федерации, источником финансового обеспечения которых являются средства федерального бюджета, предоставляемые субъекту Российской Федерации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(Дополнение пунктом - Федеральный закон от 01.04.2020 № 98-ФЗ) 7) начисленные пени и штрафы, подлежащие зачислению в бюджеты территориальных фондов в соответствии с законодательством Российской Федерации</w:t>
      </w:r>
    </w:p>
    <w:p>
      <w:r>
        <w:rPr>
          <w:b/>
        </w:rPr>
        <w:t xml:space="preserve">4. </w:t>
      </w:r>
      <w:r>
        <w:t>иные источники, предусмотренные законодательством Российской Федерации</w:t>
      </w:r>
    </w:p>
    <w:p>
      <w:r>
        <w:rPr>
          <w:b/>
        </w:rPr>
        <w:t xml:space="preserve">5. </w:t>
      </w:r>
      <w:r>
        <w:t>выполнения территориальных программ обязательного медицинского страхования</w:t>
      </w:r>
    </w:p>
    <w:p>
      <w:r>
        <w:rPr>
          <w:b/>
        </w:rPr>
        <w:t xml:space="preserve">5. </w:t>
      </w:r>
      <w:r>
        <w:t>исполнения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переданных полномочий Российской Федерации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r>
        <w:rPr>
          <w:b/>
        </w:rPr>
        <w:t xml:space="preserve">5. </w:t>
      </w:r>
      <w:r>
        <w:t>исполнения расходных обязательств субъектов Российской Федерации, возникающих в результате принятия законов и (или) нормативных правовых актов субъектов Российской Федерации</w:t>
      </w:r>
    </w:p>
    <w:p>
      <w:r>
        <w:rPr>
          <w:b/>
        </w:rPr>
        <w:t xml:space="preserve">5. </w:t>
      </w:r>
      <w:r>
        <w:t>ведения дела по обязательному медицинскому страхованию страховыми медицинскими организациями</w:t>
      </w:r>
    </w:p>
    <w:p>
      <w:r>
        <w:rPr>
          <w:b/>
        </w:rPr>
        <w:t xml:space="preserve">5. </w:t>
      </w:r>
      <w:r>
        <w:t>выполнения функций органа управления территориального фонда</w:t>
      </w:r>
    </w:p>
    <w:p>
      <w:r>
        <w:rPr>
          <w:b/>
        </w:rPr>
        <w:t xml:space="preserve">6. </w:t>
      </w:r>
      <w:r>
        <w:t>для дополнительного финансового обеспечения реализации территориальных программ обязательного медицинского страхования</w:t>
      </w:r>
    </w:p>
    <w:p>
      <w:r>
        <w:rPr>
          <w:b/>
        </w:rPr>
        <w:t xml:space="preserve">6. </w:t>
      </w:r>
      <w:r>
        <w:t>для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w:t>
      </w:r>
    </w:p>
    <w:p>
      <w:r>
        <w:rPr>
          <w:b/>
        </w:rPr>
        <w:t xml:space="preserve">6. </w:t>
      </w:r>
      <w:r>
        <w:t>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r>
        <w:rPr>
          <w:b/>
        </w:rPr>
        <w:t xml:space="preserve">6. </w:t>
      </w:r>
      <w:r>
        <w:t>для софинансирования расходов медицинских организаций на оплату труда врачей и среднего медицинского персонала; (Дополнение пунктом - Федеральный закон от 28.11.2018 № 437-ФЗ) 5) для финансового обеспечения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представляющих опасность для окружающих. (Дополнение пунктом - Федеральный закон от 01.04.2020 № 98-ФЗ) (Часть в редакции Федерального закона от 30.12.2015 № 432-ФЗ)</w:t>
      </w:r>
    </w:p>
    <w:p>
      <w:r>
        <w:rPr>
          <w:b/>
        </w:rPr>
        <w:t xml:space="preserve">63. </w:t>
      </w:r>
      <w:r>
        <w:t>средств от применения территориальным фондом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r>
        <w:rPr>
          <w:b/>
        </w:rPr>
        <w:t xml:space="preserve">63. </w:t>
      </w:r>
      <w:r>
        <w:t>средств от применения страховыми медицинскими организациями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r>
        <w:rPr>
          <w:b/>
        </w:rPr>
        <w:t xml:space="preserve">63. </w:t>
      </w:r>
      <w:r>
        <w:t>(Подпункт утратил силу - Федеральный закон от 06.12.2021 № 405-ФЗ)</w:t>
      </w:r>
    </w:p>
    <w:p>
      <w:r>
        <w:rPr>
          <w:b/>
        </w:rPr>
        <w:t xml:space="preserve">63. </w:t>
      </w:r>
      <w:r>
        <w:t>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
        <w:rPr>
          <w:b/>
        </w:rPr>
        <w:t xml:space="preserve">63. </w:t>
      </w:r>
      <w:r>
        <w:t>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
        <w:rPr>
          <w:b/>
        </w:rPr>
        <w:t xml:space="preserve">63. </w:t>
      </w:r>
      <w:r>
        <w:t>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
        <w:rPr>
          <w:b/>
        </w:rPr>
        <w:t xml:space="preserve">63. </w:t>
      </w:r>
      <w:r>
        <w:t>(Подпункт утратил силу - Федеральный закон от 06.12.2021 № 405-ФЗ)</w:t>
      </w:r>
    </w:p>
    <w:p>
      <w:r>
        <w:rPr>
          <w:b/>
        </w:rPr>
        <w:t xml:space="preserve">63. </w:t>
      </w:r>
      <w:r>
        <w:t>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r>
        <w:rPr>
          <w:b/>
        </w:rPr>
        <w:t xml:space="preserve">63. </w:t>
      </w:r>
      <w:r>
        <w:t>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r>
        <w:rPr>
          <w:b/>
        </w:rPr>
        <w:t xml:space="preserve">63. </w:t>
      </w:r>
      <w:r>
        <w:t>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 (Дополнение частью - Федеральный закон от 30.12.2015 № 432-ФЗ)</w:t>
      </w:r>
    </w:p>
    <w:p>
      <w:r>
        <w:rPr>
          <w:b/>
        </w:rPr>
        <w:t>Статья 27. Субвенции для финансового обеспечения организации обязательного медицинского страхования на территориях субъектов Российской Федерации</w:t>
      </w:r>
    </w:p>
    <w:p>
      <w:r>
        <w:rPr>
          <w:b/>
        </w:rPr>
        <w:t xml:space="preserve">1. </w:t>
      </w:r>
      <w:r>
        <w:t>Субвенции из бюджета Федерального фонда бюджетам территориальных фондов на осуществление переданных в соответствии с частью 1 статьи 6 настоящего Федерального закона полномочий предоставляются в объеме, установленном федеральным законом о бюджете Федерального фонда на очередной финансовый год и на плановый период. Порядок и условия распределения и предоставления субвенций из бюджета Федерального фонда бюджетам территориальных фондов устанавливаются Правительством Российской Федерации. (В редакции Федерального закона от 01.12.2014 № 418-ФЗ)</w:t>
      </w:r>
    </w:p>
    <w:p>
      <w:r>
        <w:rPr>
          <w:b/>
        </w:rPr>
        <w:t xml:space="preserve">2. </w:t>
      </w:r>
      <w:r>
        <w:t>Общий объем субвенций, предоставляемых бюджетам территориальных фондов, определяется исходя из численности застрахованных лиц, норматива финансового обеспечения базовой программы обязательного медицинского страхования и других показателей, установленных в соответствии с указанным в части 1 настоящей статьи порядком</w:t>
      </w:r>
    </w:p>
    <w:p>
      <w:r>
        <w:rPr>
          <w:b/>
        </w:rPr>
        <w:t xml:space="preserve">3. </w:t>
      </w:r>
      <w:r>
        <w:t>Субвенции предоставляются при условии соответствия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размеру страхового взноса на обязательное медицинское страхование неработающего населения, рассчитанному в соответствии со статьей 23 настоящего Федерального закона, и при условии перечисления в бюджет Федерального фонда ежемесячно одной двенадцатой годового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в срок не позднее 28-го числа каждого месяца. (В редакции федеральных законов от 01.12.2012 № 213-ФЗ; от 28.12.2016 № 473-ФЗ)</w:t>
      </w:r>
    </w:p>
    <w:p>
      <w:r>
        <w:rPr>
          <w:b/>
        </w:rPr>
        <w:t xml:space="preserve">4. </w:t>
      </w:r>
      <w:r>
        <w:t>Субвенции на осуществление указанных в части 1 статьи 6 настоящего Федерального закона полномочий носят целевой характер и не могут быть использованы на другие цели</w:t>
      </w:r>
    </w:p>
    <w:p>
      <w:r>
        <w:rPr>
          <w:b/>
        </w:rPr>
        <w:t xml:space="preserve">5. </w:t>
      </w:r>
      <w:r>
        <w:t>Субвенции, предоставленные бюджетам территориальных фондов и использованные не по целевому назначению, возмещаются бюджету Федерального фонда в порядке, установленном уполномоченным федеральным органом исполнительной власти</w:t>
      </w:r>
    </w:p>
    <w:p>
      <w:r>
        <w:rPr>
          <w:b/>
        </w:rPr>
        <w:t>Статья 28. Формирование средств страховой медицинской организации и их расходование</w:t>
      </w:r>
    </w:p>
    <w:p>
      <w:r>
        <w:rPr>
          <w:b/>
        </w:rPr>
        <w:t xml:space="preserve">1. </w:t>
      </w:r>
      <w:r>
        <w:t>Целевые средства страховой медицинской организации формируются за счет</w:t>
      </w:r>
    </w:p>
    <w:p>
      <w:r>
        <w:rPr>
          <w:b/>
        </w:rPr>
        <w:t xml:space="preserve">2. </w:t>
      </w:r>
      <w:r>
        <w:t>Страховая медицинская организация направляет медицинской организации целевые средства на оплату медицинской помощи по договорам на оказание и оплату медицинской помощи в объеме и на условиях, которые установлены территориальной программой обязательного медицинского страхования</w:t>
      </w:r>
    </w:p>
    <w:p>
      <w:r>
        <w:rPr>
          <w:b/>
        </w:rPr>
        <w:t xml:space="preserve">3. </w:t>
      </w:r>
      <w:r>
        <w:t>Получение страховой медицинской организацией средств обязательного медицинского страхования не влечет за собой перехода этих средств в собственность страховой медицинской организации, за исключением случаев, установленных настоящим Федеральным законом</w:t>
      </w:r>
    </w:p>
    <w:p>
      <w:r>
        <w:rPr>
          <w:b/>
        </w:rPr>
        <w:t xml:space="preserve">4. </w:t>
      </w:r>
      <w:r>
        <w:t>Собственными средствами страховой медицинской организации в сфере обязательного медицинского страхования являются</w:t>
      </w:r>
    </w:p>
    <w:p>
      <w:r>
        <w:rPr>
          <w:b/>
        </w:rPr>
        <w:t xml:space="preserve">5. </w:t>
      </w:r>
      <w:r>
        <w:t>Формирование собственных средств страховой медицинской организации осуществляется в порядке, установленном договором о финансовом обеспечении обязательного медицинского страхования</w:t>
      </w:r>
    </w:p>
    <w:p>
      <w:r>
        <w:rPr>
          <w:b/>
        </w:rPr>
        <w:t xml:space="preserve">6. </w:t>
      </w:r>
      <w:r>
        <w:t>Операции со средствами обязательного медицинского страхования в страховой медицинской организации подлежат отражению в отчете об исполнении бюджета территориального фонда на основании отчетности страховой медицинской организации без внесения изменений в закон о бюджете территориального фонда</w:t>
      </w:r>
    </w:p>
    <w:p>
      <w:r>
        <w:rPr>
          <w:b/>
        </w:rPr>
        <w:t xml:space="preserve">1. </w:t>
      </w:r>
      <w:r>
        <w:t>средств, поступивших от территориального фонда на финансовое обеспечение обязательного медицинского страхования в соответствии с договором о финансовом обеспечении обязательного медицинского страхования</w:t>
      </w:r>
    </w:p>
    <w:p>
      <w:r>
        <w:rPr>
          <w:b/>
        </w:rPr>
        <w:t xml:space="preserve">1. </w:t>
      </w:r>
      <w:r>
        <w:t>средств, поступивших из медицинских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соответствии со статьей 41 настоящего Федерального закона:</w:t>
      </w:r>
    </w:p>
    <w:p>
      <w:r>
        <w:rPr>
          <w:b/>
        </w:rPr>
        <w:t xml:space="preserve">1. </w:t>
      </w:r>
      <w:r>
        <w:t>средств, поступивших от юридических или физических лиц, причинивших вред здоровью застрахованных лиц, в соответствии со статьей 31 настоящего Федерального закона, в части сумм, затраченных на оплату медицинской помощи</w:t>
      </w:r>
    </w:p>
    <w:p>
      <w:r>
        <w:rPr>
          <w:b/>
        </w:rPr>
        <w:t xml:space="preserve">1. </w:t>
      </w:r>
      <w:r>
        <w:t>100 процентов средств по результатам проведения медико-экономического контроля; (В редакции федеральных законов от 30.12.2015 № 432-ФЗ, от 06.12.2021 № 405-ФЗ)</w:t>
      </w:r>
    </w:p>
    <w:p>
      <w:r>
        <w:rPr>
          <w:b/>
        </w:rPr>
        <w:t xml:space="preserve">1. </w:t>
      </w:r>
      <w:r>
        <w:t>50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 (В редакции Федерального закона от 30.12.2015 № 432-ФЗ)</w:t>
      </w:r>
    </w:p>
    <w:p>
      <w:r>
        <w:rPr>
          <w:b/>
        </w:rPr>
        <w:t xml:space="preserve">1. </w:t>
      </w:r>
      <w:r>
        <w:t>50 процентов сумм, необоснованно предъявленных к оплате медицинскими организациями, выявленных в результате проведения медико-экономической экспертизы; (В редакции Федерального закона от 30.12.2015 № 432-ФЗ)</w:t>
      </w:r>
    </w:p>
    <w:p>
      <w:r>
        <w:rPr>
          <w:b/>
        </w:rPr>
        <w:t xml:space="preserve">1. </w:t>
      </w:r>
      <w:r>
        <w:t>50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r>
        <w:rPr>
          <w:b/>
        </w:rPr>
        <w:t xml:space="preserve">4. </w:t>
      </w:r>
      <w:r>
        <w:t>средства, предназначенные на расходы на ведение дела по обязательному медицинскому страхованию</w:t>
      </w:r>
    </w:p>
    <w:p>
      <w:r>
        <w:rPr>
          <w:b/>
        </w:rPr>
        <w:t xml:space="preserve">4. </w:t>
      </w:r>
      <w:r>
        <w:t>15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 (В редакции Федерального закона от 30.12.2015 № 432-ФЗ) 3) 15 процентов сумм, необоснованно предъявленных к оплате медицинскими организациями, выявленных в результате проведения медико-экономической экспертизы; (В редакции Федерального закона от 30.12.2015 № 432-ФЗ) 4)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 (В редакции Федерального закона от 30.12.2015 № 432-ФЗ) 5) (Пункт утратил силу - Федеральный закон от 28.01.2020 № 3-ФЗ) 6) средства, поступившие от юридических или физических лиц, причинивших вред здоровью застрахованных лиц, в соответствии со статьей 31 настоящего Федерального закона, сверх сумм, затраченных на оплату медицинской помощи</w:t>
      </w:r>
    </w:p>
    <w:p>
      <w:r>
        <w:rPr>
          <w:b/>
        </w:rPr>
        <w:t>Статья 29. Размещение временно свободных средств Федерального фонда и территориальных фондов</w:t>
      </w:r>
    </w:p>
    <w:p>
      <w:r>
        <w:rPr>
          <w:b/>
        </w:rPr>
        <w:t xml:space="preserve">1. </w:t>
      </w:r>
      <w:r>
        <w:t>Порядок и условия размещения временно свободных средств Федерального фонда и территориальных фондов устанавливаются Правительством Российской Федерации. (В редакции Федерального закона от 13.12.2024 № 475-ФЗ)</w:t>
      </w:r>
    </w:p>
    <w:p>
      <w:r>
        <w:rPr>
          <w:b/>
        </w:rPr>
        <w:t xml:space="preserve">2. </w:t>
      </w:r>
      <w:r>
        <w:t>Правительство Российской Федерации при определении условий размещения временно свободных средств Федерального фонда и территориальных фондов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(Дополнение частью - Федеральный закон от 13.12.2024 № 475-ФЗ)</w:t>
      </w:r>
    </w:p>
    <w:p>
      <w:r>
        <w:rPr>
          <w:b/>
        </w:rPr>
        <w:t>Статья 30. Тарифы на оплату медицинской помощи по обязательному медицинскому страхованию</w:t>
      </w:r>
    </w:p>
    <w:p>
      <w:r>
        <w:rPr>
          <w:b/>
        </w:rPr>
        <w:t xml:space="preserve">1. </w:t>
      </w:r>
      <w:r>
        <w:t>Тарифы на оплату медицинской помощи рассчитываются в соответствии с методикой расчета тарифов на оплату медицинской помощи, утвержденной уполномоченным федеральным органом исполнительной власти в составе правил обязательного медицинского страхования, и включают в себя статьи затрат, установленные территориальной программой обязательного медицинского страхования</w:t>
      </w:r>
    </w:p>
    <w:p>
      <w:r>
        <w:rPr>
          <w:b/>
        </w:rPr>
        <w:t xml:space="preserve">2. </w:t>
      </w:r>
      <w:r>
        <w:t>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фондом на территории субъекта Российской Федерации полномочий страховых медицинских организаций), медицинскими профессиональными некоммерческими организациями, созданными в соответствии со статьей 76 Федерального закона от 21 ноября 2011 года № 323-ФЗ "Об основах охраны здоровья граждан в Российской Федерации", и профессиональными союзами медицинских работников или их объединениями (ассоциациями), включенными в состав комиссии, создаваемой в субъекте Российской Федерации в соответствии с частью 9 статьи 36 настоящего Федерального закона. Требования к структуре и содержанию указанного тарифного соглашения устанавливаются уполномоченным федеральным органом исполнительной власти. (В редакции федеральных законов от 01.12.2012 № 213-ФЗ, от 25.11.2013 № 317-ФЗ, от 28.11.2018 № 437-ФЗ, от 08.12.2020 № 430-ФЗ, от 28.11.2025 № 430-ФЗ)</w:t>
      </w:r>
    </w:p>
    <w:p>
      <w:r>
        <w:rPr>
          <w:b/>
        </w:rPr>
        <w:t xml:space="preserve">21. </w:t>
      </w:r>
      <w:r>
        <w:t>Тарифное соглашение в пятидневный срок после дня его заключения направляется председателем комиссии, указанной в части 9 статьи 36 настоящего Федерального закона, в Федеральный фонд для подготовки заключения о соответствии тарифного соглашения базовой программе обязательного медицинского страхования. Порядок и сроки рассмотрения тарифного соглашения, подготовки заключения Федеральным фондом и его типовая форма устанавливаются уполномоченным федеральным органом исполнительной власти. В случае, если в заключении Федерального фонда сделан вывод о несоответствии тарифного соглашения базовой программе обязательного медицинского страхования, представители сторон тарифного соглашения, указанных в части 2 настоящей статьи, обеспечивают внесение соответствующих изменений в тарифное соглашение, а председатель комиссии повторно направляет его в Федеральный фонд в установленный им срок. (Дополнение частью - Федеральный закон от 28.11.2018 № 437-ФЗ)</w:t>
      </w:r>
    </w:p>
    <w:p>
      <w:r>
        <w:rPr>
          <w:b/>
        </w:rPr>
        <w:t xml:space="preserve">22. </w:t>
      </w:r>
      <w:r>
        <w:t>Лица, виновные в нарушении требований части 21 настоящей статьи, несут ответственность, предусмотренную законодательством Российской Федерации. (Дополнение частью - Федеральный закон от 28.11.2018 № 437-ФЗ)</w:t>
      </w:r>
    </w:p>
    <w:p>
      <w:r>
        <w:rPr>
          <w:b/>
        </w:rPr>
        <w:t xml:space="preserve">3. </w:t>
      </w:r>
      <w:r>
        <w:t>Тарифы на оплату медицинской помощи в одной медицинской организации, устанавливаемые в соответствии с частью 2 настоящей статьи, являются едиными для всех страховых медицинских организаций, находящихся на территории субъекта Российской Федерации, оплачивающих медицинскую помощь в рамках территориальной программы обязательного медицинского страхования. (В редакции Федерального закона от 08.12.2020 № 430-ФЗ)</w:t>
      </w:r>
    </w:p>
    <w:p>
      <w:r>
        <w:rPr>
          <w:b/>
        </w:rPr>
        <w:t xml:space="preserve">31. </w:t>
      </w:r>
      <w:r>
        <w:t>Порядок установления тарифов на оплату медицинской помощи, оказываемой в соответствии с пунктом 11 статьи 5 настоящего Федерального закона, и используемые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обязательного медицинского страхования. (Дополнение частью - Федеральный закон от 08.12.2020 № 430-ФЗ) (В редакции Федерального закона от 28.12.2024 № 552-ФЗ)</w:t>
      </w:r>
    </w:p>
    <w:p>
      <w:r>
        <w:rPr>
          <w:b/>
        </w:rPr>
        <w:t xml:space="preserve">4. </w:t>
      </w:r>
      <w:r>
        <w:t>Структура тарифа на оплату медицинской помощи устанавливается настоящим Федеральным законом</w:t>
      </w:r>
    </w:p>
    <w:p>
      <w:r>
        <w:rPr>
          <w:b/>
        </w:rPr>
        <w:t xml:space="preserve">5. </w:t>
      </w:r>
      <w:r>
        <w:t>Уполномоченные органы исполнительной власти субъектов Российской Федерации размещают на своих официальных сайтах в сети "Интернет" установленные тарифы на оплату медицинской помощи в срок не позднее 14 календарных дней со дня их установления. (Дополнение частью - Федеральный закон от 25.11.2013 № 317-ФЗ)</w:t>
      </w:r>
    </w:p>
    <w:p>
      <w:r>
        <w:rPr>
          <w:b/>
        </w:rPr>
        <w:t>Статья 31. Возмещение расходов на оплату оказанной медицинской помощи застрахованному лицу вследствие причинения вреда его здоровью</w:t>
      </w:r>
    </w:p>
    <w:p>
      <w:r>
        <w:rPr>
          <w:b/>
        </w:rPr>
        <w:t xml:space="preserve">1. </w:t>
      </w:r>
      <w:r>
        <w:t>Расходы, осуществленные в соответствии с настоящим Федеральным законом страховой медицинской организацией, Федеральным фондом, на оплату оказанной медицинской помощи застрахованному лицу вследствие причинения вреда его здоровью (за исключением расходов на оплату медицинской помощи (первичной медико-санитарной помощи, специализированной, в том числе высокотехнологичной, медицинской помощи) застрахованному лицу непосредственно после произошедшего тяжелого несчастного случая на производстве (далее - медицинская помощь застрахованному лицу непосредственно после произошедшего тяжелого несчастного случая на производстве) подлежат возмещению лицом, причинившим вред здоровью застрахованного лица. (В редакции федеральных законов от 28.12.2016 № 493-ФЗ, от 08.12.2020 № 430-ФЗ)</w:t>
      </w:r>
    </w:p>
    <w:p>
      <w:r>
        <w:rPr>
          <w:b/>
        </w:rPr>
        <w:t xml:space="preserve">2. </w:t>
      </w:r>
      <w:r>
        <w:t>Предъявление претензии или иска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Федеральным фондом осуществляется на основании результатов проведения экспертизы качества медицинской помощи, оформленных соответствующим актом. (В редакции Федерального закона от 08.12.2020 № 430-ФЗ)</w:t>
      </w:r>
    </w:p>
    <w:p>
      <w:r>
        <w:rPr>
          <w:b/>
        </w:rPr>
        <w:t xml:space="preserve">3. </w:t>
      </w:r>
      <w:r>
        <w:t>Размер расходов на оплату оказанной медицинской помощи застрахованному лицу вследствие причинения вреда его здоровью определяется страховой медицинской организацией, Федеральным фондом на основании реестров счетов и счетов медицинской организации. (В редакции Федерального закона от 08.12.2020 № 430-ФЗ)</w:t>
      </w:r>
    </w:p>
    <w:p>
      <w:r>
        <w:rPr>
          <w:b/>
        </w:rPr>
        <w:t xml:space="preserve">4. </w:t>
      </w:r>
      <w:r>
        <w:t>Страховая медицинская организация, Федеральный фонд в дополнение к требованиям, предусмотренным частями 1 и 2 настоящей статьи, вправе предъявить лицу, причинившему вред здоровью застрахованного лица, требование о возмещении своих расходов на проведение дополнительной экспертизы по установлению факта причинения вреда здоровью застрахованного лица, оформление необходимой документации, а также о возмещении судебных издержек. (В редакции Федерального закона от 08.12.2020 № 430-ФЗ)</w:t>
      </w:r>
    </w:p>
    <w:p>
      <w:r>
        <w:rPr>
          <w:b/>
        </w:rPr>
        <w:t xml:space="preserve">5. </w:t>
      </w:r>
      <w:r>
        <w:t>Иск о возмещении расходов на оплату оказанной медицинской помощи застрахованному лицу вследствие причинения вреда его здоровью и связанных с ними расходов страховой медицинской организации, Федерального фонда предъявляется в порядке гражданского судопроизводства. (В редакции Федерального закона от 08.12.2020 № 430-ФЗ)</w:t>
      </w:r>
    </w:p>
    <w:p>
      <w:r>
        <w:rPr>
          <w:b/>
        </w:rPr>
        <w:t xml:space="preserve">6. </w:t>
      </w:r>
      <w:r>
        <w:t>Юридические и физические лица, виновные в причинении вреда здоровью застрахованного лица, могут возмещать расходы на оплату оказанной медицинской помощи в досудебном порядке</w:t>
      </w:r>
    </w:p>
    <w:p>
      <w:r>
        <w:rPr>
          <w:b/>
        </w:rPr>
        <w:t>Статья 32. Оплата расходов на медицинскую помощь застрахованному лицу непосредственно после произошедшего тяжелого несчастного случая на производстве</w:t>
      </w:r>
    </w:p>
    <w:p>
      <w:r>
        <w:t>(Наименование в редакции Федерального закона от 28.12.2016 № 493-ФЗ)</w:t>
      </w:r>
    </w:p>
    <w:p>
      <w:r>
        <w:rPr>
          <w:b/>
        </w:rPr>
        <w:t xml:space="preserve">1. </w:t>
      </w:r>
      <w:r>
        <w:t>Оплата расходов на медицинскую помощь застрахованному лицу непосредственно после произошедшего тяжелого несчастного случая на производстве осуществляется в соответствии с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Фондом пенсионного и социального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 (В редакции федеральных законов от 28.12.2016 № 493-ФЗ, от 14.07.2022 № 237-ФЗ)</w:t>
      </w:r>
    </w:p>
    <w:p>
      <w:r>
        <w:rPr>
          <w:b/>
        </w:rPr>
        <w:t xml:space="preserve">2. </w:t>
      </w:r>
      <w:r>
        <w:t>Сведения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территориальными органами Фонда пенсионного и социального страхования Российской Федерации территориальным фондам в порядке, установленном Фондом пенсионного и социального страхования Российской Федерации по согласованию с Федеральным фондом. (В редакции федеральных законов от 28.12.2016 № 493-ФЗ, от 14.07.2022 № 237-ФЗ)</w:t>
      </w:r>
    </w:p>
    <w:p>
      <w:r>
        <w:rPr>
          <w:b/>
        </w:rPr>
        <w:t xml:space="preserve">3. </w:t>
      </w:r>
      <w:r>
        <w:t>Территориальный фонд направляет сведения, указанные в части 2 настоящей статьи, страховым медицинским организациям и (или) другим территориальным фондам в порядке, установленном правилами обязательного медицинского страхования. (В редакции Федерального закона от 01.12.2012 № 213-ФЗ)</w:t>
      </w:r>
    </w:p>
    <w:p>
      <w:pPr>
        <w:pStyle w:val="Heading3"/>
      </w:pPr>
      <w:r>
        <w:t>Правовое положение Федерального фонда итерриториального фонда</w:t>
      </w:r>
    </w:p>
    <w:p>
      <w:r>
        <w:rPr>
          <w:b/>
        </w:rPr>
        <w:t>Статья 33. Правовое положение, полномочия и органы управления Федерального фонда</w:t>
      </w:r>
    </w:p>
    <w:p>
      <w:r>
        <w:rPr>
          <w:b/>
        </w:rPr>
        <w:t xml:space="preserve">1. </w:t>
      </w:r>
      <w:r>
        <w:t>Правовое положение Федерального фонда, а также социальные гарантии работникам Федерального фонда определяются настоящим Федеральным законом, другими федеральными законами и Уставом Федерального фонда обязательного медицинского страхования, утвержденным Правительством Российской Федерации. (В редакции Федерального закона от 28.11.2025 № 430-ФЗ)</w:t>
      </w:r>
    </w:p>
    <w:p>
      <w:r>
        <w:rPr>
          <w:b/>
        </w:rPr>
        <w:t xml:space="preserve">2. </w:t>
      </w:r>
      <w:r>
        <w:t>Органами управления Федерального фонда являются правление Федерального фонда и председатель Федерального фонда</w:t>
      </w:r>
    </w:p>
    <w:p>
      <w:r>
        <w:rPr>
          <w:b/>
        </w:rPr>
        <w:t xml:space="preserve">3. </w:t>
      </w:r>
      <w:r>
        <w:t>Правление Федерального фонда является коллегиальным органом, определяющим основные направления деятельности Федерального фонда и осуществляющим текущий контроль за его деятельностью</w:t>
      </w:r>
    </w:p>
    <w:p>
      <w:r>
        <w:rPr>
          <w:b/>
        </w:rPr>
        <w:t xml:space="preserve">4. </w:t>
      </w:r>
      <w:r>
        <w:t>В состав правления Федерального фонда входят 11 человек. Руководитель уполномоченного федерального органа исполнительной власти и председатель Федерального фонда входят в состав правления Федерального фонда по должности. Состав правления Федерального фонда утверждается Правительством Российской Федерации по представлению руководителя уполномоченного федерального органа исполнительной власти</w:t>
      </w:r>
    </w:p>
    <w:p>
      <w:r>
        <w:rPr>
          <w:b/>
        </w:rPr>
        <w:t xml:space="preserve">5. </w:t>
      </w:r>
      <w:r>
        <w:t>Правление Федерального фонда возглавляет председатель правления Федерального фонда. Председателем правления Федерального фонда по должности является руководитель уполномоченного федерального органа исполнительной власти</w:t>
      </w:r>
    </w:p>
    <w:p>
      <w:r>
        <w:rPr>
          <w:b/>
        </w:rPr>
        <w:t xml:space="preserve">6. </w:t>
      </w:r>
      <w:r>
        <w:t>В состав правления Федерального фонда могут входить представители федеральных органов законодательной и исполнительной власти, общероссийских объединений работодателей, общероссийских объединений профсоюзов и иных общественных объединений. При включении в состав правления Федерального фонда представителей общероссийских объединений работодателей и общероссийских объединений профсоюзов они входят в состав правления Федерального фонда на паритетных началах</w:t>
      </w:r>
    </w:p>
    <w:p>
      <w:r>
        <w:rPr>
          <w:b/>
        </w:rPr>
        <w:t xml:space="preserve">7. </w:t>
      </w:r>
      <w:r>
        <w:t>Председатель Федерального фонда назначается на должность и освобождается от должности Правительством Российской Федерации по предложению руководителя уполномоченного федерального органа исполнительной власти</w:t>
      </w:r>
    </w:p>
    <w:p>
      <w:r>
        <w:rPr>
          <w:b/>
        </w:rPr>
        <w:t xml:space="preserve">8. </w:t>
      </w:r>
      <w:r>
        <w:t>Федеральный фонд</w:t>
      </w:r>
    </w:p>
    <w:p>
      <w:r>
        <w:rPr>
          <w:b/>
        </w:rPr>
        <w:t xml:space="preserve">9. </w:t>
      </w:r>
      <w:r>
        <w:t>В целях обеспечения социальной защищенности работников Федерального фонда и в порядке компенсации ограничений и запретов, установленных трудовым законодательством и законодательством Российской Федерации о противодействии коррупции, работники Федерального фонда имеют право на единовременную субсидию на приобретение жилого помещения один раз за весь период трудовой деятельности в Федеральном фонде в порядке и на условиях, которые установлены Правительством Российской Федерации. Предоставление указанной субсидии финансируется за счет средств бюджета Федерального фонда, предназначенных для обеспечения расходов Федерального фонда на финансовое и материально-техническое обеспечение его текущей деятельности. (Дополнение частью - Федеральный закон от 28.11.2025 № 430-ФЗ)</w:t>
      </w:r>
    </w:p>
    <w:p>
      <w:r>
        <w:rPr>
          <w:b/>
        </w:rPr>
        <w:t xml:space="preserve">8. </w:t>
      </w:r>
      <w:r>
        <w:t>участвует в разработке программы государственных гарантий бесплатного оказания гражданам медицинской помощи</w:t>
      </w:r>
    </w:p>
    <w:p>
      <w:r>
        <w:rPr>
          <w:b/>
        </w:rPr>
        <w:t xml:space="preserve">8. </w:t>
      </w:r>
      <w:r>
        <w:t>аккумулирует средства обязательного медицинского страхования и управляет ими, формирует и использует резервы для обеспечения финансовой устойчивости обязательного медицинского страхования в порядке, установленном уполномоченным федеральным органом исполнительной власти</w:t>
      </w:r>
    </w:p>
    <w:p>
      <w:r>
        <w:rPr>
          <w:b/>
        </w:rPr>
        <w:t xml:space="preserve">8. </w:t>
      </w:r>
      <w:r>
        <w:t>осуществляет выравнивание финансовых условий деятельности территориальных фондов в рамках базовой программы обязательного медицинского страхования; (Дополнение пунктом - Федеральный закон от 01.12.2012 № 213-ФЗ) 3) получает из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r>
        <w:rPr>
          <w:b/>
        </w:rPr>
        <w:t xml:space="preserve">8. </w:t>
      </w:r>
      <w:r>
        <w:t>вправе начислять в соответствии со статьей 25 настоящего Федерального закона и взыскивать в судебном порядке со страхователей для неработающих граждан недоимку по страховым взносам на обязательное медицинское страхование неработающего населения, штрафы и пени; (В редакции Федерального закона от 03.07.2016 № 250-ФЗ) 5) устанавливает формы отчетности и определяет порядок ведения учета и порядок ведения отчетности оказанной медицинской помощи по обязательному медицинскому страхованию</w:t>
      </w:r>
    </w:p>
    <w:p>
      <w:r>
        <w:rPr>
          <w:b/>
        </w:rPr>
        <w:t xml:space="preserve">8. </w:t>
      </w:r>
      <w:r>
        <w:t>издает нормативные правовые акты и методические указания в соответствии с полномочиями, установленными настоящим Федеральным законом</w:t>
      </w:r>
    </w:p>
    <w:p>
      <w:r>
        <w:rPr>
          <w:b/>
        </w:rPr>
        <w:t xml:space="preserve">8. </w:t>
      </w:r>
      <w:r>
        <w:t>утверждает формы заявлений, реестров счетов, актов, иных документов, указанных в нормативных правовых актах, предусмотренных настоящим Федеральным законом, и порядки их заполнения, если иное не установлено настоящим Федеральным законом; (Дополнение пунктом - Федеральный закон от 30.11.2011 № 369-ФЗ) 7) осуществляет в установленном им порядке контроль за соблюдением субъектами обязательного медицинского страхования и участниками обязательного медицинского страхования законодательства об обязательном медицинском страховании и за использованием ими средств обязательного медицинского страхования, в том числе проводит проверки и ревизии; (В редакции Федерального закона от 25.11.2013 № 317-ФЗ) 8) определяет общие принципы построения и функционирования информационных систем и порядок информационного взаимодействия в сфере обязательного медицинского страхования; (В редакции Федерального закона от 08.12.2020 № 430-ФЗ) 9) ведет единый реестр страховых медицинских организаций, осуществляющих деятельность в сфере обязательного медицинского страхования (далее - единый реестр страховых медицинских организаций), и обеспечивает предоставление содержащихся в нем сведений физическим и юридическим лицам, органам государственной власти, органам местного самоуправления, Центральному банку Российской Федерации. Порядок ведения единого реестра страховых медицинских организаций, перечень содержащихся в нем сведений, порядок предоставления сведений, содержащихся в едином реестре страховых медицинских организаций, устанавливаются правилами обязательного медицинского страхования; (В редакции Федерального закона от 28.12.2024 № 552-ФЗ) 10) ведет единый реестр медицинских организаций. Порядок ведения единого реестра медицинских организаций и перечень содержащихся в нем сведений устанавливаются правилами обязательного медицинского страхования; (В редакции федеральных законов от 08.12.2020 № 430-ФЗ, от 28.12.2024 № 552-ФЗ) 11) ведет единый реестр экспертов качества медицинской помощи, включающий в себя сведения об экспертах качества медицинской помощи, которая оказывается медицинскими организациями, подведомственными федеральным органам исполнительной власти, и финансовое обеспечение которой осуществляется в соответствии с пунктом 11 статьи 5 настоящего Федерального закона, и территориальные реестры экспертов качества медицинской помощи; (В редакции Федерального закона от 08.12.2020 № 430-ФЗ) 12) ведет единый регистр застрахованных лиц в соответствии с порядком ведения персонифицированного учета в сфере обязательного медицинского страхования; (В редакции Федерального закона от 06.12.2021 № 405-ФЗ) 13) вправе обрабатывать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r>
        <w:rPr>
          <w:b/>
        </w:rPr>
        <w:t xml:space="preserve">8. </w:t>
      </w:r>
      <w:r>
        <w:t>в пределах своих полномочий проводит проверку достоверности информации, предоставленной субъектами обязательного медицинского страхования и участниками обязательного медицинского страхования, и проверку соблюдения требований к порядку и условиям ее предоставления, получения и использования</w:t>
      </w:r>
    </w:p>
    <w:p>
      <w:r>
        <w:rPr>
          <w:b/>
        </w:rPr>
        <w:t xml:space="preserve">8. </w:t>
      </w:r>
      <w:r>
        <w:t>осуществляет мониторинг деятельности страховых медицинских организаций и размещает результаты указанного мониторинга на своем официальном сайте в сети "Интернет", устанавливает порядок осуществления мониторинга деятельности страховых медицинских организаций, в том числе порядок и сроки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порядок расчета показателей оценки деятельности страховых медицинских организаций; (Дополнение пунктом - Федеральный закон от 28.12.2024 № 552-ФЗ) 15) обеспечивает в пределах своей компетенции защиту сведений, составляющих информацию ограниченного доступа</w:t>
      </w:r>
    </w:p>
    <w:p>
      <w:r>
        <w:rPr>
          <w:b/>
        </w:rPr>
        <w:t xml:space="preserve">8. </w:t>
      </w:r>
      <w:r>
        <w:t>осуществляет международное сотрудничество в сфере обязательного медицинского страхования</w:t>
      </w:r>
    </w:p>
    <w:p>
      <w:r>
        <w:rPr>
          <w:b/>
        </w:rPr>
        <w:t xml:space="preserve">8. </w:t>
      </w:r>
      <w:r>
        <w:t>вправе организовывать подготовку и дополнительное профессиональное образование, в том числе за пределами территории Российской Федерации, работников Федерального фонда и участников обязательного медицинского страхования в целях осуществления деятельности в сфере обязательного медицинского страхования; (В редакции федеральных законов от 01.12.2012 № 213-ФЗ; от 02.07.2013 № 185-ФЗ) 18) осуществляет организацию научно-исследовательской работы по вопросам обязательного медицинского страхования, в том числе в целях реализации установленных настоящей частью полномочий; (В редакции Федерального закона от 01.12.2012 № 213-ФЗ) 19) принимает решение об образовании совещательных, координационных органов Федерального фонда, утверждает их состав и порядок деятельности; (Дополнение пунктом - Федеральный закон от 01.12.2012 № 213-ФЗ) 20) осуществляет иные полномочия в соответствии с настоящим Федеральным законом. (Дополнение пунктом - Федеральный закон от 03.07.2016 № 286-ФЗ)</w:t>
      </w:r>
    </w:p>
    <w:p>
      <w:r>
        <w:rPr>
          <w:b/>
        </w:rPr>
        <w:t>Статья 34. Правовое положение, полномочия и органы управления территориального фонда</w:t>
      </w:r>
    </w:p>
    <w:p>
      <w:r>
        <w:rPr>
          <w:b/>
        </w:rPr>
        <w:t xml:space="preserve">1. </w:t>
      </w:r>
      <w:r>
        <w:t>Правовое положение территориального фонда определяется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субъекта Российской Федерации. Типовое положение о территориальном фонде утверждается уполномоченным федеральным органом исполнительной власти. (В редакции Федерального закона от 28.11.2025 № 430-ФЗ)</w:t>
      </w:r>
    </w:p>
    <w:p>
      <w:r>
        <w:rPr>
          <w:b/>
        </w:rPr>
        <w:t xml:space="preserve">2. </w:t>
      </w:r>
      <w:r>
        <w:t>Территориальный фонд осуществляет управление средствами обязательного медицинского страхования на территории субъекта Российской Федерации, предназначенными для обеспечения гарантий бесплатного оказания застрахованным лицам медицинской помощи в рамках программ обязательного медицинского страхования и в целях обеспечения финансовой устойчивости обязательного медицинского страхования на территории субъекта Российской Федерации, а также решения иных задач, установленных настоящим Федеральным законом, положением о территориальном фонде, законом о бюджете территориального фонда</w:t>
      </w:r>
    </w:p>
    <w:p>
      <w:r>
        <w:rPr>
          <w:b/>
        </w:rPr>
        <w:t xml:space="preserve">3. </w:t>
      </w:r>
      <w:r>
        <w:t>Имущество территориального фонда, приобретенное за счет средств обязательного медицинского страхования, является государственной собственностью соответствующего субъекта Российской Федерации и используется территориальным фондом на праве оперативного управления</w:t>
      </w:r>
    </w:p>
    <w:p>
      <w:r>
        <w:rPr>
          <w:b/>
        </w:rPr>
        <w:t xml:space="preserve">4. </w:t>
      </w:r>
      <w:r>
        <w:t>Управление территориальным фондом осуществляется директором. Директор территориального фонда назначается на должность и освобождается от должности высшим исполнительным органом государственной власти субъекта Российской Федерации по согласованию с Федеральным фондом</w:t>
      </w:r>
    </w:p>
    <w:p>
      <w:r>
        <w:rPr>
          <w:b/>
        </w:rPr>
        <w:t xml:space="preserve">5. </w:t>
      </w:r>
      <w:r>
        <w:t>Правление территориального фонда является коллегиальным органом, определяющим основные направления деятельности территориального фонда и осуществляющим текущий контроль за его деятельностью, а также иные полномочия в соответствии с федеральными законами и принимаемыми в соответствии с ними законами субъектов Российской Федерации. Состав правления территориального фонда утверждается высшим исполнительным органом государственной власти субъекта Российской Федерации. Правление территориального фонда не вправе осуществлять административно-хозяйственные и организационно-распорядительные функции</w:t>
      </w:r>
    </w:p>
    <w:p>
      <w:r>
        <w:rPr>
          <w:b/>
        </w:rPr>
        <w:t xml:space="preserve">6. </w:t>
      </w:r>
      <w:r>
        <w:t>Территориальный фонд в своей деятельности подотчетен высшему исполнительному органу государственной власти субъекта Российской Федерации и Федеральному фонду. Положение о территориальном фонде утверждается высшим исполнительным органом государственной власти субъекта Российской Федерации. (В редакции Федерального закона от 30.11.2011 № 369-ФЗ)</w:t>
      </w:r>
    </w:p>
    <w:p>
      <w:r>
        <w:rPr>
          <w:b/>
        </w:rPr>
        <w:t xml:space="preserve">7. </w:t>
      </w:r>
      <w:r>
        <w:t>Территориальный фонд осуществляет следующие полномочия страховщика</w:t>
      </w:r>
    </w:p>
    <w:p>
      <w:r>
        <w:rPr>
          <w:b/>
        </w:rPr>
        <w:t xml:space="preserve">71. </w:t>
      </w:r>
      <w:r>
        <w:t>Территориальные фонды Донецкой Народной Республики, Луганской Народной Республики, Запорожской области и Херсонской области наряду с полномочиями, указанными в пунктах 1 - 5, 7 - 131 и 15 - 18 части 7 настоящей статьи, осуществляют следующие полномочия страховщика</w:t>
      </w:r>
    </w:p>
    <w:p>
      <w:r>
        <w:rPr>
          <w:b/>
        </w:rPr>
        <w:t xml:space="preserve">8. </w:t>
      </w:r>
      <w:r>
        <w:t>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не позднее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предоставления медицинской помощи. Территориальный фонд субъекта Российской Федерации, в котором выдан полис обязательного медицинского страхования, осуществляет возмещение средств территориальному фонду по месту оказания медицинской помощи не позднее 25 дней с даты получения счета (реестра счетов), предъявленного территориальным фондом по месту оказания медицинской помощи, в соответствии с тарифами на оплату медицинской помощи, установленными для медицинской организации, оказавшей медицинскую помощь, с учетом результатов проведенного контроля объемов, сроков, качества и условий предоставления медицинской помощи. Порядок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определяется правилами обязательного медицинского страхования. (В редакции Федерального закона от 30.11.2011 № 369-ФЗ)</w:t>
      </w:r>
    </w:p>
    <w:p>
      <w:r>
        <w:rPr>
          <w:b/>
        </w:rPr>
        <w:t xml:space="preserve">9. </w:t>
      </w:r>
      <w:r>
        <w:t>Территориальный фонд субъекта Российской Федерации, в котором выдан полис обязательного медицинского страхования, осуществляет расчеты за медицинскую помощь, оказанную застрахованным лицам медицинскими организациями, созданными в соответствии с законодательством Российской Федерации и находящимися за пределами территории Российской Федерации, в порядке, установленном правилами обязательного медицинского страхования</w:t>
      </w:r>
    </w:p>
    <w:p>
      <w:r>
        <w:rPr>
          <w:b/>
        </w:rPr>
        <w:t xml:space="preserve">7. </w:t>
      </w:r>
      <w:r>
        <w:t>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w:t>
      </w:r>
    </w:p>
    <w:p>
      <w:r>
        <w:rPr>
          <w:b/>
        </w:rPr>
        <w:t xml:space="preserve">7. </w:t>
      </w:r>
      <w:r>
        <w:t>аккумулирует средства обязательного медицинского страхования и управляет ими, осуществляет финансовое обеспечение реализации территориальных программ обязательного медицинского страхования в субъектах Российской Федерации, формирует и использует резервы для обеспечения финансовой устойчивости обязательного медицинского страхования в порядке, установленном Федеральным фондом</w:t>
      </w:r>
    </w:p>
    <w:p>
      <w:r>
        <w:rPr>
          <w:b/>
        </w:rPr>
        <w:t xml:space="preserve">7. </w:t>
      </w:r>
      <w:r>
        <w:t>получает от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r>
        <w:rPr>
          <w:b/>
        </w:rPr>
        <w:t xml:space="preserve">7. </w:t>
      </w:r>
      <w:r>
        <w:t>осуществляет администрирование доходов бюджета Федерального фонда, поступающих от уплаты страховых взносов на обязательное медицинское страхование неработающего населения, регистрирует и снимает с регистрационного учета страхователей для неработающих граждан</w:t>
      </w:r>
    </w:p>
    <w:p>
      <w:r>
        <w:rPr>
          <w:b/>
        </w:rPr>
        <w:t xml:space="preserve">7. </w:t>
      </w:r>
      <w:r>
        <w:t>начисляет в соответствии со статьей 25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 (В редакции Федерального закона от 03.07.2016 № 250-ФЗ) 6) утверждает для страховых медицинских организаций дифференцированные подушевые нормативы в порядке, установленном правилами обязательного медицинского страхования</w:t>
      </w:r>
    </w:p>
    <w:p>
      <w:r>
        <w:rPr>
          <w:b/>
        </w:rPr>
        <w:t xml:space="preserve">7. </w:t>
      </w:r>
      <w:r>
        <w:t>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порядке, связанные с защитой его прав и законных интересов в сфере обязательного медицинского страхования</w:t>
      </w:r>
    </w:p>
    <w:p>
      <w:r>
        <w:rPr>
          <w:b/>
        </w:rPr>
        <w:t xml:space="preserve">7. </w:t>
      </w:r>
      <w:r>
        <w:t>обеспечивает права граждан в сфере обязательного медицинского страхования, в том числе путем проведения контроля объемов, сроков, качества и условий предоставления медицинской помощи, информирование граждан о порядке обеспечения и защиты их прав в соответствии с настоящим Федеральным законом</w:t>
      </w:r>
    </w:p>
    <w:p>
      <w:r>
        <w:rPr>
          <w:b/>
        </w:rPr>
        <w:t xml:space="preserve">7. </w:t>
      </w:r>
      <w:r>
        <w:t>ведет территориальный реестр экспертов качества медицинской помощи; (В редакции Федерального закона от 08.12.2020 № 430-ФЗ) 10) вправе предъявлять претензии и (или) иски к медицинской организации о возмещении имущественного или морального вреда, причиненного застрахованному лицу</w:t>
      </w:r>
    </w:p>
    <w:p>
      <w:r>
        <w:rPr>
          <w:b/>
        </w:rPr>
        <w:t xml:space="preserve">7. </w:t>
      </w:r>
      <w:r>
        <w:t>вправе предъявлять иск к юридическим или физическим лицам, ответственным за причинение вреда здоровью застрахованного лица, в целях возмещения расходов в пределах суммы, затраченной на оказание медицинской помощи застрахованному лицу</w:t>
      </w:r>
    </w:p>
    <w:p>
      <w:r>
        <w:rPr>
          <w:b/>
        </w:rPr>
        <w:t xml:space="preserve">7. </w:t>
      </w:r>
      <w:r>
        <w:t>осуществляет контроль за использованием средств обязательного медицинского страхования страховыми медицинскими организациями и медицинскими организациями, в том числе проводит проверки и ревизии</w:t>
      </w:r>
    </w:p>
    <w:p>
      <w:r>
        <w:rPr>
          <w:b/>
        </w:rPr>
        <w:t xml:space="preserve">7. </w:t>
      </w:r>
      <w:r>
        <w:t>вправе проводить проверку достоверности сведений о застрахованных лицах, предоставленных страховыми медицинскими организациями и медицинскими организациями, на основе информации, получаемой в рамках информационного взаимодействия, предусмотренного статьей 49 настоящего Федерального закона, в том числе путем направления запросов в органы, осуществляющие выдачу и замену документов, удостоверяющих личность гражданина Российской Федерации на территории Российской Федерации; (Дополнение пунктом - Федеральный закон от 29.07.2018 № 268-ФЗ) 13) собирает и обрабатывает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r>
        <w:rPr>
          <w:b/>
        </w:rPr>
        <w:t xml:space="preserve">7. </w:t>
      </w:r>
      <w:r>
        <w:t>получает от Федерального фонда данные персонифицированного учета сведений об оказанной застрахованным лицам медицинской помощи, предусмотренной пунктом 11 статьи 5 настоящего Федерального закона; (Дополнение пунктом - Федеральный закон от 08.12.2020 № 430-ФЗ) 14) ведет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w:t>
      </w:r>
    </w:p>
    <w:p>
      <w:r>
        <w:rPr>
          <w:b/>
        </w:rPr>
        <w:t xml:space="preserve">7. </w:t>
      </w:r>
      <w:r>
        <w:t>ведет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(В редакции федеральных законов от 01.12.2012 № 213-ФЗ, от 28.12.2024 № 552-ФЗ) 16) ведет региональный сегмент единого регистра застрахованных лиц</w:t>
      </w:r>
    </w:p>
    <w:p>
      <w:r>
        <w:rPr>
          <w:b/>
        </w:rPr>
        <w:t xml:space="preserve">7. </w:t>
      </w:r>
      <w:r>
        <w:t>обеспечивает в пределах своей компетенции защиту сведений, составляющих информацию ограниченного доступа</w:t>
      </w:r>
    </w:p>
    <w:p>
      <w:r>
        <w:rPr>
          <w:b/>
        </w:rPr>
        <w:t xml:space="preserve">7. </w:t>
      </w:r>
      <w:r>
        <w:t>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 (В редакции федеральных законов от 01.12.2012 № 213-ФЗ; от 02.07.2013 № 185-ФЗ) 19) осуществляет на территории субъекта Российской Федерации полномочия страховых медицинских организаций в случае, предусмотренном частью 11 статьи 14 настоящего Федерального закона. (Дополнение пунктом - Федеральный закон от 28.11.2025 № 430-ФЗ)</w:t>
      </w:r>
    </w:p>
    <w:p>
      <w:r>
        <w:rPr>
          <w:b/>
        </w:rPr>
        <w:t xml:space="preserve">71. </w:t>
      </w:r>
      <w:r>
        <w:t>оформляют, переоформляют, выдают полис обязательного медицинского страхования на материальном носителе по запросу застрахованного лица или его представителя</w:t>
      </w:r>
    </w:p>
    <w:p>
      <w:r>
        <w:rPr>
          <w:b/>
        </w:rPr>
        <w:t xml:space="preserve">71. </w:t>
      </w:r>
      <w:r>
        <w:t>ведут учет застрахованных лиц, выданных им полисов обязательного медицинского страхования, а также обеспечивают учет и сохранность сведений, поступающих от медицинских организаций, в соответствии с порядком ведения персонифицированного учета</w:t>
      </w:r>
    </w:p>
    <w:p>
      <w:r>
        <w:rPr>
          <w:b/>
        </w:rPr>
        <w:t xml:space="preserve">71. </w:t>
      </w:r>
      <w:r>
        <w:t>оплачивают медицинским организациям, включенным в реестр медицинских организаций, медицинскую помощь, оказанную ими застрахованным лицам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w:t>
      </w:r>
    </w:p>
    <w:p>
      <w:r>
        <w:rPr>
          <w:b/>
        </w:rPr>
        <w:t xml:space="preserve">71. </w:t>
      </w:r>
      <w:r>
        <w:t>осуществляют обмен данными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законом</w:t>
      </w:r>
    </w:p>
    <w:p>
      <w:r>
        <w:rPr>
          <w:b/>
        </w:rPr>
        <w:t xml:space="preserve">71. </w:t>
      </w:r>
      <w:r>
        <w:t>информируют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законом. (Дополнение частью - Федеральный закон от 28.11.2025 № 430-ФЗ)</w:t>
      </w:r>
    </w:p>
    <w:p>
      <w:pPr>
        <w:pStyle w:val="Heading3"/>
      </w:pPr>
      <w:r>
        <w:t>Программы обязательного медицинского страхования</w:t>
      </w:r>
    </w:p>
    <w:p>
      <w:r>
        <w:rPr>
          <w:b/>
        </w:rPr>
        <w:t>Статья 35. Базовая программа обязательного медицинского страхования</w:t>
      </w:r>
    </w:p>
    <w:p>
      <w:r>
        <w:rPr>
          <w:b/>
        </w:rPr>
        <w:t xml:space="preserve">1. </w:t>
      </w:r>
      <w:r>
        <w:t>Базовая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утверждаемой Правительством Российской Федерации</w:t>
      </w:r>
    </w:p>
    <w:p>
      <w:r>
        <w:rPr>
          <w:b/>
        </w:rPr>
        <w:t xml:space="preserve">2. </w:t>
      </w:r>
      <w:r>
        <w:t>Базовая программа обязательного медицинского страхования определяет виды медицинской помощи (включая перечень видов высокотехнологичной медицинской помощи, который содержит в том числе методы лечения), перечень страховых случаев, структуру тарифа на оплату медицинской помощи, способы оплаты медицинской помощи, оказываемой застрахованным лицам по обязательному медицинскому страхованию в Российской Федерации за счет средств обязательного медицинского страхования, а также критерии доступности и качества медицинской помощи. (В редакции Федерального закона от 25.11.2013 № 317-ФЗ)</w:t>
      </w:r>
    </w:p>
    <w:p>
      <w:r>
        <w:rPr>
          <w:b/>
        </w:rPr>
        <w:t xml:space="preserve">3. </w:t>
      </w:r>
      <w:r>
        <w:t>В базовой программе обязательного медицинского страхования устанавливаются требования к условиям оказания медицинской помощи, нормативы объемов предоставления медицинской помощи в расчете на одно застрахованное лицо, нормативы финансовых затрат на единицу объема предоставления медицинской помощи, нормативы финансового обеспечения базовой программы обязательного медицинского страхования в расчете на одно застрахованное лицо, а также расчет коэффициента удорожания базовой программы обязательного медицинского страхования. Указанные в настоящей части нормативы финансовых затрат на единицу объема предоставления медицинской помощи устанавливаются также по перечню видов высокотехнологичной медицинской помощи, который содержит в том числе методы лечения. (В редакции Федерального закона от 25.11.2013 № 317-ФЗ)</w:t>
      </w:r>
    </w:p>
    <w:p>
      <w:r>
        <w:rPr>
          <w:b/>
        </w:rPr>
        <w:t xml:space="preserve">31. </w:t>
      </w:r>
      <w:r>
        <w:t>В базовой программе обязательного медицинского страхования отдельно устанавливаются нормативы объемов предоставления медицинской помощи, оказываемой медицинскими организациями, подведомственными федеральным органам исполнительной власти (специализированной, в том числе высокотехнологичной, в стационарных условиях и условиях дневного стационара), в расчете на одно застрахованное лицо, нормативы финансовых затрат на единицу объема предоставления указанной медицинской помощи, а также перечень заболеваний, состояний (групп заболеваний, состояний), при которых указанными медицинскими организациями оказывается медицинская помощь. (Дополнение частью - Федеральный закон от 08.12.2020 № 430-ФЗ)</w:t>
      </w:r>
    </w:p>
    <w:p>
      <w:r>
        <w:rPr>
          <w:b/>
        </w:rPr>
        <w:t xml:space="preserve">32. </w:t>
      </w:r>
      <w:r>
        <w:t>Объемы предоставления медицинской помощи, указанной в части 31 настоящей статьи, распределяются и перераспределяются между медицинскими организациями, подведомственными федеральным органам исполнительной власти, с учетом мощностей таких организаций и объемов оказываемой медицинской помощи за счет иных источников финансирования. Порядок распределения и перераспределения указанных объемов устанавливается Правительством Российской Федерации. (Дополнение частью - Федеральный закон от 08.12.2020 № 430-ФЗ)</w:t>
      </w:r>
    </w:p>
    <w:p>
      <w:r>
        <w:rPr>
          <w:b/>
        </w:rPr>
        <w:t xml:space="preserve">4. </w:t>
      </w:r>
      <w:r>
        <w:t>Страховое обеспечение в соответствии с базовой программой обязательного медицинского страхования устанавливается исходя из стандартов медицинской помощи и порядков оказания медицинской помощи, установленных уполномоченным федеральным органом исполнительной власти</w:t>
      </w:r>
    </w:p>
    <w:p>
      <w:r>
        <w:rPr>
          <w:b/>
        </w:rPr>
        <w:t xml:space="preserve">5. </w:t>
      </w:r>
      <w:r>
        <w:t>Права застрахованных лиц на бесплатное оказание медицинской помощи, установленные базовой программой обязательного медицинского страхования, являются едиными на всей территории Российской Федерации</w:t>
      </w:r>
    </w:p>
    <w:p>
      <w:r>
        <w:rPr>
          <w:b/>
        </w:rPr>
        <w:t xml:space="preserve">6. </w:t>
      </w:r>
      <w:r>
        <w:t>В рамках базовой программы обязательного медицинского страхования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осуществляемой воздушными судами), специализированная медицинская помощь, в том числе высокотехнологичная медицинская помощь, в следующих случаях: (В редакции Федерального закона от 01.12.2014 № 418-ФЗ) 1) инфекционные и паразитарные болезни, за исключением заболеваний, передаваемых половым путем, туберкулеза, ВИЧ-инфекции и синдрома приобретенного иммунодефицита;</w:t>
      </w:r>
    </w:p>
    <w:p>
      <w:r>
        <w:rPr>
          <w:b/>
        </w:rPr>
        <w:t xml:space="preserve">7. </w:t>
      </w:r>
      <w:r>
        <w:t>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стоимостью до четырехсот тысяч рублей за единицу. (В редакции федеральных законов от 25.11.2013 № 317-ФЗ, от 25.12.2023 № 625-ФЗ)</w:t>
      </w:r>
    </w:p>
    <w:p>
      <w:r>
        <w:rPr>
          <w:b/>
        </w:rPr>
        <w:t xml:space="preserve">71. </w:t>
      </w:r>
      <w:r>
        <w:t>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обязательного медицинского страхования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этими медицинскими организациями средств обязательного медицинского страхования, полученных за оказанную медицинскую помощь, в размере и порядке, которые определяются их учредителями, с последующим уведомлением медицинскими организациями учредителей. Направления расходования указанных средств устанавливаются территориальными программами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 (Дополнение частью - Федеральный закон от 25.12.2023 № 625-ФЗ) (В редакции Федерального закона от 28.11.2025 № 430-ФЗ)</w:t>
      </w:r>
    </w:p>
    <w:p>
      <w:r>
        <w:rPr>
          <w:b/>
        </w:rPr>
        <w:t xml:space="preserve">72. </w:t>
      </w:r>
      <w:r>
        <w:t>После завершения участия медицинской организации, подведомственной федеральному органу исполнительной власти, в реализации программ обязательного медицинского страхования на соответствующий год при условии исполнения ею всех обязательств по договору на оказание и оплату медицинской помощи по обязательному медицинскому страхованию и (или) договору на оказание и оплату медицинской помощи в рамках базовой программы обязательного медицинского страхования и отсутствии у нее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ею средств обязательного медицинского страхования, полученных за оказанную медицинскую помощь, в размере и порядке, которые определяются ее учредителем, с последующим уведомлением медицинской организацией учредителя. Направления расходования указанных средств устанавливаются программой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 (Дополнение частью - Федеральный закон от 28.11.2025 № 430-ФЗ)</w:t>
      </w:r>
    </w:p>
    <w:p>
      <w:r>
        <w:rPr>
          <w:b/>
        </w:rPr>
        <w:t xml:space="preserve">8. </w:t>
      </w:r>
      <w:r>
        <w:t>Правительство Российской Федерации вправе при утверждении базовой программы обязательного медицинского страхования устанавливать дополнительный перечень заболеваний и состояний, включаемых в базовую программу обязательного медицинского страхования в качестве случаев оказания медицинской помощи, и дополнительные элементы структуры тарифа на оплату медицинской помощи к установленным настоящим Федеральным законом</w:t>
      </w:r>
    </w:p>
    <w:p>
      <w:r>
        <w:rPr>
          <w:b/>
        </w:rPr>
        <w:t xml:space="preserve">81. </w:t>
      </w:r>
      <w:r>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 (Дополнение частью - Федеральный закон от 01.04.2020 № 98-ФЗ)</w:t>
      </w:r>
    </w:p>
    <w:p>
      <w:r>
        <w:rPr>
          <w:b/>
        </w:rPr>
        <w:t xml:space="preserve">9. </w:t>
      </w:r>
      <w:r>
        <w:t>Базовая программа обязательного медицинского страхования устанавливает требования к территориальным программам обязательного медицинского страхования</w:t>
      </w:r>
    </w:p>
    <w:p>
      <w:r>
        <w:rPr>
          <w:b/>
        </w:rPr>
        <w:t xml:space="preserve">6. </w:t>
      </w:r>
      <w:r>
        <w:t>новообразования</w:t>
      </w:r>
    </w:p>
    <w:p>
      <w:r>
        <w:rPr>
          <w:b/>
        </w:rPr>
        <w:t xml:space="preserve">6. </w:t>
      </w:r>
      <w:r>
        <w:t>болезни эндокринной системы</w:t>
      </w:r>
    </w:p>
    <w:p>
      <w:r>
        <w:rPr>
          <w:b/>
        </w:rPr>
        <w:t xml:space="preserve">6. </w:t>
      </w:r>
      <w:r>
        <w:t>расстройства питания и нарушения обмена веществ</w:t>
      </w:r>
    </w:p>
    <w:p>
      <w:r>
        <w:rPr>
          <w:b/>
        </w:rPr>
        <w:t xml:space="preserve">6. </w:t>
      </w:r>
      <w:r>
        <w:t>болезни нервной системы</w:t>
      </w:r>
    </w:p>
    <w:p>
      <w:r>
        <w:rPr>
          <w:b/>
        </w:rPr>
        <w:t xml:space="preserve">6. </w:t>
      </w:r>
      <w:r>
        <w:t>болезни крови, кроветворных органов</w:t>
      </w:r>
    </w:p>
    <w:p>
      <w:r>
        <w:rPr>
          <w:b/>
        </w:rPr>
        <w:t xml:space="preserve">6. </w:t>
      </w:r>
      <w:r>
        <w:t>отдельные нарушения, вовлекающие иммунный механизм</w:t>
      </w:r>
    </w:p>
    <w:p>
      <w:r>
        <w:rPr>
          <w:b/>
        </w:rPr>
        <w:t xml:space="preserve">6. </w:t>
      </w:r>
      <w:r>
        <w:t>болезни глаза и его придаточного аппарата</w:t>
      </w:r>
    </w:p>
    <w:p>
      <w:r>
        <w:rPr>
          <w:b/>
        </w:rPr>
        <w:t xml:space="preserve">6. </w:t>
      </w:r>
      <w:r>
        <w:t>болезни уха и сосцевидного отростка</w:t>
      </w:r>
    </w:p>
    <w:p>
      <w:r>
        <w:rPr>
          <w:b/>
        </w:rPr>
        <w:t xml:space="preserve">6. </w:t>
      </w:r>
      <w:r>
        <w:t>болезни системы кровообращения</w:t>
      </w:r>
    </w:p>
    <w:p>
      <w:r>
        <w:rPr>
          <w:b/>
        </w:rPr>
        <w:t xml:space="preserve">6. </w:t>
      </w:r>
      <w:r>
        <w:t>болезни органов дыхания</w:t>
      </w:r>
    </w:p>
    <w:p>
      <w:r>
        <w:rPr>
          <w:b/>
        </w:rPr>
        <w:t xml:space="preserve">6. </w:t>
      </w:r>
      <w:r>
        <w:t>болезни органов пищеварения</w:t>
      </w:r>
    </w:p>
    <w:p>
      <w:r>
        <w:rPr>
          <w:b/>
        </w:rPr>
        <w:t xml:space="preserve">6. </w:t>
      </w:r>
      <w:r>
        <w:t>болезни мочеполовой системы</w:t>
      </w:r>
    </w:p>
    <w:p>
      <w:r>
        <w:rPr>
          <w:b/>
        </w:rPr>
        <w:t xml:space="preserve">6. </w:t>
      </w:r>
      <w:r>
        <w:t>болезни кожи и подкожной клетчатки</w:t>
      </w:r>
    </w:p>
    <w:p>
      <w:r>
        <w:rPr>
          <w:b/>
        </w:rPr>
        <w:t xml:space="preserve">6. </w:t>
      </w:r>
      <w:r>
        <w:t>болезни костно-мышечной системы и соединительной ткани</w:t>
      </w:r>
    </w:p>
    <w:p>
      <w:r>
        <w:rPr>
          <w:b/>
        </w:rPr>
        <w:t xml:space="preserve">6. </w:t>
      </w:r>
      <w:r>
        <w:t>травмы, отравления и некоторые другие последствия воздействия внешних причин</w:t>
      </w:r>
    </w:p>
    <w:p>
      <w:r>
        <w:rPr>
          <w:b/>
        </w:rPr>
        <w:t xml:space="preserve">6. </w:t>
      </w:r>
      <w:r>
        <w:t>врожденные аномалии (пороки развития)</w:t>
      </w:r>
    </w:p>
    <w:p>
      <w:r>
        <w:rPr>
          <w:b/>
        </w:rPr>
        <w:t xml:space="preserve">6. </w:t>
      </w:r>
      <w:r>
        <w:t>деформации и хромосомные нарушения</w:t>
      </w:r>
    </w:p>
    <w:p>
      <w:r>
        <w:rPr>
          <w:b/>
        </w:rPr>
        <w:t xml:space="preserve">6. </w:t>
      </w:r>
      <w:r>
        <w:t>беременность, роды, послеродовой период и аборты</w:t>
      </w:r>
    </w:p>
    <w:p>
      <w:r>
        <w:rPr>
          <w:b/>
        </w:rPr>
        <w:t xml:space="preserve">6. </w:t>
      </w:r>
      <w:r>
        <w:t>отдельные состояния, возникающие у детей в перинатальный период</w:t>
      </w:r>
    </w:p>
    <w:p>
      <w:r>
        <w:rPr>
          <w:b/>
        </w:rPr>
        <w:t>Статья 36. Территориальная программа обязательного медицинского страхования</w:t>
      </w:r>
    </w:p>
    <w:p>
      <w:r>
        <w:rPr>
          <w:b/>
        </w:rPr>
        <w:t xml:space="preserve">1. </w:t>
      </w:r>
      <w:r>
        <w:t>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утверждаемой в порядке, установленном законодательством субъекта Российской Федерации. Территориальная программа обязательного медицинского страхования формируется в соответствии с требованиями, установленными базовой программой обязательного медицинского страхования</w:t>
      </w:r>
    </w:p>
    <w:p>
      <w:r>
        <w:rPr>
          <w:b/>
        </w:rPr>
        <w:t xml:space="preserve">2. </w:t>
      </w:r>
      <w:r>
        <w:t>Территориальная программа обязательного медицинского страхования включает в себя виды и условия оказания медицинской помощи (включая перечень видов высокотехнологичной медицинской помощи, который содержит в том числе методы лечения), перечень страховых случаев, установленные базовой программой обязательного медицинского страхования, и определяет с учетом структуры заболеваемости в субъекте Российской Федерации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и норматива финансового обеспечения территориальной программы обязательного медицинского страхования в расчете на одно застрахованное лицо. Указанные в настоящей части значения нормативов финансовых затрат на единицу объема предоставления медицинской помощи в расчете на одно застрахованное лицо устанавливаются также по перечню видов высокотехнологичной медицинской помощи, который содержит в том числе методы лечения. (В редакции Федерального закона от 25.11.2013 № 317-ФЗ)</w:t>
      </w:r>
    </w:p>
    <w:p>
      <w:r>
        <w:rPr>
          <w:b/>
        </w:rPr>
        <w:t xml:space="preserve">3. </w:t>
      </w:r>
      <w: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r>
        <w:rPr>
          <w:b/>
        </w:rPr>
        <w:t xml:space="preserve">4. </w:t>
      </w:r>
      <w:r>
        <w:t>Финансовое обеспечение территориальной программы обязательного медицинского страхования в случаях, указанных в части 3 настоящей статьи, осуществляется за счет платежей субъектов Российской Федерации, уплачиваемых в бюджет территориального фонда,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r>
        <w:rPr>
          <w:b/>
        </w:rPr>
        <w:t xml:space="preserve">5. </w:t>
      </w:r>
      <w:r>
        <w:t>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территориальная программа обязательного медицинского страхования должна предусматривать перечень направлений использования средств обязательного медицинского страхования</w:t>
      </w:r>
    </w:p>
    <w:p>
      <w:r>
        <w:rPr>
          <w:b/>
        </w:rPr>
        <w:t xml:space="preserve">6. </w:t>
      </w:r>
      <w:r>
        <w:t>Территориальная программа обязательного медицинского страхования в рамках реализации базовой программы обязательного медицинского страхования определяет на территории субъекта Российской Федерации способы оплаты медицинской помощи, оказываемой застрахованным лицам по обязательному медицинскому страхованию, структуру тарифа на оплату медицинской помощи, содержит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определяет условия оказания медицинской помощи в них, а также целевые значения критериев доступности и качества медицинской помощи. (В редакции Федерального закона от 28.12.2024 № 552-ФЗ)</w:t>
      </w:r>
    </w:p>
    <w:p>
      <w:r>
        <w:rPr>
          <w:b/>
        </w:rPr>
        <w:t xml:space="preserve">7. </w:t>
      </w:r>
      <w:r>
        <w:t>Территориальная программа обязательного медицинского страхования может включать в себя перечень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при условии выполнения требований, установленных базовой программой обязательного медицинского страхования</w:t>
      </w:r>
    </w:p>
    <w:p>
      <w:r>
        <w:rPr>
          <w:b/>
        </w:rPr>
        <w:t xml:space="preserve">8. </w:t>
      </w:r>
      <w:r>
        <w:t>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условия оказания медицинской помощи в таких медицинских организациях. (В редакции Федерального закона от 28.12.2024 № 552-ФЗ)</w:t>
      </w:r>
    </w:p>
    <w:p>
      <w:r>
        <w:rPr>
          <w:b/>
        </w:rPr>
        <w:t xml:space="preserve">9. </w:t>
      </w:r>
      <w:r>
        <w:t>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 на паритетных началах. Комиссия по разработке территориальной программы обязательного медицинского страхования формируется и осуществляет свою деятельность в соответствии с положением, являющимся приложением к правилам обязательного медицинского страхования. (В редакции Федерального закона от 01.12.2012 № 213-ФЗ)</w:t>
      </w:r>
    </w:p>
    <w:p>
      <w:r>
        <w:rPr>
          <w:b/>
        </w:rPr>
        <w:t xml:space="preserve">10. </w:t>
      </w:r>
      <w:r>
        <w:t>Объемы предоставления и финансового обеспечения медицинской помощи, установленные в соответствии с территориальной программой обязательного медицинского страхования, распределяются решением комиссии, указанной в части 9 настоящей статьи,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медицинскую помощь в амбулаторных условиях, потребности застрахованных лиц в медицинской помощи, а также нормативов финансовых затрат на единицу объема предоставления медицинской помощи, установленных территориальной программой обязательного медицинского страхования. Объемы предоставления медицинской помощи, установленные территориальной программой обязательного медицинского страхования субъекта Российской Федерации, в котором застрахованным лицам выдан полис обязательного медицинского страхования, включают в себя объемы предоставления медицинской помощи данным застрахованным лицам за пределами территории этого субъекта Российской Федерации. (В редакции федеральных законов от 01.12.2012 № 213-ФЗ, от 08.12.2020 № 430-ФЗ)</w:t>
      </w:r>
    </w:p>
    <w:p>
      <w:r>
        <w:rPr>
          <w:b/>
        </w:rPr>
        <w:t xml:space="preserve">11. </w:t>
      </w:r>
      <w: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о бюджете территориального фонда</w:t>
      </w:r>
    </w:p>
    <w:p>
      <w:r>
        <w:rPr>
          <w:b/>
        </w:rPr>
        <w:t xml:space="preserve">12. </w:t>
      </w:r>
      <w:r>
        <w:t>Уполномоченные органы исполнительной власти субъектов Российской Федерации размещают на своих официальных сайтах в сети "Интернет" утвержденные территориальные программы обязательного медицинского страхования в срок не позднее 14 календарных дней со дня их утверждения. (Дополнение частью - Федеральный закон от 25.11.2013 № 317-ФЗ)</w:t>
      </w:r>
    </w:p>
    <w:p>
      <w:r>
        <w:rPr>
          <w:b/>
        </w:rPr>
        <w:t xml:space="preserve">13. </w:t>
      </w:r>
      <w:r>
        <w:t>Реализация территориальной программы обязательного медицинского страхования осуществляется в том числе с учетом условий соглашения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 заключенного в соответствии с частью 6 статьи 81 Федерального закона от 21 ноября 2011 года № 323-ФЗ "Об основах охраны здоровья граждан в Российской Федерации". Комиссия по разработке территориальной программы обязательного медицинского страхования обеспечивает внесение изменений в территориальную программу обязательного медицинского страхования, в том числе в соответствии с указанным в настоящей части соглашением. (Дополнение частью - Федеральный закон от 01.12.2014 № 418-ФЗ) (В редакции Федерального закона от 14.12.2015 № 374-ФЗ)</w:t>
      </w:r>
    </w:p>
    <w:p>
      <w:pPr>
        <w:pStyle w:val="Heading3"/>
      </w:pPr>
      <w:r>
        <w:t>Система договоров в сфере обязательного медицинского страхования</w:t>
      </w:r>
    </w:p>
    <w:p>
      <w:r>
        <w:rPr>
          <w:b/>
        </w:rPr>
        <w:t>Статья 37. Договоры в сфере обязательного медицинского страхования</w:t>
      </w:r>
    </w:p>
    <w:p>
      <w:r>
        <w:t>Право застрахованного лица на бесплатное оказание медицинской помощи по обязательному медицинскому страхованию реализуется на основании заключенных в его пользу в соответствии с настоящим Федеральным законом договора о финансовом обеспечении обязательного медицинского страхования, договора на оказание и оплату медицинской помощи по обязательному медицинскому страхованию и (или) договора на оказание и оплату медицинской помощи в рамках базовой программы обязательного медицинского страхования. (Статья в редакции Федерального закона от 08.12.2020 № 430-ФЗ)</w:t>
      </w:r>
    </w:p>
    <w:p>
      <w:r>
        <w:rPr>
          <w:b/>
        </w:rPr>
        <w:t>Статья 38. Договор о финансовом обеспечении обязательного медицинского страхования</w:t>
      </w:r>
    </w:p>
    <w:p>
      <w:r>
        <w:rPr>
          <w:b/>
        </w:rPr>
        <w:t xml:space="preserve">1. </w:t>
      </w:r>
      <w:r>
        <w:t>По договору о финансовом обеспечении обязательного медицинского страхования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w:t>
      </w:r>
    </w:p>
    <w:p>
      <w:r>
        <w:rPr>
          <w:b/>
        </w:rPr>
        <w:t xml:space="preserve">2. </w:t>
      </w:r>
      <w:r>
        <w:t>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w:t>
      </w:r>
    </w:p>
    <w:p>
      <w:r>
        <w:rPr>
          <w:b/>
        </w:rPr>
        <w:t xml:space="preserve">3. </w:t>
      </w:r>
      <w:r>
        <w:t>В договоре о финансовом обеспечении обязательного медицинского страхования наряду с указанными в части 2 настоящей статьи положениями должны содержаться положения, предусматривающие следующие права страховой медицинской организации</w:t>
      </w:r>
    </w:p>
    <w:p>
      <w:r>
        <w:rPr>
          <w:b/>
        </w:rPr>
        <w:t xml:space="preserve">4. </w:t>
      </w:r>
      <w:r>
        <w:t>В договоре о финансовом обеспечении обязательного медицинского страхования должны содержаться положения, предусматривающие следующие обязанности территориального фонда</w:t>
      </w:r>
    </w:p>
    <w:p>
      <w:r>
        <w:rPr>
          <w:b/>
        </w:rPr>
        <w:t xml:space="preserve">5. </w:t>
      </w:r>
      <w:r>
        <w:t>Территориальный фонд заключает со страховой медицинской организацией при наличии у нее списка застрахованных лиц договор о финансовом обеспечении обязательного медицинского страхования</w:t>
      </w:r>
    </w:p>
    <w:p>
      <w:r>
        <w:rPr>
          <w:b/>
        </w:rPr>
        <w:t xml:space="preserve">6. </w:t>
      </w:r>
      <w:r>
        <w:t>В случае превышения установленного в соответствии с настоящим Федеральным законом для страховой медицинской организации объема средств на оплату медицинской помощи в связи с повышенной заболеваемостью, увеличением тарифов на оплату медицинской помощи, количества застрахованных лиц и (или) изменением их структуры по полу и возрасту территориальный фонд принимает решение о предоставлении или об отказе в предоставлении страховой медицинской организации недостающих для оплаты медицинской помощи средств из нормированного страхового запаса территориального фонда</w:t>
      </w:r>
    </w:p>
    <w:p>
      <w:r>
        <w:rPr>
          <w:b/>
        </w:rPr>
        <w:t xml:space="preserve">7. </w:t>
      </w:r>
      <w:r>
        <w:t>Обращение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медицинской организации об использовании целевых средств</w:t>
      </w:r>
    </w:p>
    <w:p>
      <w:r>
        <w:rPr>
          <w:b/>
        </w:rPr>
        <w:t xml:space="preserve">8. </w:t>
      </w:r>
      <w:r>
        <w:t>Решение о предоставлении средств из нормированного страхового запаса территориального фонда принимается территориальным фондом после проведения проверки в целях установления причин недостатка целевых средств у страховой медицинской организации. Срок проведения проверки не может превышать 10 рабочих дней со дня обращения страховой медицинской организации за предоставлением ей указанных средств. Предоставление указанных средств осуществляется не позднее пяти рабочих дней со дня окончания проверки</w:t>
      </w:r>
    </w:p>
    <w:p>
      <w:r>
        <w:rPr>
          <w:b/>
        </w:rPr>
        <w:t xml:space="preserve">9. </w:t>
      </w:r>
      <w:r>
        <w:t>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являются</w:t>
      </w:r>
    </w:p>
    <w:p>
      <w:r>
        <w:rPr>
          <w:b/>
        </w:rPr>
        <w:t xml:space="preserve">10. </w:t>
      </w:r>
      <w:r>
        <w:t>При нарушении установленных договором о финансовом обеспечении обязательного медицинского страхования сроков предоставления данных о застрахованных лицах, а также сведений об изменении этих данных страховая медицинская организация обязана уплатить территориальному фонду за счет собственных средств штраф в размере трех тысяч рублей</w:t>
      </w:r>
    </w:p>
    <w:p>
      <w:r>
        <w:rPr>
          <w:b/>
        </w:rPr>
        <w:t xml:space="preserve">11. </w:t>
      </w:r>
      <w:r>
        <w:t>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 использованных не по целевому назначению</w:t>
      </w:r>
    </w:p>
    <w:p>
      <w:r>
        <w:rPr>
          <w:b/>
        </w:rPr>
        <w:t xml:space="preserve">12. </w:t>
      </w:r>
      <w:r>
        <w:t>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w:t>
      </w:r>
    </w:p>
    <w:p>
      <w:r>
        <w:rPr>
          <w:b/>
        </w:rPr>
        <w:t xml:space="preserve">13. </w:t>
      </w:r>
      <w:r>
        <w:t>При нарушениях страховой медицинской организацией установленных договором о финансовом обеспечении обязательного медицинского страхования обязательств в части осуществления контроля объемов, сроков, качества и условий предоставления медицинской помощи страховая медицинская организация обязана уплатить территориальному фонду штраф в размере до 10 процентов от суммы средств, перечисленных территориальным фондом на расходы на ведение дела по обязательному медицинскому страхованию страховой медицинской организации за период, в течение которого установлены данные нарушения. (В редакции Федерального закона от 28.12.2024 № 552-ФЗ)</w:t>
      </w:r>
    </w:p>
    <w:p>
      <w:r>
        <w:rPr>
          <w:b/>
        </w:rPr>
        <w:t xml:space="preserve">14. </w:t>
      </w:r>
      <w:r>
        <w:t>В случае выявления нарушений страховой медицинской организацией договорных обязательств территориальный фонд при возмещении страховой медицинской организации затрат на оплату медицинской помощи уменьшает платежи на сумму выявленных нарушений или неисполненных договорных обязательств, в которую не включается сумма штрафа (пени). Перечень нарушений договорных обязательств страховой медицинской организацией и перечень санкций за нарушение указанных обязательств устанавливаются типовым договором о финансовом обеспечении обязательного медицинского страхования. (В редакции Федерального закона от 28.12.2024 № 552-ФЗ)</w:t>
      </w:r>
    </w:p>
    <w:p>
      <w:r>
        <w:rPr>
          <w:b/>
        </w:rPr>
        <w:t xml:space="preserve">15. </w:t>
      </w:r>
      <w:r>
        <w:t>При досрочном расторжении договора о финансовом обеспечении обязательного медицинского страхования по инициативе страховой медицинской организации за три месяца до даты расторжения указанного договора страховая медицинская организация обязана уведомить территориальный фонд и застрахованных лиц о намерении расторгнуть договор о финансовом обеспечении обязательного медицинского страхования</w:t>
      </w:r>
    </w:p>
    <w:p>
      <w:r>
        <w:rPr>
          <w:b/>
        </w:rPr>
        <w:t xml:space="preserve">16. </w:t>
      </w:r>
      <w:r>
        <w:t>В случае приостановления, прекращения действия или отзыва лицензии страховой медицинской организации договор о финансовом обеспечении обязательного медицинского страхования считается расторгнутым с даты внесения в единый государственный реестр субъектов страхового дела, предусмотренный пунктом 2 статьи 41 Закона Российской Федерации от 27 ноября 1992 года №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 (В редакции Федерального закона от 28.12.2024 № 552-ФЗ)</w:t>
      </w:r>
    </w:p>
    <w:p>
      <w:r>
        <w:rPr>
          <w:b/>
        </w:rPr>
        <w:t xml:space="preserve">17. </w:t>
      </w:r>
      <w:r>
        <w:t>После прекращения действия договора о финансовом обеспечении обязательного медицинского страхования и на период до выбора застрахованными лицами другой страховой медицинской организации территориальный фонд направляет сведения об указанных застрахованных лицах в страховые медицинские организации, осуществляющие деятельность в сфере обязательного медицинского страхования в субъекте Российской Федерации, в порядке, установленном частью 6 статьи 16 настоящего Федерального закона. При этом у застрахованного лица сохраняется право выбора страховой медицинской организации. (В редакции Федерального закона от 28.12.2024 № 552-ФЗ)</w:t>
      </w:r>
    </w:p>
    <w:p>
      <w:r>
        <w:rPr>
          <w:b/>
        </w:rPr>
        <w:t xml:space="preserve">18. </w:t>
      </w:r>
      <w:r>
        <w:t>Территориальный фонд предоставляет страховой медицинской организации средства, предназначенные на расходы на ведение дела по обязательному медицинскому страхованию в соответствии с нормативом, предусмотренным договором о финансовом обеспечении обязательного медицинского страхования, в размере не менее 0,8 процента и не более 1,1 процента от суммы средств, поступивших в страховую медицинскую организацию по дифференцированным подушевым нормативам. Норматив расходов на ведение дела по обязательному медицинскому страхованию устанавливается законом о бюджете территориального фонда в едином размере для всех страховых медицинских организаций, участвующих в реализации территориальной программы обязательного медицинского страхования в субъекте Российской Федерации. (В редакции Федерального закона от 08.12.2020 № 430-ФЗ)</w:t>
      </w:r>
    </w:p>
    <w:p>
      <w:r>
        <w:rPr>
          <w:b/>
        </w:rPr>
        <w:t xml:space="preserve">19. </w:t>
      </w:r>
      <w:r>
        <w:t>Форма типового договора о финансовом обеспечении обязательного медицинского страхования, в том числе показатели оценки деятельности страховых медицинских организаций,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 В договор о финансовом обеспечении обязательного медицинского страхования по решению комиссии по разработке территориальной программы обязательного медицинского страхования могут быть включены дополнительные показатели оценки деятельности страховых медицинских организаций, не предусмотренные типовой формой указанного договора. (В редакции федеральных законов от 28.12.2024 № 552-ФЗ, от 28.11.2025 № 430-ФЗ)</w:t>
      </w:r>
    </w:p>
    <w:p>
      <w:r>
        <w:rPr>
          <w:b/>
        </w:rPr>
        <w:t xml:space="preserve">2. </w:t>
      </w:r>
      <w:r>
        <w:t>оформление, переоформление, выдача полиса обязательного медицинского страхования на материальном носителе по запросу застрахованного лица или его представителя; (В редакции Федерального закона от 06.12.2021 № 405-ФЗ) 2) ведение учета застрахованных лиц, осуществивших выбор страховой медицинской организации,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порядком ведения персонифицированного учета; (В редакции Федерального закона от 06.12.2021 № 405-ФЗ) 3)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 порядке, установленном правилами обязательного медицинского страхования</w:t>
      </w:r>
    </w:p>
    <w:p>
      <w:r>
        <w:rPr>
          <w:b/>
        </w:rPr>
        <w:t xml:space="preserve">2. </w:t>
      </w:r>
      <w:r>
        <w:t>использование полученных по договору о финансовом обеспечении обязательного медицинского страхования средств по целевому назначению</w:t>
      </w:r>
    </w:p>
    <w:p>
      <w:r>
        <w:rPr>
          <w:b/>
        </w:rPr>
        <w:t xml:space="preserve">2. </w:t>
      </w:r>
      <w:r>
        <w:t>возвращение остатка целевых средств после расчетов за медицинскую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w:t>
      </w:r>
    </w:p>
    <w:p>
      <w:r>
        <w:rPr>
          <w:b/>
        </w:rPr>
        <w:t xml:space="preserve">2. </w:t>
      </w:r>
      <w:r>
        <w:t>оплата медицинским организациям, включенным в реестр медицинских организаций, медицинской помощи, оказанной застрахованным лицам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 (В редакции Федерального закона от 08.12.2020 № 430-ФЗ) 7) сбор, обработка данных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обеспечение их сохранности и конфиденциальности, осуществление обмена указанными сведениями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законом</w:t>
      </w:r>
    </w:p>
    <w:p>
      <w:r>
        <w:rPr>
          <w:b/>
        </w:rPr>
        <w:t xml:space="preserve">2. </w:t>
      </w:r>
      <w:r>
        <w:t>информирование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законом; (В редакции Федерального закона от 06.12.2021 № 405-ФЗ) 9) представление в территориальный фонд ежедневно (в случае наличия) данных о новых застрахованных лицах и сведений об изменении данных о ранее застрахованных лицах, а также ежемесячно до 20-го числа месяца, следующего за отчетным, отчетности об использовании средств обязательного медицинского страхования, об оказанной застрахованному лицу медицинской помощи, о деятельности по защите прав застрахованных лиц и иной отчетности в порядке и по формам, которые установлены Федеральным фондом</w:t>
      </w:r>
    </w:p>
    <w:p>
      <w:r>
        <w:rPr>
          <w:b/>
        </w:rPr>
        <w:t xml:space="preserve">2. </w:t>
      </w:r>
      <w:r>
        <w:t>осуществление контроля объемов, сроков, качества и условий предоставления медицинской помощи в медицинских организациях, включенных в реестр медицинских организаций, в том числе путем проведения медико-экономической экспертизы, экспертизы качества медицинской помощи, и предоставление отчета о результатах такого контроля; (В редакции Федерального закона от 08.12.2020 № 430-ФЗ) 11) раскрытие информации о своей деятельности в соответствии с настоящим Федеральным законом</w:t>
      </w:r>
    </w:p>
    <w:p>
      <w:r>
        <w:rPr>
          <w:b/>
        </w:rPr>
        <w:t xml:space="preserve">2. </w:t>
      </w:r>
      <w:r>
        <w:t>осуществление рассмотрения обращений и жалоб граждан, осуществление деятельности по защите прав и законных интересов застрахованных лиц в порядке, установленном законодательством Российской Федерации</w:t>
      </w:r>
    </w:p>
    <w:p>
      <w:r>
        <w:rPr>
          <w:b/>
        </w:rPr>
        <w:t xml:space="preserve">2. </w:t>
      </w:r>
      <w:r>
        <w:t>несение в соответствии с законодательством Российской Федерации ответственности за ненадлежащее исполнение предусмотренных настоящим Федеральным законом условий договора о финансовом обеспечении обязательного медицинского страхования</w:t>
      </w:r>
    </w:p>
    <w:p>
      <w:r>
        <w:rPr>
          <w:b/>
        </w:rPr>
        <w:t xml:space="preserve">2. </w:t>
      </w:r>
      <w:r>
        <w:t>возвращение территориальному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w:t>
      </w:r>
    </w:p>
    <w:p>
      <w:r>
        <w:rPr>
          <w:b/>
        </w:rPr>
        <w:t xml:space="preserve">2. </w:t>
      </w:r>
      <w:r>
        <w:t>передача территориальному фонду при прекращении договора о финансовом обеспечении обязательного медицинского страхования сведений, указанных в пункте 2 настоящей части, в течение 10 рабочих дней с даты прекращения указанного договора; (Дополнение пунктом - Федеральный закон от 28.12.2024 № 552-ФЗ) 142) достижение установленных договором о финансовом обеспечении обязательного медицинского страхования показателей оценки деятельности страховых медицинских организаций; (Дополнение пунктом - Федеральный закон от 28.12.2024 № 552-ФЗ) 15)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r>
        <w:rPr>
          <w:b/>
        </w:rPr>
        <w:t xml:space="preserve">3. </w:t>
      </w:r>
      <w:r>
        <w:t>принятие участия в формировании территориальной программы обязательного медицинского страхования и в распределении объемов предоставления медицинской помощи посредством участия в комиссии, создаваемой в субъекте Российской Федерации в соответствии со статьей 36 настоящего Федерального закона</w:t>
      </w:r>
    </w:p>
    <w:p>
      <w:r>
        <w:rPr>
          <w:b/>
        </w:rPr>
        <w:t xml:space="preserve">3. </w:t>
      </w:r>
      <w:r>
        <w:t>участие в согласовании тарифов на оплату медицинской помощи</w:t>
      </w:r>
    </w:p>
    <w:p>
      <w:r>
        <w:rPr>
          <w:b/>
        </w:rPr>
        <w:t xml:space="preserve">3. </w:t>
      </w:r>
      <w:r>
        <w:t>изучение мнения застрахованных лиц о доступности и качестве медицинской помощи</w:t>
      </w:r>
    </w:p>
    <w:p>
      <w:r>
        <w:rPr>
          <w:b/>
        </w:rPr>
        <w:t xml:space="preserve">3. </w:t>
      </w:r>
      <w:r>
        <w:t>(Пункт утратил силу - Федеральный закон от 28.12.2024 № 552-ФЗ) 5) привлечение экспертов качества медицинской помощи, требования к которым предусмотрены настоящим Федеральным законом</w:t>
      </w:r>
    </w:p>
    <w:p>
      <w:r>
        <w:rPr>
          <w:b/>
        </w:rPr>
        <w:t xml:space="preserve">3. </w:t>
      </w:r>
      <w:r>
        <w:t>осуществление иных предусмотренных настоящим Федеральным законом и договором о финансовом обеспечении обязательного медицинского страхования прав</w:t>
      </w:r>
    </w:p>
    <w:p>
      <w:r>
        <w:rPr>
          <w:b/>
        </w:rPr>
        <w:t xml:space="preserve">4. </w:t>
      </w:r>
      <w:r>
        <w:t>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 в порядке и на цели, которые предусмотрены настоящим Федеральным законом</w:t>
      </w:r>
    </w:p>
    <w:p>
      <w:r>
        <w:rPr>
          <w:b/>
        </w:rPr>
        <w:t xml:space="preserve">4. </w:t>
      </w:r>
      <w:r>
        <w:t>предоставление страховой медицинской организации средств, предназначенных на расходы на ведение дела по обязательному медицинскому страхованию, в пределах установленного норматива; (В редакции Федерального закона от 28.12.2024 № 552-ФЗ) 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w:t>
      </w:r>
    </w:p>
    <w:p>
      <w:r>
        <w:rPr>
          <w:b/>
        </w:rPr>
        <w:t xml:space="preserve">4. </w:t>
      </w:r>
      <w:r>
        <w:t>осуществление контроля за деятельностью страховой медицинской организации, осуществляемой в соответствии с настоящим Федеральным законом и договором о финансовом обеспечении обязательного медицинского страхования</w:t>
      </w:r>
    </w:p>
    <w:p>
      <w:r>
        <w:rPr>
          <w:b/>
        </w:rPr>
        <w:t xml:space="preserve">4. </w:t>
      </w:r>
      <w:r>
        <w:t>осуществление ежеквартальной оценки достижения страховой медицинской организацией показателей оценки деятельности страховых медицинских организаций и направление результатов указанной оценки в Федеральный фонд для использования при осуществлении мониторинга деятельности страховых медицинских организаций; (Дополнение пунктом - Федеральный закон от 28.12.2024 № 552-ФЗ) 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r>
        <w:rPr>
          <w:b/>
        </w:rPr>
        <w:t xml:space="preserve">9. </w:t>
      </w:r>
      <w:r>
        <w:t>наличие у страховой медицинской организации остатка целевых средств</w:t>
      </w:r>
    </w:p>
    <w:p>
      <w:r>
        <w:rPr>
          <w:b/>
        </w:rPr>
        <w:t xml:space="preserve">9. </w:t>
      </w:r>
      <w:r>
        <w:t>необоснованность объема дополнительно запрашиваемых средств, выявленная территориальным фондом по результатам проведения контроля объемов,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r>
        <w:rPr>
          <w:b/>
        </w:rPr>
        <w:t xml:space="preserve">9. </w:t>
      </w:r>
      <w:r>
        <w:t>отсутствие средств в нормированном страховом запасе территориального фонда</w:t>
      </w:r>
    </w:p>
    <w:p>
      <w:r>
        <w:rPr>
          <w:b/>
        </w:rPr>
        <w:t>Статья 39. Договор на оказание и оплату медицинской помощи по обязательному медицинскому страхованию</w:t>
      </w:r>
    </w:p>
    <w:p>
      <w:r>
        <w:rPr>
          <w:b/>
        </w:rPr>
        <w:t xml:space="preserve">1. </w:t>
      </w:r>
      <w:r>
        <w:t>Договор на оказание и оплату медицинской помощи по обязательному медицинскому страхованию заключается между медицинской организацией,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которым решением комиссии по разработке территориальной программы обязательного медицинского страхования установлен объем предоставления медицинской помощи, подлежащий оплате за счет средств обязательного медицинского страхования, территориальным фондом и страховой медицинской организацией, участвующей в реализации территориальной программы обязательного медицинского страхования, в установленном настоящим Федеральным законом порядке. (В редакции федеральных законов от 08.12.2020 № 430-ФЗ, от 28.12.2024 № 552-ФЗ)</w:t>
      </w:r>
    </w:p>
    <w:p>
      <w:r>
        <w:rPr>
          <w:b/>
        </w:rPr>
        <w:t xml:space="preserve">2. </w:t>
      </w:r>
      <w:r>
        <w:t>По договору на оказание и оплату медицинской помощи по обязательному медицинскому страхованию медицинская организация обязуется</w:t>
      </w:r>
    </w:p>
    <w:p>
      <w:r>
        <w:rPr>
          <w:b/>
        </w:rPr>
        <w:t xml:space="preserve">21. </w:t>
      </w:r>
      <w:r>
        <w:t>В случае, предусмотренном пунктом 1 части 2 настоящей статьи, медицинская помощь оплачивается страховой медицинской организацией, а в случае, предусмотренном пунктом 2 части 2 настоящей статьи, - территориальным фондом. (Дополнение частью - Федеральный закон от 08.12.2020 № 430-ФЗ)</w:t>
      </w:r>
    </w:p>
    <w:p>
      <w:r>
        <w:rPr>
          <w:b/>
        </w:rPr>
        <w:t xml:space="preserve">3. </w:t>
      </w:r>
      <w:r>
        <w:t>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страховой медицинской организации</w:t>
      </w:r>
    </w:p>
    <w:p>
      <w:r>
        <w:rPr>
          <w:b/>
        </w:rPr>
        <w:t xml:space="preserve">4. </w:t>
      </w:r>
      <w:r>
        <w:t>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медицинской организации</w:t>
      </w:r>
    </w:p>
    <w:p>
      <w:r>
        <w:rPr>
          <w:b/>
        </w:rPr>
        <w:t xml:space="preserve">41. </w:t>
      </w:r>
      <w:r>
        <w:t>В договоре на оказание и оплату медицинской помощи по обязательному медицинскому страхованию должны содержаться положения, предусматривающие обязанность территориального фонда проводить медико-экономический контроль. (Дополнение частью - Федеральный закон от 08.12.2020 № 430-ФЗ)</w:t>
      </w:r>
    </w:p>
    <w:p>
      <w:r>
        <w:rPr>
          <w:b/>
        </w:rPr>
        <w:t xml:space="preserve">5. </w:t>
      </w:r>
      <w:r>
        <w:t>Страховые медицинские организации не вправе отказаться от заключения договора на оказание и оплату медицинской помощи по обязательному медицинскому страхованию с медицинской организацией, выбранной застрахованным лицом и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(В редакции Федерального закона от 28.12.2024 № 552-ФЗ)</w:t>
      </w:r>
    </w:p>
    <w:p>
      <w:r>
        <w:rPr>
          <w:b/>
        </w:rPr>
        <w:t xml:space="preserve">6. </w:t>
      </w:r>
      <w:r>
        <w:t>Оплата медицинской помощи, оказанной застрахованному лицу по договору на оказание и оплату медицинской помощи по обязательному медицинскому страхованию, осуществляется по тарифам на оплату медицинской помощи, установленным в соответствии с частью 2 статьи 30 настоящего Федерального закона, по результатам контроля объемов, сроков, качества и условий предоставления медицинской помощи и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 на основании представленных медицинской организацией реестров счетов и счетов на оплату медицинской помощи. (В редакции Федерального закона от 08.12.2020 № 430-ФЗ)</w:t>
      </w:r>
    </w:p>
    <w:p>
      <w:r>
        <w:rPr>
          <w:b/>
        </w:rPr>
        <w:t xml:space="preserve">7. </w:t>
      </w:r>
      <w:r>
        <w:t>За неоплату или несвоевременную оплату медицинской помощи, оказанной по договору на оказание и оплату медицинской помощи по обязательному медицинскому страхованию, страховая медицинская организация за счет собственных средств уплачивает медицинской организации пени в размере одной трехсотой ключевой ставки Центрального банка Российской Федерации, действующей на день возникновения просрочки, от неперечисленных сумм за каждый день просрочки. (В редакции Федерального закона от 28.12.2024 № 552-ФЗ)</w:t>
      </w:r>
    </w:p>
    <w:p>
      <w:r>
        <w:rPr>
          <w:b/>
        </w:rPr>
        <w:t xml:space="preserve">8. </w:t>
      </w:r>
      <w:r>
        <w:t>За 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установлены указанным договором в соответствии со статьей 41 настоящего Федерального закона. (В редакции Федерального закона от 30.12.2015 № 432-ФЗ)</w:t>
      </w:r>
    </w:p>
    <w:p>
      <w:r>
        <w:rPr>
          <w:b/>
        </w:rPr>
        <w:t xml:space="preserve">9. </w:t>
      </w:r>
      <w:r>
        <w:t>За использование медицинской организацией средств, перечисленных ей по договору на оказание и оплату медицинской помощи по обязательному медицинскому страхованию, с нарушением требований пункта 5 части 2 статьи 20 или части 71 статьи 35 настоящего Федерального закона медицинская организация уплачивает в бюджет территориального фонда штраф в размере 10 процентов от суммы использованных с нарушением средств и пени в размере одной трехсотой ключевой ставки Центрального банка Российской Федерации, действующей на день предъявления территориальным фондом соответствующего требования, от суммы использованных с нарушением средств за каждый день просрочки. Указанные средства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 (В редакции Федерального закона от 28.12.2024 № 552-ФЗ)</w:t>
      </w:r>
    </w:p>
    <w:p>
      <w:r>
        <w:rPr>
          <w:b/>
        </w:rPr>
        <w:t xml:space="preserve">10. </w:t>
      </w:r>
      <w:r>
        <w:t>Договор на оказание и оплату медицинской помощи по обязательному медицинскому страхованию считается расторгнутым</w:t>
      </w:r>
    </w:p>
    <w:p>
      <w:r>
        <w:rPr>
          <w:b/>
        </w:rPr>
        <w:t xml:space="preserve">11. </w:t>
      </w:r>
      <w:r>
        <w:t>Форма типового договора на оказание и оплату медицинской помощи по обязательному медицинскому страхованию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r>
        <w:rPr>
          <w:b/>
        </w:rPr>
        <w:t xml:space="preserve">2. </w:t>
      </w:r>
      <w:r>
        <w:t>оказать медицинскую помощь застрахованному лицу в соответствии с территориальной программой обязательного медицинского страхования и в рамках объемов предоставления и финансового обеспечения медицинской помощи, распределенных медицинской организации решением комиссии, указанной в части 9 статьи 36 настоящего Федерального закона, в случае, если медицинская помощь оказывается в пределах территории субъекта Российской Федерации, в котором застрахованному лицу выдан полис обязательного медицинского страхования</w:t>
      </w:r>
    </w:p>
    <w:p>
      <w:r>
        <w:rPr>
          <w:b/>
        </w:rPr>
        <w:t xml:space="preserve">2. </w:t>
      </w:r>
      <w:r>
        <w:t>оказать медицинскую помощь застрахованному лицу в рамках базовой программы обязательного медицинского страхования в случае, если медицинская помощь оказывается за пределами территории субъекта Российской Федерации, в котором застрахованному лицу выдан полис обязательного медицинского страхования. (Часть в редакции Федерального закона от 08.12.2020 № 430-ФЗ)</w:t>
      </w:r>
    </w:p>
    <w:p>
      <w:r>
        <w:rPr>
          <w:b/>
        </w:rPr>
        <w:t xml:space="preserve">3. </w:t>
      </w:r>
      <w:r>
        <w:t>получение от медицинских организаций сведений, необходимых для осуществления контроля за соблюдением требований к предоставлению медицинской помощи застрахованным лицам, информации о режиме работы, видах оказываемой медицинской помощи и иных сведений в объеме и порядке, которые установлены договором на оказание и оплату медицинской помощи по обязательному медицинскому страхованию, обеспечение их конфиденциальности и сохранности, а также осуществление проверки их достоверности</w:t>
      </w:r>
    </w:p>
    <w:p>
      <w:r>
        <w:rPr>
          <w:b/>
        </w:rPr>
        <w:t xml:space="preserve">3. </w:t>
      </w:r>
      <w:r>
        <w:t>проведение контроля объемов, сроков, качества и условий предоставления медицинской помощи в медицинских организациях в соответствии с порядком проведения контроля объемов, сроков, качества и условий предоставления медицинской помощи; (В редакции Федерального закона от 06.12.2021 № 405-ФЗ) 3) организация оказания медицинской помощи застрахованному лицу в другой медицинской организации в случае утраты медицинской организацией права на осуществление медицинской деятельности</w:t>
      </w:r>
    </w:p>
    <w:p>
      <w:r>
        <w:rPr>
          <w:b/>
        </w:rPr>
        <w:t xml:space="preserve">4. </w:t>
      </w:r>
      <w:r>
        <w:t>предоставление сведений о застрахованном лице и об оказанной ему медицинской помощи, необходимых для проведения контроля объемов, сроков и качества предоставляемой медицинской помощи, о режиме работы этой организации, видах оказываемой медицинской помощи</w:t>
      </w:r>
    </w:p>
    <w:p>
      <w:r>
        <w:rPr>
          <w:b/>
        </w:rPr>
        <w:t xml:space="preserve">4. </w:t>
      </w:r>
      <w:r>
        <w:t>представление счетов (реестра счетов) за оказанную медицинскую помощь; (В редакции Федерального закона от 30.11.2011 № 369-ФЗ) 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r>
        <w:rPr>
          <w:b/>
        </w:rPr>
        <w:t xml:space="preserve">4. </w:t>
      </w:r>
      <w:r>
        <w:t>выполнение иных предусмотренных настоящим Федеральным законом и договором на оказание и оплату медицинской помощи по обязательному медицинскому страхованию обязанностей</w:t>
      </w:r>
    </w:p>
    <w:p>
      <w:r>
        <w:rPr>
          <w:b/>
        </w:rPr>
        <w:t xml:space="preserve">10. </w:t>
      </w:r>
      <w:r>
        <w:t>в случае ликвидации медицинской организации, признания медицинской организации несостоятельной (банкротом), утраты медицинской организацией права на осуществление медицинской деятельности соответственно с даты внесения в единый государственный реестр юридических лиц записи о том, что медицинская организация находится в процессе ликвидации, признана в соответствии с законодательством Российской Федерации несостоятельной (банкротом) и в отношении ее открыто конкурсное производство, с даты внесения в единый реестр лицензий, предусмотренный пунктом 1 части 9 статьи 15 Федерального закона от 21 ноября 2011 года № 323-ФЗ "Об основах охраны здоровья граждан в Российской Федерации", сведений о приостановлении, прекращении действия или об аннулировании лицензии на осуществление медицинской деятельности</w:t>
      </w:r>
    </w:p>
    <w:p>
      <w:r>
        <w:rPr>
          <w:b/>
        </w:rPr>
        <w:t xml:space="preserve">10. </w:t>
      </w:r>
      <w:r>
        <w:t>в случае приостановления, прекращения действия или отзыва лицензии страховой медицинской организации с даты внесения в единый государственный реестр субъектов страхового дела, предусмотренный пунктом 2 статьи 41 Закона Российской Федерации от 27 ноября 1992 года №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 (Часть в редакции Федерального закона от 28.12.2024 № 552-ФЗ)</w:t>
      </w:r>
    </w:p>
    <w:p>
      <w:r>
        <w:rPr>
          <w:b/>
        </w:rPr>
        <w:t>Статья 391. Договор на оказание и оплату медицинской помощи в рамках базовой программы обязательного медицинского страхования</w:t>
      </w:r>
    </w:p>
    <w:p>
      <w:r>
        <w:rPr>
          <w:b/>
        </w:rPr>
        <w:t xml:space="preserve">1. </w:t>
      </w:r>
      <w:r>
        <w:t>Договор на оказание и оплату медицинской помощи в рамках базовой программы обязательного медицинского страхования заключается в установленном настоящим Федеральным законом порядке между включенной в единый реестр медицинских организаций медицинской организацией, подведомственной федеральному органу исполнительной власти, которой установлен объем предоставления медицинской помощи, подлежащий оплате за счет средств обязательного медицинского страхования, и Федеральным фондом</w:t>
      </w:r>
    </w:p>
    <w:p>
      <w:r>
        <w:rPr>
          <w:b/>
        </w:rPr>
        <w:t xml:space="preserve">2. </w:t>
      </w:r>
      <w:r>
        <w:t>По договору на оказание и оплату медицинской помощи в рамках базовой программы обязательного медицинского страхования медицинская организация, подведомственная федеральному органу исполнительной власти, обязуется оказать медицинскую помощь застрахованному лицу в рамках объемов предоставления медицинской помощи, распределенных указанной медицинской организации в порядке, установленном Правительством Российской Федерации, и по тарифам, установленным в соответствии с частью 31 статьи 30 настоящего Федерального закона, а Федеральный фонд обязуется оплатить указанную медицинскую помощь</w:t>
      </w:r>
    </w:p>
    <w:p>
      <w:r>
        <w:rPr>
          <w:b/>
        </w:rPr>
        <w:t xml:space="preserve">3. </w:t>
      </w:r>
      <w:r>
        <w:t>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Федерального фонда</w:t>
      </w:r>
    </w:p>
    <w:p>
      <w:r>
        <w:rPr>
          <w:b/>
        </w:rPr>
        <w:t xml:space="preserve">4. </w:t>
      </w:r>
      <w:r>
        <w:t>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медицинской организации, подведомственной федеральному органу исполнительной власти</w:t>
      </w:r>
    </w:p>
    <w:p>
      <w:r>
        <w:rPr>
          <w:b/>
        </w:rPr>
        <w:t xml:space="preserve">5. </w:t>
      </w:r>
      <w:r>
        <w:t>Оплата медицинской помощи застрахованному лицу осуществляется по тарифам на оплату медицинской помощи, установленным в соответствии с частью 31 статьи 30 настоящего Федерального закона, на основании представленных медицинской организацией, подведомственной федеральному органу исполнительной власти, реестров счетов и счетов на оплату медицинской помощи в пределах объемов предоставления медицинской помощи, установленных решением уполномоченного федерального органа исполнительной власти</w:t>
      </w:r>
    </w:p>
    <w:p>
      <w:r>
        <w:rPr>
          <w:b/>
        </w:rPr>
        <w:t xml:space="preserve">6. </w:t>
      </w:r>
      <w:r>
        <w:t>За неоказание, несвоевременное оказание медицинской помощи или оказание медицинской помощи ненадлежащего качества по договору на оказание и оплату медицинской помощи в рамках базовой программы обязательного медицинского страхования к медицинской организации, подведомственной федеральному органу исполнительной власти, применяются меры, предусмотренные статьей 41 настоящего Федерального закона и условиями указанного договора. Размеры неоплаты, неполной оплаты затрат на оказание медицинской помощи и размеры штрафов за неоказание, несвоевременное оказание либо оказание медицинской помощи ненадлежащего качества устанавливаются в договоре на оказание и оплату медицинской помощи в рамках базовой программы обязательного медицинского страхования. (В редакции Федерального закона от 06.12.2021 № 405-ФЗ)</w:t>
      </w:r>
    </w:p>
    <w:p>
      <w:r>
        <w:rPr>
          <w:b/>
        </w:rPr>
        <w:t xml:space="preserve">7. </w:t>
      </w:r>
      <w:r>
        <w:t>При утрате медицинской организацией, подведомственной федеральному органу исполнительной власти, права на осуществление медицинской деятельности договор на оказание и оплату медицинской помощи в рамках базовой программы обязательного медицинского страхования считается расторгнутым с момента утраты медицинской организацией, подведомственной федеральному органу исполнительной власти, права на осуществление медицинской деятельности</w:t>
      </w:r>
    </w:p>
    <w:p>
      <w:r>
        <w:rPr>
          <w:b/>
        </w:rPr>
        <w:t xml:space="preserve">8. </w:t>
      </w:r>
      <w:r>
        <w:t>Форма типового договора на оказание и оплату медицинской помощи в рамках базовой программы обязательного медицинского страхования утверждается уполномоченным федеральным органом исполнительной власти. (Дополнение статьей - Федеральный закон от 08.12.2020 № 430-ФЗ)</w:t>
      </w:r>
    </w:p>
    <w:p>
      <w:r>
        <w:rPr>
          <w:b/>
        </w:rPr>
        <w:t xml:space="preserve">3. </w:t>
      </w:r>
      <w:r>
        <w:t>получение от медицинских организаций, подведомственных федеральным органам исполнительной власти, сведений, необходимых для осуществления контроля за соблюдением требований к оказанию медицинской помощи застрахованным лицам, информации о режиме работы указанных организаций,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 а также обеспечение конфиденциальности и сохранности указанных сведений и осуществление проверки их достоверности</w:t>
      </w:r>
    </w:p>
    <w:p>
      <w:r>
        <w:rPr>
          <w:b/>
        </w:rPr>
        <w:t xml:space="preserve">3. </w:t>
      </w:r>
      <w:r>
        <w:t>проведение контроля объемов, сроков, качества и условий предоставления медицинской помощи медицинскими организациями, подведомственными федеральным органам исполнительной власти, в соответствии со статьей 40 настоящего Федерального закона</w:t>
      </w:r>
    </w:p>
    <w:p>
      <w:r>
        <w:rPr>
          <w:b/>
        </w:rPr>
        <w:t xml:space="preserve">3. </w:t>
      </w:r>
      <w:r>
        <w:t>организация оказания медицинской помощи застрахованному лицу другой медицинской организацией в случае утраты медицинской организацией, подведомственной федеральному органу исполнительной власти, права на осуществление медицинской деятельности</w:t>
      </w:r>
    </w:p>
    <w:p>
      <w:r>
        <w:rPr>
          <w:b/>
        </w:rPr>
        <w:t xml:space="preserve">4. </w:t>
      </w:r>
      <w:r>
        <w:t>предоставление сведений о застрахованном лице и об оказанной ему медицинской помощи, необходимых для проведения контроля объемов, сроков, качества и условий предоставления медицинской помощи, а также информации о режиме работы указанной организации,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w:t>
      </w:r>
    </w:p>
    <w:p>
      <w:r>
        <w:rPr>
          <w:b/>
        </w:rPr>
        <w:t xml:space="preserve">4. </w:t>
      </w:r>
      <w:r>
        <w:t>представление реестров счетов и счетов на оплату оказанной медицинской помощи</w:t>
      </w:r>
    </w:p>
    <w:p>
      <w:r>
        <w:rPr>
          <w:b/>
        </w:rPr>
        <w:t xml:space="preserve">4. </w:t>
      </w:r>
      <w:r>
        <w:t>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r>
        <w:rPr>
          <w:b/>
        </w:rPr>
        <w:t xml:space="preserve">4. </w:t>
      </w:r>
      <w:r>
        <w:t>выполнение иных предусмотренных настоящим Федеральным законом и договором на оказание и оплату медицинской помощи в рамках базовой программы обязательного медицинского страхования обязанностей</w:t>
      </w:r>
    </w:p>
    <w:p>
      <w:pPr>
        <w:pStyle w:val="Heading3"/>
      </w:pPr>
      <w:r>
        <w:t>Контроль объемов, сроков, качества и условий предоставления медицинской помощи по обязательному медицинскому страхованию</w:t>
      </w:r>
    </w:p>
    <w:p>
      <w:r>
        <w:rPr>
          <w:b/>
        </w:rPr>
        <w:t>Статья 40. Организация контроля объемов, сроков, качества и условий предоставления медицинской помощи</w:t>
      </w:r>
    </w:p>
    <w:p>
      <w:r>
        <w:rPr>
          <w:b/>
        </w:rPr>
        <w:t xml:space="preserve">1. </w:t>
      </w:r>
      <w:r>
        <w:t>Контроль объемов, сроков, качества и условий предоставления медицинской помощи медицинскими организациями в объеме и на условиях, которые установлены программами обязательного медицинского страхования, договором на оказание и оплату медицинской помощи по обязательному медицинскому страхованию и договором на оказание и оплату медицинской помощи в рамках базовой программы обязательного медицинского страхования, проводится в соответствии с порядком проведения контроля объемов, сроков, качества и условий предоставления медицинской помощи, устанавливающим в том числе формы его проведения, его продолжительность, периодичность, утвержденным уполномоченным федеральным органом исполнительной власти. (В редакции Федерального закона от 08.12.2020 № 430-ФЗ)</w:t>
      </w:r>
    </w:p>
    <w:p>
      <w:r>
        <w:rPr>
          <w:b/>
        </w:rPr>
        <w:t xml:space="preserve">2. </w:t>
      </w:r>
      <w:r>
        <w:t>Контроль объемов, сроков, качества и условий предоставления медицинской помощи осуществляется путем проведения медико-экономического контроля, медико-экономической экспертизы, экспертизы качества медицинской помощи</w:t>
      </w:r>
    </w:p>
    <w:p>
      <w:r>
        <w:rPr>
          <w:b/>
        </w:rPr>
        <w:t xml:space="preserve">3. </w:t>
      </w:r>
      <w:r>
        <w:t>Медико-экономический контроль - установление соответствия сведений об объемах и стоимости оказанной застрахованным лицам медицинской помощи на основании представленных к оплате медицинской организацией реестров счетов условиям договоров на оказание и оплату медицинской помощи по обязательному медицинскому страхованию или договоров на оказание и оплату медицинской помощи в рамках базовой программы обязательного медицинского страхования, программам обязательного медицинского страхования, объемам предоставления и финансового обеспечения медицинской помощи, способам оплаты медицинской помощи и тарифам на оплату медицинской помощи. (В редакции Федерального закона от 08.12.2020 № 430-ФЗ)</w:t>
      </w:r>
    </w:p>
    <w:p>
      <w:r>
        <w:rPr>
          <w:b/>
        </w:rPr>
        <w:t xml:space="preserve">4. </w:t>
      </w:r>
      <w:r>
        <w:t>Медико-экономическая экспертиза - установление соответствия фактических сроков оказания медицинской помощи, объемов медицинской помощи, предъявленных к оплате, записям в первичной медицинской документации и учетно-отчетной документации медицинской организации. (В редакции Федерального закона от 06.12.2021 № 405-ФЗ)</w:t>
      </w:r>
    </w:p>
    <w:p>
      <w:r>
        <w:rPr>
          <w:b/>
        </w:rPr>
        <w:t xml:space="preserve">5. </w:t>
      </w:r>
      <w:r>
        <w:t>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w:t>
      </w:r>
    </w:p>
    <w:p>
      <w:r>
        <w:rPr>
          <w:b/>
        </w:rPr>
        <w:t xml:space="preserve">6. </w:t>
      </w:r>
      <w:r>
        <w:t>Экспертиза качества медицинской помощи - выявление нарушений при оказании медицинской помощи, в том числе оценка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Экспертиза качества медицинской помощи проводится на основании критериев оценки качества медицинской помощи, утвержденных в соответствии с частью 2 статьи 64 Федерального закона от 21 ноября 2011 года № 323-ФЗ "Об основах охраны здоровья граждан в Российской Федерации". (В редакции федеральных законов от 01.12.2012 № 213-ФЗ, от 25.12.2018 № 489-ФЗ)</w:t>
      </w:r>
    </w:p>
    <w:p>
      <w:r>
        <w:rPr>
          <w:b/>
        </w:rPr>
        <w:t xml:space="preserve">7. </w:t>
      </w:r>
      <w:r>
        <w:t>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Федеральный фонд, территориальный фонд, страховая медицинская организация для организации и проведения экспертизы качества медицинской помощи поручают проведение указанной экспертизы эксперту качества медицинской помощи из числа экспертов качества медицинской помощи, включенных в единый реестр экспертов качества медицинской помощи. (В редакции федеральных законов от 02.07.2013 № 185-ФЗ, от 08.12.2020 № 430-ФЗ)</w:t>
      </w:r>
    </w:p>
    <w:p>
      <w:r>
        <w:rPr>
          <w:b/>
        </w:rPr>
        <w:t xml:space="preserve">71. </w:t>
      </w:r>
      <w:r>
        <w:t>Единый реестр экспертов качества медицинской помощи содержит сведения об экспертах качества медицинской помощи, в том числе фамилию, имя, отчество, специальность, стаж работы по специальности, и иные сведения, предусмотренные порядком ведения единого реестра экспертов качества медицинской помощи. Порядок ведения единого реестра экспертов качества медицинской помощи устанавливается уполномоченным федеральным органом исполнительной власти. (Дополнение частью - Федеральный закон от 30.11.2011 № 369-ФЗ) (В редакции федеральных законов от 08.12.2020 № 430-ФЗ, от 06.12.2021 № 405-ФЗ)</w:t>
      </w:r>
    </w:p>
    <w:p>
      <w:r>
        <w:rPr>
          <w:b/>
        </w:rPr>
        <w:t xml:space="preserve">8. </w:t>
      </w:r>
      <w:r>
        <w:t>Медицинская организация не вправе препятствовать доступу экспертов к материалам, необходимым для проведения медико-экономической экспертизы, экспертизы качества медицинской помощи, и обязана предоставлять экспертам запрашиваемую ими информацию</w:t>
      </w:r>
    </w:p>
    <w:p>
      <w:r>
        <w:rPr>
          <w:b/>
        </w:rPr>
        <w:t xml:space="preserve">9. </w:t>
      </w:r>
      <w:r>
        <w:t>Результаты медико-экономического контроля, медико-экономической экспертизы, экспертизы качества медицинской помощи оформляются соответствующими заключениями по формам, установленным Федеральным фондом. (В редакции Федерального закона от 08.12.2020 № 430-ФЗ)</w:t>
      </w:r>
    </w:p>
    <w:p>
      <w:r>
        <w:rPr>
          <w:b/>
        </w:rPr>
        <w:t xml:space="preserve">10. </w:t>
      </w:r>
      <w:r>
        <w:t>По результатам контроля объемов, сроков, качества и условий предоставления медицинской помощи применяются меры, предусмотренные статьей 41 настоящего Федерального закона и условиями договора на оказание и оплату медицинской помощи по обязательному медицинскому страхованию,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 (В редакции Федерального закона от 01.12.2012 № 213-ФЗ)</w:t>
      </w:r>
    </w:p>
    <w:p>
      <w:r>
        <w:rPr>
          <w:b/>
        </w:rPr>
        <w:t xml:space="preserve">11. </w:t>
      </w:r>
      <w:r>
        <w:t>Территориальный фонд в порядке, установленном уполномоченным федеральным органом исполнительной власти, вправе осуществлять контроль за деятельностью страховых медицинских организаций путем организации контроля объемов, сроков, качества и условий предоставления медицинской помощи, проводить медико-экономический контроль, медико-экономическую экспертизу, экспертизу качества медицинской помощи, в том числе повторно, а также контроль за использованием средств обязательного медицинского страхования страховыми медицинскими организациями и медицинскими организациями. Территориальный фонд по месту оказания медицинской помощи проводит медико-экономический контроль, медико-экономическую экспертизу, экспертизу качества медицинской помощи в случае, если медицинская помощь оказана застрахованным лицам за пределами территории субъекта Российской Федерации, в котором выдан полис обязательного медицинского страхования. Эксперты территориального фонда должны соответствовать требованиям, установленным частями 5 и 7 настоящей статьи. (В редакции Федерального закона от 08.12.2020 № 430-ФЗ)</w:t>
      </w:r>
    </w:p>
    <w:p>
      <w:r>
        <w:rPr>
          <w:b/>
        </w:rPr>
        <w:t xml:space="preserve">12. </w:t>
      </w:r>
      <w:r>
        <w:t>По результатам контроля объемов, сроков, качества и условий предоставления медицинской помощи Федеральный фонд, территориальный фонд и (или) страховая медицинская организация в порядке, установленном уполномоченным федеральным органом исполнительной власти, информируют застрахованных лиц о выявленных нарушениях при оказании им медицинской помощи в соответствии с программами обязательного медицинского страхования. (В редакции федеральных законов от 08.12.2020 № 430-ФЗ, от 06.12.2021 № 405-ФЗ)</w:t>
      </w:r>
    </w:p>
    <w:p>
      <w:r>
        <w:rPr>
          <w:b/>
        </w:rPr>
        <w:t>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w:t>
      </w:r>
    </w:p>
    <w:p>
      <w:r>
        <w:rPr>
          <w:b/>
        </w:rPr>
        <w:t xml:space="preserve">1. </w:t>
      </w:r>
      <w:r>
        <w:t>Сумма, не подлежащая оплате по результатам медико-экономического контроля, медико-экономической экспертизы, экспертизы качества медицинской помощи, удерживается из объема средств, предусмотренных для оплаты медицинской помощи, оказанной медицинскими организациями, или подлежит возврату в страховую медицинскую организацию, Федеральный фонд в соответствии с договором на оказание и оплату медицинской помощи по обязательному медицинскому страхованию, договором на оказание и оплату медицинской помощи в рамках базовой программы обязательного медицинского страхования, перечнем оснований для отказа в оплате медицинской помощи либо уменьшению оплаты медицинской помощи в соответствии с порядком проведения контроля объемов, сроков, качества и условий предоставления медицинской помощи. (В редакции федеральных законов от 08.12.2020 № 430-ФЗ, от 06.12.2021 № 405-ФЗ)</w:t>
      </w:r>
    </w:p>
    <w:p>
      <w:r>
        <w:rPr>
          <w:b/>
        </w:rPr>
        <w:t xml:space="preserve">2. </w:t>
      </w:r>
      <w:r>
        <w:t>Взаимные обязательства медицинских организаций, страховых медицинских организаций и Федерального фонда,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штрафов за неоказание, несвоевременное оказание либо оказание медицинской помощи ненадлежащего качества, предусматриваются заключенным между ними договором на оказание и оплату медицинской помощи по обязательному медицинскому страхованию, договором на оказание и оплату медицинской помощи в рамках базовой программы обязательного медицинского страхования и порядком оплаты медицинской помощи по обязательному медицинскому страхованию, включающим в себя методику исчисления размеров неполной оплаты затрат на оказание медицинской помощи, указанных штрафов и установленным правилами обязательного медицинского страхования. Размеры неоплаты, неполной оплаты затрат на оказание медицинской помощи в рамках территориальной программы обязательного медицинского страхования и штрафов, исчисленных и установленных в соответствии с настоящей частью, указываются в тарифном соглашении, заключаемом в соответствии с частью 2 статьи 30 настоящего Федерального закона. (В редакции федеральных законов от 25.11.2013 № 317-ФЗ, от 30.12.2015 № 432-ФЗ, от 08.12.2020 № 430-ФЗ, от 06.12.2021 № 405-ФЗ)</w:t>
      </w:r>
    </w:p>
    <w:p>
      <w:r>
        <w:rPr>
          <w:b/>
        </w:rPr>
        <w:t xml:space="preserve">3. </w:t>
      </w:r>
      <w:r>
        <w:t>Неоплата или неполная оплата медицинской помощи, а также уплата медицинской организацией штрафов за неоказание, несвоевременное оказание либо оказание медицинской помощи ненадлежащего качества не освобождает медицинскую организацию от возмещения застрахованному лицу вреда, причиненного по вине медицинской организации, в порядке, установленном законодательством Российской Федерации</w:t>
      </w:r>
    </w:p>
    <w:p>
      <w:r>
        <w:rPr>
          <w:b/>
        </w:rPr>
        <w:t>Статья 42. Обжалование заключений страховой медицинской организации и Федерального фонда, заключений и решений территориального фонда по оценке контроля объемов, сроков, качества и условий предоставления медицинской помощи</w:t>
      </w:r>
    </w:p>
    <w:p>
      <w:r>
        <w:t>(Наименование в редакции Федерального закона от 08.12.2020 № 430-ФЗ)</w:t>
      </w:r>
    </w:p>
    <w:p>
      <w:r>
        <w:rPr>
          <w:b/>
        </w:rPr>
        <w:t xml:space="preserve">1. </w:t>
      </w:r>
      <w:r>
        <w:t>Медицинская организация в течение 15 рабочих дней со дня получения актов страховой медицинской организации вправе обжаловать заключение страховой медицинской организации при наличии разногласий по результатам медико-экономической экспертизы и экспертизы качества медицинской помощи путем направления претензии в территориальный фонд. (В редакции Федерального закона от 08.12.2020 № 430-ФЗ)</w:t>
      </w:r>
    </w:p>
    <w:p>
      <w:r>
        <w:rPr>
          <w:b/>
        </w:rPr>
        <w:t xml:space="preserve">2. </w:t>
      </w:r>
      <w:r>
        <w:t>Претензия оформляется в письменной форме и направляется вместе с необходимыми материалами в территориальный фонд</w:t>
      </w:r>
    </w:p>
    <w:p>
      <w:r>
        <w:rPr>
          <w:b/>
        </w:rPr>
        <w:t xml:space="preserve">3. </w:t>
      </w:r>
      <w:r>
        <w:t>Территориальный фонд в течение 30 рабочих дней со дня поступления претензии рассматривает поступившие от медицинской организации материалы и организует проведение повторных медико-экономической экспертизы и экспертизы качества медицинской помощи. (В редакции Федерального закона от 08.12.2020 № 430-ФЗ)</w:t>
      </w:r>
    </w:p>
    <w:p>
      <w:r>
        <w:rPr>
          <w:b/>
        </w:rPr>
        <w:t xml:space="preserve">4. </w:t>
      </w:r>
      <w:r>
        <w:t>Повторные медико-экономическая экспертиза и экспертиза качества медицинской помощи проводятся экспертами, назначенными территориальным фондом, и оформляются решением территориального фонда. (В редакции Федерального закона от 08.12.2020 № 430-ФЗ)</w:t>
      </w:r>
    </w:p>
    <w:p>
      <w:r>
        <w:rPr>
          <w:b/>
        </w:rPr>
        <w:t xml:space="preserve">5. </w:t>
      </w:r>
      <w:r>
        <w:t>При несогласии медицинской организации с заключением Федерального фонда или с решением или заключением территориального фонда она вправе обжаловать это заключение или решение в судебном порядке. (В редакции Федерального закона от 08.12.2020 № 430-ФЗ)</w:t>
      </w:r>
    </w:p>
    <w:p>
      <w:pPr>
        <w:pStyle w:val="Heading3"/>
      </w:pPr>
      <w:r>
        <w:t>Организация персонифицированного учета в сфере обязательного медицинского страхования</w:t>
      </w:r>
    </w:p>
    <w:p>
      <w:r>
        <w:rPr>
          <w:b/>
        </w:rPr>
        <w:t>Статья 43. Персонифицированный учет в сфере обязательного медицинского страхования</w:t>
      </w:r>
    </w:p>
    <w:p>
      <w:r>
        <w:rPr>
          <w:b/>
        </w:rPr>
        <w:t xml:space="preserve">1. </w:t>
      </w:r>
      <w:r>
        <w:t>Персонифицированный учет в сфере обязательного медицинского страхования (далее - персонифицированный учет) - организация и ведение учета сведений о каждом застрахованном лице в целях реализации прав граждан на бесплатное оказание медицинской помощи в рамках программ обязательного медицинского страхования</w:t>
      </w:r>
    </w:p>
    <w:p>
      <w:r>
        <w:rPr>
          <w:b/>
        </w:rPr>
        <w:t xml:space="preserve">2. </w:t>
      </w:r>
      <w:r>
        <w:t>Целями персонифицированного учета являются</w:t>
      </w:r>
    </w:p>
    <w:p>
      <w:r>
        <w:rPr>
          <w:b/>
        </w:rPr>
        <w:t xml:space="preserve">3. </w:t>
      </w:r>
      <w:r>
        <w:t>Персонифицированный учет, сбор, обработка, передача и хранение сведений осуществляются Федеральным фондом и территориальными фондами, федеральным органом исполнительной власти, уполномоченным по контролю и надзору в области налогов и сборов, его территориальными органами, Фондом пенсионного и социального страхования Российской Федерации, его территориальными органами, страховыми медицинскими организациями, медицинскими организациями и страхователями для неработающих граждан в соответствии с полномочиями, предусмотренными настоящим Федеральным законом. (В редакции федеральных законов от 03.07.2016 № 250-ФЗ, от 14.07.2022 № 237-ФЗ)</w:t>
      </w:r>
    </w:p>
    <w:p>
      <w:r>
        <w:rPr>
          <w:b/>
        </w:rPr>
        <w:t xml:space="preserve">4. </w:t>
      </w:r>
      <w:r>
        <w:t>(Часть утратила силу - Федеральный закон от 29.07.2018 № 268-ФЗ)</w:t>
      </w:r>
    </w:p>
    <w:p>
      <w:r>
        <w:rPr>
          <w:b/>
        </w:rPr>
        <w:t xml:space="preserve">5. </w:t>
      </w:r>
      <w:r>
        <w:t>Порядок ведения персонифицированного учета определяется Правительством Российской Федерации. (В редакции Федерального закона от 06.12.2021 № 405-ФЗ)</w:t>
      </w:r>
    </w:p>
    <w:p>
      <w:r>
        <w:rPr>
          <w:b/>
        </w:rPr>
        <w:t xml:space="preserve">2. </w:t>
      </w:r>
      <w:r>
        <w:t>создание условий для обеспечения гарантий прав застрахованных лиц на бесплатное оказание медицинской помощи надлежащего качества и в соответствующем объеме в рамках программ обязательного медицинского страхования</w:t>
      </w:r>
    </w:p>
    <w:p>
      <w:r>
        <w:rPr>
          <w:b/>
        </w:rPr>
        <w:t xml:space="preserve">2. </w:t>
      </w:r>
      <w:r>
        <w:t>создание условий для осуществления контроля за использованием средств обязательного медицинского страхования</w:t>
      </w:r>
    </w:p>
    <w:p>
      <w:r>
        <w:rPr>
          <w:b/>
        </w:rPr>
        <w:t xml:space="preserve">2. </w:t>
      </w:r>
      <w:r>
        <w:t>определение потребности в объемах медицинской помощи в целях разработки программ обязательного медицинского страхования</w:t>
      </w:r>
    </w:p>
    <w:p>
      <w:r>
        <w:rPr>
          <w:b/>
        </w:rPr>
        <w:t>Статья 44. Персонифицированный учет сведений о застрахованных лицах и сведений о медицинской помощи, оказанной застрахованным лицам</w:t>
      </w:r>
    </w:p>
    <w:p>
      <w:r>
        <w:rPr>
          <w:b/>
        </w:rPr>
        <w:t xml:space="preserve">1. </w:t>
      </w:r>
      <w:r>
        <w:t>В сфере обязательного медицинского страхования ведется персонифицированный учет сведений о застрахованных лицах и персонифицированный учет сведений о медицинской помощи, оказанной застрахованным лицам</w:t>
      </w:r>
    </w:p>
    <w:p>
      <w:r>
        <w:rPr>
          <w:b/>
        </w:rPr>
        <w:t xml:space="preserve">2. </w:t>
      </w:r>
      <w:r>
        <w:t>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w:t>
      </w:r>
    </w:p>
    <w:p>
      <w:r>
        <w:rPr>
          <w:b/>
        </w:rPr>
        <w:t xml:space="preserve">3. </w:t>
      </w:r>
      <w:r>
        <w:t>Персонифицированный учет сведений о застрахованных лицах ведется в едином регистре застрахованных лиц, включающем региональные сегменты, содержащие сведения о застрахованных лицах, которым на территории субъекта Российской Федерации выдан полис обязательного медицинского страхования. В едином регистре застрахованных лиц не допускается использование сведений, отнесенных в установленном законодательством Российской Федерации порядке к сведениям, составляющим государственную тайну. (В редакции Федерального закона от 06.12.2021 № 405-ФЗ)</w:t>
      </w:r>
    </w:p>
    <w:p>
      <w:r>
        <w:rPr>
          <w:b/>
        </w:rPr>
        <w:t xml:space="preserve">4. </w:t>
      </w:r>
      <w:r>
        <w:t>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w:t>
      </w:r>
    </w:p>
    <w:p>
      <w:r>
        <w:rPr>
          <w:b/>
        </w:rPr>
        <w:t xml:space="preserve">5. </w:t>
      </w:r>
      <w:r>
        <w:t>Сведения о застрахованном лице и об оказанной ему медицинской помощи могут предоставляться в виде документов как в форме документа на бумажном носителе, так и в форме электронного документа при наличии гарантии их достоверности (подлинности), защиты от несанкционированного доступа и искажений. В этом случае юридическая сила представленных документов подтверждается усиленной квалифицированной электронной подписью в соответствии с законодательством Российской Федерации. (В редакции федеральных законов от 12.03.2014 № 33-ФЗ, от 06.12.2021 № 405-ФЗ)</w:t>
      </w:r>
    </w:p>
    <w:p>
      <w:r>
        <w:rPr>
          <w:b/>
        </w:rPr>
        <w:t xml:space="preserve">6. </w:t>
      </w:r>
      <w:r>
        <w:t>Сведения о застрахованном лице и об оказанной ему медицинской помощи, а также сведения, касающиеся застрахованного лица и указанные в частях 6 и 8 статьи 49 и части 3 статьи 491 настоящего Федерального закона, относятся к информации ограниченного доступа и подлежат защите в соответствии с законодательством Российской Федерации. (В редакции Федерального закона от 29.07.2018 № 268-ФЗ)</w:t>
      </w:r>
    </w:p>
    <w:p>
      <w:r>
        <w:rPr>
          <w:b/>
        </w:rPr>
        <w:t xml:space="preserve">7. </w:t>
      </w:r>
      <w:r>
        <w:t>Сведения о застрахованном лице, предусмотренные пунктами 11 - 14 части 2 настоящей статьи, предоставляются Федеральным фондом по межведомственным запросам органам государственной власти, предоставляющим государственные услуги, или органам местного самоуправления, предоставляющим муниципальные услуги, если для предоставления государственной или муниципальной услуги предусмотрено предоставление таких сведений или документа, содержащего такие сведения, в указанные государственные органы или органы местного самоуправления. Такие сведения предоставляются Федеральным фондом также медицинским организациям в целях подтверждения действительности полисов обязательного медицинского страхования при обращении застрахованных лиц за получением медицинской помощи. В этих же целях такие сведения могут предоставляться медицинским организациям территориальными фондами в случае их получения от Федерального фонда. (Дополнение частью - Федеральный закон от 28.07.2012 № 133-ФЗ) (В редакции Федерального закона от 06.12.2021 № 405-ФЗ)</w:t>
      </w:r>
    </w:p>
    <w:p>
      <w:r>
        <w:rPr>
          <w:b/>
        </w:rPr>
        <w:t xml:space="preserve">8. </w:t>
      </w:r>
      <w:r>
        <w:t>Сведения о застрахованных лицах, предусмотренные частью 2 настоящей статьи, предоставляются Федеральным фондом территориальным фондам в режиме реального времени для использования в региональных информационных системах обязательного медицинского страхования в целях осуществления полномочий страховщика. (Дополнение частью - Федеральный закон от 06.12.2021 № 405-ФЗ)</w:t>
      </w:r>
    </w:p>
    <w:p>
      <w:r>
        <w:rPr>
          <w:b/>
        </w:rPr>
        <w:t xml:space="preserve">9. </w:t>
      </w:r>
      <w:r>
        <w:t>Сведения о застрахованном лице и об оказанной ему медицинской помощи, предусмотренные настоящей статьей, предоставляются застрахованному лицу в части, относящейся к застрахованному лицу и к каждому из его детей, не достигших совершеннолетия. Предоставление таких сведений (за исключением сведений, указанных в пунктах 8 и 10 - 12 части 4 настоящей статьи) осуществляется посредством использования федеральной государственной информационной системы "Единый портал государственных и муниципальных услуг (функций)" и региональных порталов государственных и муниципальных услуг. Предоставление сведений, указанных в пунктах 8 и 10 - 12 части 4 настоящей статьи, осуществляется посредством использования государственной информационной системы обязательного медицинского страхования и региональных информационных систем обязательного медицинского страхования (при наличии). Доступ к таким сведениям застрахованных лиц обеспечивается посредством использования соответственно федеральной государственной информационной системы "Единый портал государственных и муниципальных услуг (функций)" и региональных порталов государственных и муниципальных услуг. (Дополнение частью - Федеральный закон от 06.12.2021 № 405-ФЗ)</w:t>
      </w:r>
    </w:p>
    <w:p>
      <w:r>
        <w:rPr>
          <w:b/>
        </w:rPr>
        <w:t xml:space="preserve">2. </w:t>
      </w:r>
      <w:r>
        <w:t>фамилия, имя, отчество</w:t>
      </w:r>
    </w:p>
    <w:p>
      <w:r>
        <w:rPr>
          <w:b/>
        </w:rPr>
        <w:t xml:space="preserve">2. </w:t>
      </w:r>
      <w:r>
        <w:t>пол</w:t>
      </w:r>
    </w:p>
    <w:p>
      <w:r>
        <w:rPr>
          <w:b/>
        </w:rPr>
        <w:t xml:space="preserve">2. </w:t>
      </w:r>
      <w:r>
        <w:t>дата рождения</w:t>
      </w:r>
    </w:p>
    <w:p>
      <w:r>
        <w:rPr>
          <w:b/>
        </w:rPr>
        <w:t xml:space="preserve">2. </w:t>
      </w:r>
      <w:r>
        <w:t>место рождения</w:t>
      </w:r>
    </w:p>
    <w:p>
      <w:r>
        <w:rPr>
          <w:b/>
        </w:rPr>
        <w:t xml:space="preserve">2. </w:t>
      </w:r>
      <w:r>
        <w:t>гражданство</w:t>
      </w:r>
    </w:p>
    <w:p>
      <w:r>
        <w:rPr>
          <w:b/>
        </w:rPr>
        <w:t xml:space="preserve">2. </w:t>
      </w:r>
      <w:r>
        <w:t>реквизиты документа, удостоверяющего личность (для детей в возрасте до четырнадцати лет - реквизиты записи акта гражданского состояния о рождении); (В редакции Федерального закона от 06.12.2021 № 405-ФЗ) 7) место жительства</w:t>
      </w:r>
    </w:p>
    <w:p>
      <w:r>
        <w:rPr>
          <w:b/>
        </w:rPr>
        <w:t xml:space="preserve">2. </w:t>
      </w:r>
      <w:r>
        <w:t>место пребывания; (В редакции Федерального закона от 06.12.2021 № 405-ФЗ) 9) (Пункт утратил силу - Федеральный закон от 06.12.2021 № 405-ФЗ) 10) страховой номер индивидуального лицевого счета (СНИЛС), принятый в соответствии с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(В редакции Федерального закона от 14.07.2022 № 237-ФЗ) 11) полис обязательного медицинского страхования застрахованного лица; (В редакции Федерального закона от 06.12.2021 № 405-ФЗ) 111) субъект Российской Федерации, в котором выдан полис обязательного медицинского страхования; (Дополнение пунктом - Федеральный закон от 06.12.2021 № 405-ФЗ) 12) данные о страховой медицинской организации, выбранной застрахованным лицом или определенной застрахованному лицу в соответствии с настоящим Федеральным законом; (В редакции Федерального закона от 06.12.2021 № 405-ФЗ) 13) дата выдачи полиса обязательного медицинского страхования, дата регистрации в качестве застрахованного лица в субъекте Российской Федерации; (В редакции Федерального закона от 06.12.2021 № 405-ФЗ) 14) статус застрахованного лица (работающий, неработающий)</w:t>
      </w:r>
    </w:p>
    <w:p>
      <w:r>
        <w:rPr>
          <w:b/>
        </w:rPr>
        <w:t xml:space="preserve">2. </w:t>
      </w:r>
      <w:r>
        <w:t>сведения о медицинской организации, выбранной застрахованным лицом в соответствии с законодательством Российской Федерации для получения первичной медико-санитарной помощи; (Дополнение пунктом - Федеральный закон от 01.12.2012 № 213-ФЗ) 16)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(при наличии); (Дополнение пунктом - Федеральный закон от 14.12.2015 № 374-ФЗ) (В редакции Федерального закона от 06.12.2021 № 405-ФЗ) 17) сведения о законных представителях ребенка. Состав таких сведений определяется порядком ведения персонифицированного учета. (Дополнение пунктом - Федеральный закон от 06.12.2021 № 405-ФЗ)</w:t>
      </w:r>
    </w:p>
    <w:p>
      <w:r>
        <w:rPr>
          <w:b/>
        </w:rPr>
        <w:t xml:space="preserve">4. </w:t>
      </w:r>
      <w:r>
        <w:t>номер полиса обязательного медицинского страхования застрахованного лица</w:t>
      </w:r>
    </w:p>
    <w:p>
      <w:r>
        <w:rPr>
          <w:b/>
        </w:rPr>
        <w:t xml:space="preserve">4. </w:t>
      </w:r>
      <w:r>
        <w:t>сведения о медицинской организации, оказавшей медицинскую помощь; (В редакции федеральных законов от 25.11.2013 № 317-ФЗ, от 06.12.2021 № 405-ФЗ) 3) виды оказанной медицинской помощи</w:t>
      </w:r>
    </w:p>
    <w:p>
      <w:r>
        <w:rPr>
          <w:b/>
        </w:rPr>
        <w:t xml:space="preserve">4. </w:t>
      </w:r>
      <w:r>
        <w:t>условия оказания медицинской помощи</w:t>
      </w:r>
    </w:p>
    <w:p>
      <w:r>
        <w:rPr>
          <w:b/>
        </w:rPr>
        <w:t xml:space="preserve">4. </w:t>
      </w:r>
      <w:r>
        <w:t>формы оказания медицинской помощи; (Дополнение пунктом - Федеральный закон от 25.11.2013 № 317-ФЗ) 5) сроки оказания медицинской помощи</w:t>
      </w:r>
    </w:p>
    <w:p>
      <w:r>
        <w:rPr>
          <w:b/>
        </w:rPr>
        <w:t xml:space="preserve">4. </w:t>
      </w:r>
      <w:r>
        <w:t>объемы оказанной медицинской помощи</w:t>
      </w:r>
    </w:p>
    <w:p>
      <w:r>
        <w:rPr>
          <w:b/>
        </w:rPr>
        <w:t xml:space="preserve">4. </w:t>
      </w:r>
      <w:r>
        <w:t>стоимость оказанной медицинской помощи</w:t>
      </w:r>
    </w:p>
    <w:p>
      <w:r>
        <w:rPr>
          <w:b/>
        </w:rPr>
        <w:t xml:space="preserve">4. </w:t>
      </w:r>
      <w:r>
        <w:t>диагноз</w:t>
      </w:r>
    </w:p>
    <w:p>
      <w:r>
        <w:rPr>
          <w:b/>
        </w:rPr>
        <w:t xml:space="preserve">4. </w:t>
      </w:r>
      <w:r>
        <w:t>профиль оказания медицинской помощи</w:t>
      </w:r>
    </w:p>
    <w:p>
      <w:r>
        <w:rPr>
          <w:b/>
        </w:rPr>
        <w:t xml:space="preserve">4. </w:t>
      </w:r>
      <w:r>
        <w:t>сведения об оказанной медицинской помощи застрахованному лицу и о примененных лекарственных препаратах; (В редакции Федерального закона от 06.12.2021 № 405-ФЗ) 11) примененные стандарты медицинской помощи; (В редакции Федерального закона от 25.11.2013 № 317-ФЗ) 12) сведения о медицинском работнике или медицинских работниках, оказавших медицинскую помощь; (В редакции федеральных законов от 25.11.2013 № 317-ФЗ, от 06.12.2021 № 405-ФЗ) 13) результат обращения за медицинской помощью</w:t>
      </w:r>
    </w:p>
    <w:p>
      <w:r>
        <w:rPr>
          <w:b/>
        </w:rPr>
        <w:t xml:space="preserve">4. </w:t>
      </w:r>
      <w:r>
        <w:t>результаты проведенного контроля объемов, сроков, качества и условий предоставления медицинской помощи</w:t>
      </w:r>
    </w:p>
    <w:p>
      <w:r>
        <w:rPr>
          <w:b/>
        </w:rPr>
        <w:t>Статья 441.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w:t>
      </w:r>
    </w:p>
    <w:p>
      <w:r>
        <w:rPr>
          <w:b/>
        </w:rPr>
        <w:t xml:space="preserve">1. </w:t>
      </w:r>
      <w:r>
        <w:t>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 осуществляется посредством государственной информационной системы обязательного медицинского страхования</w:t>
      </w:r>
    </w:p>
    <w:p>
      <w:r>
        <w:rPr>
          <w:b/>
        </w:rPr>
        <w:t xml:space="preserve">2. </w:t>
      </w:r>
      <w:r>
        <w:t>Государственная информационная система обязательного медицинского страхования обеспечивает</w:t>
      </w:r>
    </w:p>
    <w:p>
      <w:r>
        <w:rPr>
          <w:b/>
        </w:rPr>
        <w:t xml:space="preserve">3. </w:t>
      </w:r>
      <w:r>
        <w:t>Порядок функционирования государственной информационной системы обязательного медицинского страхования устанавливается Правительством Российской Федерации</w:t>
      </w:r>
    </w:p>
    <w:p>
      <w:r>
        <w:rPr>
          <w:b/>
        </w:rPr>
        <w:t xml:space="preserve">4. </w:t>
      </w:r>
      <w:r>
        <w:t>Оператором государственной информационной системы обязательного медицинского страхования является Федеральный фонд</w:t>
      </w:r>
    </w:p>
    <w:p>
      <w:r>
        <w:rPr>
          <w:b/>
        </w:rPr>
        <w:t xml:space="preserve">5. </w:t>
      </w:r>
      <w:r>
        <w:t>Оператор государственной информационной системы обязательного медицинского страхования осуществляет</w:t>
      </w:r>
    </w:p>
    <w:p>
      <w:r>
        <w:rPr>
          <w:b/>
        </w:rPr>
        <w:t xml:space="preserve">6. </w:t>
      </w:r>
      <w:r>
        <w:t>Защита сведений, содержащихся в государственной информационной системе обязательного медицинского страхования, включая персональные данные, обеспечивается посредством применения организационных и технических мер защиты информации, а также осуществления контроля за их применением</w:t>
      </w:r>
    </w:p>
    <w:p>
      <w:r>
        <w:rPr>
          <w:b/>
        </w:rPr>
        <w:t xml:space="preserve">7. </w:t>
      </w:r>
      <w:r>
        <w:t>Субъекты Российской Федерации и (или) территориальные фонды вправе создавать, развивать и эксплуатировать региональные информационные системы обязательного медицинского страхования, интегрированные с государственной информационной системой обязательного медицинского страхования</w:t>
      </w:r>
    </w:p>
    <w:p>
      <w:r>
        <w:rPr>
          <w:b/>
        </w:rPr>
        <w:t xml:space="preserve">8. </w:t>
      </w:r>
      <w:r>
        <w:t>Интеграция информационных систем, указанных в части 7 настоящей статьи, с государственной информационной системой обязательного медицинского страхования осуществляется в соответствии с порядком информационного взаимодействия в сфере обязательного медицинского страхования, утверждаемым Федеральным фондом</w:t>
      </w:r>
    </w:p>
    <w:p>
      <w:r>
        <w:rPr>
          <w:b/>
        </w:rPr>
        <w:t xml:space="preserve">9. </w:t>
      </w:r>
      <w:r>
        <w:t>Территориальные фонды могут использовать введенные в эксплуатацию региональные информационные системы обязательного медицинского страхования для включения в них сведений, передаваемых территориальному фонду в соответствии с частью 8 статьи 44 настоящего Федерального закона, а также для сбора, обработки и хранения сведений, предусмотренных пунктами 15 и 16 части 2 статьи 44 настоящего Федерального закона, с последующей передачей таких сведений в единый регистр застрахованных лиц в соответствии с порядком информационного взаимодействия в сфере обязательного медицинского страхования. (Дополнение частью - Федеральный закон от 06.12.2021 № 405-ФЗ) (Дополнение статьей - Федеральный закон от 08.12.2020 № 430-ФЗ)</w:t>
      </w:r>
    </w:p>
    <w:p>
      <w:r>
        <w:rPr>
          <w:b/>
        </w:rPr>
        <w:t xml:space="preserve">2. </w:t>
      </w:r>
      <w:r>
        <w:t>ведение персонифицированного учета сведений о застрахованных лицах</w:t>
      </w:r>
    </w:p>
    <w:p>
      <w:r>
        <w:rPr>
          <w:b/>
        </w:rPr>
        <w:t xml:space="preserve">2. </w:t>
      </w:r>
      <w:r>
        <w:t>ведение персонифицированного учета сведений о медицинской помощи, оказанной застрахованным лицам</w:t>
      </w:r>
    </w:p>
    <w:p>
      <w:r>
        <w:rPr>
          <w:b/>
        </w:rPr>
        <w:t xml:space="preserve">2. </w:t>
      </w:r>
      <w:r>
        <w:t>формирование документов в сфере обязательного медицинского страхования, предусмотренных настоящим Федеральным законом и принятыми в соответствии с ним иными нормативными правовыми актами, а также обмен такими документами</w:t>
      </w:r>
    </w:p>
    <w:p>
      <w:r>
        <w:rPr>
          <w:b/>
        </w:rPr>
        <w:t xml:space="preserve">2. </w:t>
      </w:r>
      <w:r>
        <w:t>формирование и ведение единого реестра медицинских организаций</w:t>
      </w:r>
    </w:p>
    <w:p>
      <w:r>
        <w:rPr>
          <w:b/>
        </w:rPr>
        <w:t xml:space="preserve">2. </w:t>
      </w:r>
      <w:r>
        <w:t>формирование и ведение единого реестра страховых медицинских организаций</w:t>
      </w:r>
    </w:p>
    <w:p>
      <w:r>
        <w:rPr>
          <w:b/>
        </w:rPr>
        <w:t xml:space="preserve">2. </w:t>
      </w:r>
      <w:r>
        <w:t>формирование и ведение единого реестра экспертов качества медицинской помощи</w:t>
      </w:r>
    </w:p>
    <w:p>
      <w:r>
        <w:rPr>
          <w:b/>
        </w:rPr>
        <w:t xml:space="preserve">2. </w:t>
      </w:r>
      <w:r>
        <w:t>формирование отчетности в сфере обязательного медицинского страхования</w:t>
      </w:r>
    </w:p>
    <w:p>
      <w:r>
        <w:rPr>
          <w:b/>
        </w:rPr>
        <w:t xml:space="preserve">2. </w:t>
      </w:r>
      <w:r>
        <w:t>доступ к сведениям, содержащимся в государственной информационной системе обязательного медицинского страхования, предоставление таких сведений в электронном виде</w:t>
      </w:r>
    </w:p>
    <w:p>
      <w:r>
        <w:rPr>
          <w:b/>
        </w:rPr>
        <w:t xml:space="preserve">2. </w:t>
      </w:r>
      <w:r>
        <w:t>информационное взаимодействие государственной информационной системы обязательного медицинского страхования с единой государственной информационной системой в сфере здравоохранения и с иными государственными информационными системами, в том числе в соответствии с порядком информационного взаимодействия</w:t>
      </w:r>
    </w:p>
    <w:p>
      <w:r>
        <w:rPr>
          <w:b/>
        </w:rPr>
        <w:t xml:space="preserve">2. </w:t>
      </w:r>
      <w:r>
        <w:t>осуществление контроля достоверности, полноты и актуальности данных персонифицированного учета сведений о застрахованных лицах и сведений о медицинской помощи, оказанной застрахованным лицам</w:t>
      </w:r>
    </w:p>
    <w:p>
      <w:r>
        <w:rPr>
          <w:b/>
        </w:rPr>
        <w:t xml:space="preserve">2. </w:t>
      </w:r>
      <w:r>
        <w:t>использование усиленной квалифицированной электронной подписи при формировании электронных документов</w:t>
      </w:r>
    </w:p>
    <w:p>
      <w:r>
        <w:rPr>
          <w:b/>
        </w:rPr>
        <w:t xml:space="preserve">2. </w:t>
      </w:r>
      <w:r>
        <w:t>формирование иной информации и документов, а также выполнение иных функций в соответствии с настоящим Федеральным законом и принятыми в соответствии с ним иными нормативными правовыми актами</w:t>
      </w:r>
    </w:p>
    <w:p>
      <w:r>
        <w:rPr>
          <w:b/>
        </w:rPr>
        <w:t xml:space="preserve">5. </w:t>
      </w:r>
      <w:r>
        <w:t>развитие и эксплуатацию государственной информационной системы обязательного медицинского страхования, а также обработку сведений, содержащихся в государственной информационной системе обязательного медицинского страхования, в том числе персональных данных</w:t>
      </w:r>
    </w:p>
    <w:p>
      <w:r>
        <w:rPr>
          <w:b/>
        </w:rPr>
        <w:t xml:space="preserve">5. </w:t>
      </w:r>
      <w:r>
        <w:t>обеспечение бесперебойного ежедневного и круглосуточного функционирования государственной информационной системы обязательного медицинского страхования</w:t>
      </w:r>
    </w:p>
    <w:p>
      <w:r>
        <w:rPr>
          <w:b/>
        </w:rPr>
        <w:t xml:space="preserve">5. </w:t>
      </w:r>
      <w:r>
        <w:t>защиту сведений, содержащихся в государственной информационной системе обязательного медицинского страхования, в соответствии с требованиями настоящего Федерального закона, законодательства Российской Федерации об информации, информационных технологиях и о защите информации, законодательства Российской Федерации в области персональных данных при их обработке в государственной информационной системе обязательного медицинского страхования</w:t>
      </w:r>
    </w:p>
    <w:p>
      <w:r>
        <w:rPr>
          <w:b/>
        </w:rPr>
        <w:t xml:space="preserve">5. </w:t>
      </w:r>
      <w:r>
        <w:t>обеспечение межведомственного информационного взаимодействия при формировании и ведении персонифицированного учета сведений о застрахованных лицах и сведений о медицинской помощи, оказанной застрахованным лицам</w:t>
      </w:r>
    </w:p>
    <w:p>
      <w:r>
        <w:rPr>
          <w:b/>
        </w:rPr>
        <w:t xml:space="preserve">5. </w:t>
      </w:r>
      <w:r>
        <w:t>предоставление сведений, содержащихся в государственной информационной системе обязательного медицинского страхования, в соответствии со статьей 44 настоящего Федерального закона</w:t>
      </w:r>
    </w:p>
    <w:p>
      <w:r>
        <w:rPr>
          <w:b/>
        </w:rPr>
        <w:t>Статья 45. Полис обязательного медицинского страхования</w:t>
      </w:r>
    </w:p>
    <w:p>
      <w:r>
        <w:rPr>
          <w:b/>
        </w:rPr>
        <w:t xml:space="preserve">1. </w:t>
      </w:r>
      <w:r>
        <w:t>Полис обязательного медицинского страхования удостоверяет право застрахованного лица на бесплатное оказание медицинской помощи на всей территории Российской Федерации в объеме, предусмотренном базовой программой обязательного медицинского страхования. Полис обязательного медицинского страхования представляет собой уникальную последовательность символов в машиночитаемом виде, которая присваивается сведениям о застрахованном лице в едином регистре застрахованных лиц при ведении персонифицированного учета сведений о застрахованных лицах. Полис обязательного медицинского страхования может быть выдан в виде документа на материальном носителе, предназначенном для нанесения, хранения и передачи полиса, а также в виде штрихового кода (графической информации в кодированном виде), выполненного посредством использования федеральной государственной информационной системы "Единый портал государственных и муниципальных услуг (функций)". (В редакции Федерального закона от 06.12.2021 № 405-ФЗ)</w:t>
      </w:r>
    </w:p>
    <w:p>
      <w:r>
        <w:rPr>
          <w:b/>
        </w:rPr>
        <w:t xml:space="preserve">2. </w:t>
      </w:r>
      <w:r>
        <w:t>Требования к полису обязательного медицинского страхования и материальным носителям, предназначенным для нанесения, хранения и передачи полиса, состав сведений единого регистра застрахованных лиц, наносимых на указанные материальные носители и включаемых в штриховой код, устанавливаются правилами обязательного медицинского страхования. (В редакции федеральных законов от 28.12.2016 № 471-ФЗ, от 06.12.2021 № 405-ФЗ)</w:t>
      </w:r>
    </w:p>
    <w:p>
      <w:r>
        <w:rPr>
          <w:b/>
        </w:rPr>
        <w:t>Статья 46. Порядок формирования и выдачи полиса обязательного медицинского страхования застрахованному лицу</w:t>
      </w:r>
    </w:p>
    <w:p>
      <w:r>
        <w:rPr>
          <w:b/>
        </w:rPr>
        <w:t xml:space="preserve">1. </w:t>
      </w:r>
      <w:r>
        <w:t>Полис обязательного медицинского страхования формируется посредством включения сведений о застрахованном лице в единый регистр застрахованных лиц на основании данных, получаемых в целях ведения персонифицированного учета сведений о застрахованных лицах, в том числе предоставляемых органами и организациями, указанными в статье 49 настоящего Федерального закона, в порядке и случаях, которые предусмотрены порядком ведения персонифицированного учета, либо на основании заявления о включении в единый регистр застрахованных лиц, поданного застрахованным лицом лично или через своего представителя в порядке, установленном правилами обязательного медицинского страхования. (В редакции Федерального закона от 28.11.2025 № 430-ФЗ)</w:t>
      </w:r>
    </w:p>
    <w:p>
      <w:r>
        <w:rPr>
          <w:b/>
        </w:rPr>
        <w:t xml:space="preserve">2. </w:t>
      </w:r>
      <w:r>
        <w:t>Полис обязательного медицинского страхования, в том числе представленный в виде штрихового кода, выдается застрахованному лицу или его представителю в день подачи заявления о включении в единый регистр застрахованных лиц. Полис обязательного медицинского страхования, представленный в виде штрихового кода, выдается застрахованному лицу посредством использования федеральной государственной информационной системы "Единый портал государственных и муниципальных услуг (функций)". Полис обязательного медицинского страхования на материальном носителе выдается по запросу застрахованного лица или его представителя (за исключением застрахованных лиц, указанных в части 11 статьи 10 настоящего Федерального закона) на основании соответствующего заявления в сроки, установленные правилами обязательного медицинского страхования. (В редакции Федерального закона от 14.07.2022 № 237-ФЗ)</w:t>
      </w:r>
    </w:p>
    <w:p>
      <w:r>
        <w:rPr>
          <w:b/>
        </w:rPr>
        <w:t xml:space="preserve">3. </w:t>
      </w:r>
      <w:r>
        <w:t>Территориальный фонд не позднее одного рабочего дня, следующего за днем включения сведений о застрахованном лице в единый регистр застрахованных лиц, информирует о таком включении застрахованное лицо в соответствии с порядком ведения персонифицированного учета. (Статья в редакции Федерального закона от 06.12.2021 № 405-ФЗ)</w:t>
      </w:r>
    </w:p>
    <w:p>
      <w:r>
        <w:rPr>
          <w:b/>
        </w:rPr>
        <w:t>Статья 47. Взаимодействие медицинской организации с Федеральным фондом, территориальным фондом и страховой медицинской организацией при ведении персонифицированного учета сведений о медицинской помощи, оказанной застрахованным лицам</w:t>
      </w:r>
    </w:p>
    <w:p>
      <w:r>
        <w:t>(Наименование в редакции Федерального закона от 08.12.2020 № 430-ФЗ)</w:t>
      </w:r>
    </w:p>
    <w:p>
      <w:r>
        <w:rPr>
          <w:b/>
        </w:rPr>
        <w:t xml:space="preserve">1. </w:t>
      </w:r>
      <w:r>
        <w:t>Медицинские организации предоставляют сведения о медицинской помощи, оказанной застрахованным лицам, предусмотренные пунктами 1 - 13 части 4 статьи 44 настоящего Федерального закона, в Федеральный фонд, территориальный фонд и страховую медицинскую организацию в соответствии с порядком ведения персонифицированного учета. (В редакции федеральных законов от 08.12.2020 № 430-ФЗ, от 06.12.2021 № 405-ФЗ)</w:t>
      </w:r>
    </w:p>
    <w:p>
      <w:r>
        <w:rPr>
          <w:b/>
        </w:rPr>
        <w:t xml:space="preserve">2. </w:t>
      </w:r>
      <w:r>
        <w:t>Данные персонифицированного учета сведений о медицинской помощи, оказанной застрахованным лицам, предоставляются медицинскими организациями в страховые медицинские организации и Федеральный фонд в объеме и сроки, которые установлены договором на оказание и оплату медицинской помощи по обязательному медицинскому страхованию или договором на оказание и оплату медицинской помощи в рамках базовой программы обязательного медицинского страхования. (В редакции Федерального закона от 08.12.2020 № 430-ФЗ)</w:t>
      </w:r>
    </w:p>
    <w:p>
      <w:r>
        <w:rPr>
          <w:b/>
        </w:rPr>
        <w:t xml:space="preserve">3. </w:t>
      </w:r>
      <w:r>
        <w:t>Федеральный фонд, территориальные фонды, страховые медицинские организации и медицинские организации в соответствии с правилами организации государственного архивного дела хранят копии документов на бумажном и (или) электронном носителях, содержащих сведения, указанные в части 1 настоящей статьи. (В редакции Федерального закона от 28.11.2025 № 430-ФЗ)</w:t>
      </w:r>
    </w:p>
    <w:p>
      <w:r>
        <w:rPr>
          <w:b/>
        </w:rPr>
        <w:t xml:space="preserve">4. </w:t>
      </w:r>
      <w:r>
        <w:t>Медицинские организации, страховые медицинские организации, Федеральный фонд и территориальные фонды определяют работников, допущенных к работе с данными персонифицированного учета сведений о медицинской помощи, оказанной застрахованным лицам, и обеспечивают их конфиденциальность в соответствии с установленными законодательством Российской Федерации требованиями по защите персональных данных. (В редакции Федерального закона от 08.12.2020 № 430-ФЗ)</w:t>
      </w:r>
    </w:p>
    <w:p>
      <w:r>
        <w:rPr>
          <w:b/>
        </w:rPr>
        <w:t xml:space="preserve">5. </w:t>
      </w:r>
      <w:r>
        <w:t>После истечения срока, установленного для хранения копий документов на бумажном и электронном носителях в страховой медицинской организации, указанных в части 3 настоящей статьи, данные копии подлежат уничтожению в соответствии с законодательством Российской Федерации на основании акта об их уничтожении, утверждаемого руководителем страховой медицинской организации</w:t>
      </w:r>
    </w:p>
    <w:p>
      <w:r>
        <w:rPr>
          <w:b/>
        </w:rPr>
        <w:t xml:space="preserve">6. </w:t>
      </w:r>
      <w:r>
        <w:t>Данные персонифицированного учета сведений о медицинской помощи, оказанной застрахованным лицам, указанные в части 1 настоящей статьи, подлежат хранению в соответствии с законодательством Российской Федерации</w:t>
      </w:r>
    </w:p>
    <w:p>
      <w:r>
        <w:rPr>
          <w:b/>
        </w:rPr>
        <w:t xml:space="preserve">7. </w:t>
      </w:r>
      <w:r>
        <w:t>Федеральный фонд ежемесячно предоставляет в территориальный фонд данные персонифицированного учета сведений о медицинской помощи, оказанной застрахованным лицам в соответствии с пунктом 11 статьи 5 настоящего Федерального закона, в порядке, установленном уполномоченным федеральным органом исполнительной власти. (Дополнение частью - Федеральный закон от 08.12.2020 № 430-ФЗ)</w:t>
      </w:r>
    </w:p>
    <w:p>
      <w:r>
        <w:rPr>
          <w:b/>
        </w:rPr>
        <w:t>Статья 48. Взаимодействие страховой медицинской организации и территориального фонда при ведении персонифицированного учета сведений о медицинской помощи, оказанной застрахованным лицам</w:t>
      </w:r>
    </w:p>
    <w:p>
      <w:r>
        <w:rPr>
          <w:b/>
        </w:rPr>
        <w:t xml:space="preserve">1. </w:t>
      </w:r>
      <w:r>
        <w:t>Страховые медицинские организации предоставляют сведения о медицинской помощи, оказанной застрахованным лицам, полученные от медицинских организаций и указанные в части 4 статьи 44 настоящего Федерального закона, в территориальный фонд в соответствии с порядком ведения персонифицированного учета</w:t>
      </w:r>
    </w:p>
    <w:p>
      <w:r>
        <w:rPr>
          <w:b/>
        </w:rPr>
        <w:t xml:space="preserve">2. </w:t>
      </w:r>
      <w:r>
        <w:t>Данные персонифицированного учета сведений о медицинской помощи, оказанной застрахованным лицам, предоставляются страховыми медицинскими организациями в территориальный фонд в объеме и сроки, которые установлены договором о финансовом обеспечении обязательного медицинского страхования, но не позднее 20-го числа месяца, следующего за отчетным</w:t>
      </w:r>
    </w:p>
    <w:p>
      <w:r>
        <w:rPr>
          <w:b/>
        </w:rPr>
        <w:t xml:space="preserve">3. </w:t>
      </w:r>
      <w:r>
        <w:t>На основании сведений, указанных в части 1 статьи 47 настоящего Федерального закона и части 1 настоящей статьи, территориальные фонды ведут персонифицированный учет сведений о медицинской помощи, оказанной застрахованным лицам, в соответствии с настоящим Федеральным законом и порядком ведения персонифицированного учета</w:t>
      </w:r>
    </w:p>
    <w:p>
      <w:r>
        <w:rPr>
          <w:b/>
        </w:rPr>
        <w:t xml:space="preserve">4. </w:t>
      </w:r>
      <w:r>
        <w:t>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 (В редакции Федерального закона от 01.12.2012 № 213-ФЗ)</w:t>
      </w:r>
    </w:p>
    <w:p>
      <w:r>
        <w:rPr>
          <w:b/>
        </w:rPr>
        <w:t xml:space="preserve">5. </w:t>
      </w:r>
      <w:r>
        <w:t>Сведения, указанные в части 4 настоящей статьи, подлежат хранению в соответствии с правилами организации государственного архивного дела</w:t>
      </w:r>
    </w:p>
    <w:p>
      <w:r>
        <w:rPr>
          <w:b/>
        </w:rPr>
        <w:t>Статья 49. Информационное взаимодействие при ведении персонифицированного учета сведений о застрахованных лицах</w:t>
      </w:r>
    </w:p>
    <w:p>
      <w:r>
        <w:rPr>
          <w:b/>
        </w:rPr>
        <w:t xml:space="preserve">1. </w:t>
      </w:r>
      <w:r>
        <w:t>В целях персонифицированного учета сведений о застрахованных лицах Федеральный фонд осуществляет информационное взаимодействие с федеральным органом исполнительной власти, уполномоченным по контролю и надзору в области налогов и сборов, федеральным органом исполнительной власти в сфере внутренних дел, Фондом пенсионного и социального страхования Российской Федерации, территориальными фондами, иными органами и организациями в соответствии с настоящим Федеральным законом. Территориальные фонды осуществляют информационное взаимодействие со страхователями для неработающих граждан, медицинскими организациями, страховыми медицинскими организациями, иными органами и организациями в соответствии с настоящим Федеральным законом. (В редакции федеральных законов от 06.12.2021 № 405-ФЗ, от 14.07.2022 № 237-ФЗ)</w:t>
      </w:r>
    </w:p>
    <w:p>
      <w:r>
        <w:rPr>
          <w:b/>
        </w:rPr>
        <w:t xml:space="preserve">2. </w:t>
      </w:r>
      <w:r>
        <w:t>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застрахованных лицах, указанные в пунктах 1 - 10 и 14 части 2 статьи 44 настоящего Федерального закона. (В редакции Федерального закона от 06.12.2021 № 405-ФЗ)</w:t>
      </w:r>
    </w:p>
    <w:p>
      <w:r>
        <w:rPr>
          <w:b/>
        </w:rPr>
        <w:t xml:space="preserve">21. </w:t>
      </w:r>
      <w:r>
        <w:t>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части 11 статьи 10 настоящего Федерального закона, не позднее дня, следующего за днем учета в информационных ресурсах Фонда пенсионного и социального страхования Российской Федерации данных о фактах начала и окончания ими трудовых отношений (действия договоров гражданско-правового характера). (Дополнение частью - Федеральный закон от 14.07.2022 № 237-ФЗ)</w:t>
      </w:r>
    </w:p>
    <w:p>
      <w:r>
        <w:rPr>
          <w:b/>
        </w:rPr>
        <w:t xml:space="preserve">3. </w:t>
      </w:r>
      <w:r>
        <w:t>Федеральный фонд осуществляет обмен информацией с федеральным органом исполнительной власти, уполномоченным по контролю и надзору в области налогов и сборов,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уполномоченным по контролю и надзору в области налогов и сборов. Такое взаимодействие осуществляется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Федеральный фонд осуществляет обмен информацией с Фондом пенсионного и социального страхования Российской Федерации в электронном виде в составе и порядке, которые установлены соглашением об информационном обмене, заключаемым между Федеральным фондом и Фондом пенсионного и социального страхования Российской Федерации. (В редакции федеральных законов от 06.12.2021 № 405-ФЗ, от 14.07.2022 № 237-ФЗ)</w:t>
      </w:r>
    </w:p>
    <w:p>
      <w:r>
        <w:rPr>
          <w:b/>
        </w:rPr>
        <w:t xml:space="preserve">4. </w:t>
      </w:r>
      <w:r>
        <w:t>Федеральный фонд вносит в единый регистр застрахованных лиц сведения о застрахованном лице, предусмотренные частью 2 настоящей статьи, в течение 15 рабочих дней со дня их получения и сведения о застрахованном лице, предусмотренные частью 21 настоящей статьи, в течение одного рабочего дня со дня их получения. (В редакции Федерального закона от 14.07.2022 № 237-ФЗ)</w:t>
      </w:r>
    </w:p>
    <w:p>
      <w:r>
        <w:rPr>
          <w:b/>
        </w:rPr>
        <w:t xml:space="preserve">5. </w:t>
      </w:r>
      <w:r>
        <w:t>Территориальный фонд ежеквартально не позднее 15-го числа третьего месяца, следующего за отчетным периодом, предоставляет страхователю для неработающих граждан сведения о неработающих застрахованных лицах, предусмотренные пунктами 1 - 10 и 14 части 2 статьи 44 настоящего Федерального закона. Застрахованные лица, сведения о которых не предоставлены в соответствии с частью 2 настоящей статьи, для целей ведения персонифицированного учета сведений о застрахованных лицах учитываются территориальными фондами как неработающие застрахованные лица</w:t>
      </w:r>
    </w:p>
    <w:p>
      <w:r>
        <w:rPr>
          <w:b/>
        </w:rPr>
        <w:t xml:space="preserve">6. </w:t>
      </w:r>
      <w:r>
        <w:t>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пунктами 1 и 6 части 2 статьи 44 настоящего Федерального закона</w:t>
      </w:r>
    </w:p>
    <w:p>
      <w:r>
        <w:rPr>
          <w:b/>
        </w:rPr>
        <w:t xml:space="preserve">7. </w:t>
      </w:r>
      <w:r>
        <w:t>Федеральный орган исполнительной власти в сфере внутренних дел осуществляет обмен информацией с Федеральным фондом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в сфере внутренних дел, посредством использования единой системы межведомственного электронного взаимодействия</w:t>
      </w:r>
    </w:p>
    <w:p>
      <w:r>
        <w:rPr>
          <w:b/>
        </w:rPr>
        <w:t xml:space="preserve">8. </w:t>
      </w:r>
      <w:r>
        <w:t>Военные комиссариаты ежеквартально не позднее 15-го числа месяца, следующего за отчетным периодом, передают в территориальные фонды сведения о призванных на военную службу гражданах, предусмотренные пунктами 1 и 6 части 2 статьи 44 настоящего Федерального закона, и информацию о начале, сроке и окончании военной службы</w:t>
      </w:r>
    </w:p>
    <w:p>
      <w:r>
        <w:rPr>
          <w:b/>
        </w:rPr>
        <w:t xml:space="preserve">9. </w:t>
      </w:r>
      <w:r>
        <w:t>В целях ведения персонифицированного учета сведений о застрахованных лицах</w:t>
      </w:r>
    </w:p>
    <w:p>
      <w:r>
        <w:rPr>
          <w:b/>
        </w:rPr>
        <w:t xml:space="preserve">10. </w:t>
      </w:r>
      <w:r>
        <w:t>Федеральный фонд, территориальные фонды получают сведения об изменении реквизитов документа, удостоверяющего личность застрахованного лица, изменении места жительства и (или) места пребывания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порядке, установленном законодательством Российской Федерации. (Дополнение частью - Федеральный закон от 06.12.2021 № 405-ФЗ)</w:t>
      </w:r>
    </w:p>
    <w:p>
      <w:r>
        <w:rPr>
          <w:b/>
        </w:rPr>
        <w:t xml:space="preserve">11. </w:t>
      </w:r>
      <w:r>
        <w:t>Федеральный фонд, территориальные фонды вправе получать от государственных органов, органов местного самоуправления, иных органов и организаций сведения, необходимые для предоставления государственных услуг в сфере обязательного медицинского страхования и ведения персонифицированного учета сведений о застрахованных лицах, предусмотренных частью 2 статьи 44 настоящего Федерального закона. Получение таких сведений Федеральным фондом, территориальными фондами осуществляется в рамках межведомственного информационного взаимодействия. В случае осуществления указанного взаимодействия в электронной форме используются единая система межведомственного электронного взаимодействия и подключаемые к ней региональные системы межведомственного электронного взаимодействия, созданные в соответствии с требованиями Федерального закона от 27 июля 2010 года № 210-ФЗ "Об организации предоставления государственных и муниципальных услуг". (Дополнение частью - Федеральный закон от 06.12.2021 № 405-ФЗ) (Статья в редакции Федерального закона от 29.07.2018 № 268-ФЗ)</w:t>
      </w:r>
    </w:p>
    <w:p>
      <w:r>
        <w:rPr>
          <w:b/>
        </w:rPr>
        <w:t xml:space="preserve">6. </w:t>
      </w:r>
      <w:r>
        <w:t>о лицах, гражданство Российской Федерации которых прекращено</w:t>
      </w:r>
    </w:p>
    <w:p>
      <w:r>
        <w:rPr>
          <w:b/>
        </w:rPr>
        <w:t xml:space="preserve">6. </w:t>
      </w:r>
      <w:r>
        <w:t>об иностранных гражданах, лицах без гражданства, в отношении которых аннулирован вид на жительство в соответствии с Федеральным законом от 25 июля 2002 года № 115-ФЗ "О правовом положении иностранных граждан в Российской Федерации"</w:t>
      </w:r>
    </w:p>
    <w:p>
      <w:r>
        <w:rPr>
          <w:b/>
        </w:rPr>
        <w:t xml:space="preserve">6. </w:t>
      </w:r>
      <w:r>
        <w:t>об иностранных гражданах, лицах без гражданства, в отношении которых аннулированы разрешение на временное проживание, разрешение на временное проживание в целях получения образования в соответствии с Федеральным законом от 25 июля 2002 года № 115-ФЗ "О правовом положении иностранных граждан в Российской Федерации"; (В редакции Федерального закона от 14.07.2022 № 357-ФЗ) 4) о лицах, признанных беженцами на территории Российской Федерации, при утрате ими статуса беженца или лишении их статуса беженца в соответствии с Федеральным законом "О беженцах"</w:t>
      </w:r>
    </w:p>
    <w:p>
      <w:r>
        <w:rPr>
          <w:b/>
        </w:rPr>
        <w:t xml:space="preserve">9. </w:t>
      </w:r>
      <w:r>
        <w:t>Федеральному фонду предоставляются сведения, содержащиеся в едином федеральном информационном регистре, содержащем сведения о населении Российской Федерации, формирование и ведение которого осуществляются в соответствии с Федеральным законом от 8 июня 2020 года № 168-ФЗ "О едином федеральном информационном регистре, содержащем сведения о населении Российской Федерации", в порядке, предусмотренном частью 7 статьи 11 указанного Федерального закона</w:t>
      </w:r>
    </w:p>
    <w:p>
      <w:r>
        <w:rPr>
          <w:b/>
        </w:rPr>
        <w:t xml:space="preserve">9. </w:t>
      </w:r>
      <w:r>
        <w:t>Федеральному фонду, территориальным фондам предоставляются сведения, содержащиеся в Едином государственном реестре записей актов гражданского состояния, формирование и ведение которого осуществляются в соответствии с Федеральным законом от 15 ноября 1997 года № 143-ФЗ "Об актах гражданского состояния", в порядке, предусмотренном статьей 132 указанного Федерального закона. (Дополнение частью - Федеральный закон от 06.12.2021 № 405-ФЗ)</w:t>
      </w:r>
    </w:p>
    <w:p>
      <w:r>
        <w:rPr>
          <w:b/>
        </w:rPr>
        <w:t>Статья 491. Приостановление действия полиса обязательного медицинского страхования, признание полиса обязательного медицинского страхования недействительным</w:t>
      </w:r>
    </w:p>
    <w:p>
      <w:r>
        <w:rPr>
          <w:b/>
        </w:rPr>
        <w:t xml:space="preserve">1. </w:t>
      </w:r>
      <w:r>
        <w:t>Действие полиса обязательного медицинского страхования приостанавливается в случае призыва (поступления) на военную службу или приравненную к ней службу на срок прохождения застрахованным лицом указанной службы</w:t>
      </w:r>
    </w:p>
    <w:p>
      <w:r>
        <w:rPr>
          <w:b/>
        </w:rPr>
        <w:t xml:space="preserve">2. </w:t>
      </w:r>
      <w:r>
        <w:t>Полис обязательного медицинского страхования признается недействительным в случае</w:t>
      </w:r>
    </w:p>
    <w:p>
      <w:r>
        <w:rPr>
          <w:b/>
        </w:rPr>
        <w:t xml:space="preserve">3. </w:t>
      </w:r>
      <w:r>
        <w:t>Граждане Российской Федерации, указанные в части 1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 (В редакции Федерального закона от 06.12.2021 № 405-ФЗ)</w:t>
      </w:r>
    </w:p>
    <w:p>
      <w:r>
        <w:rPr>
          <w:b/>
        </w:rPr>
        <w:t xml:space="preserve">4. </w:t>
      </w:r>
      <w:r>
        <w:t>Федеральные государственные органы, перечень которых утверждается Правительством Российской Федерации, обязаны осуществлять контроль за выполнением требований, установленных частью 3 настоящей статьи</w:t>
      </w:r>
    </w:p>
    <w:p>
      <w:r>
        <w:rPr>
          <w:b/>
        </w:rPr>
        <w:t xml:space="preserve">5. </w:t>
      </w:r>
      <w:r>
        <w:t>Контроль за выполнением требований, установленных частью 3 настоящей статьи, осуществляется в рамках информационного взаимодействия посредством предоставления указанным федеральным государственным органам доступа к единому регистру застрахованных лиц в порядке, установленном Правительством Российской Федерации, с соблюдением требований законодательства Российской Федерации о защите государственной тайны, а также посредством использования единой системы межведомственного электронного взаимодействия путем направления межведомственных запросов о предоставлении сведений о конкретном застрахованном лице, содержащихся в едином регистре застрахованных лиц. При этом в рамках такого информационного взаимодействия при предоставлении федеральным государственным органам сведений о застрахованном лице из единого регистра застрахованных лиц персональные данные застрахованных лиц не предоставляются</w:t>
      </w:r>
    </w:p>
    <w:p>
      <w:r>
        <w:rPr>
          <w:b/>
        </w:rPr>
        <w:t xml:space="preserve">6. </w:t>
      </w:r>
      <w:r>
        <w:t>Федеральный фонд и территориальные фонды ежемесячно обеспечивают отражение сведений о полисах обязательного медицинского страхования, действие которых приостановлено, и недействительных полисах обязательного медицинского страхования в едином регистре застрахованных лиц в соответствии с правилами обязательного медицинского страхования. (Дополнение статьей - Федеральный закон от 29.07.2018 № 268-ФЗ)</w:t>
      </w:r>
    </w:p>
    <w:p>
      <w:r>
        <w:rPr>
          <w:b/>
        </w:rPr>
        <w:t xml:space="preserve">2. </w:t>
      </w:r>
      <w:r>
        <w:t>прекращения гражданства Российской Федерации при отсутствии оснований для признания лица застрахованным лицом в соответствии с частью 1 статьи 10 настоящего Федерального закона - со дня поступления сведений в соответствии с пунктом 1 части 6 статьи 49 настоящего Федерального закона</w:t>
      </w:r>
    </w:p>
    <w:p>
      <w:r>
        <w:rPr>
          <w:b/>
        </w:rPr>
        <w:t xml:space="preserve">2. </w:t>
      </w:r>
      <w:r>
        <w:t>аннулирования вида на жительство в отношении иностранных граждан, лиц без гражданства - со дня поступления сведений в соответствии с пунктом 2 части 6 статьи 49 настоящего Федерального закона</w:t>
      </w:r>
    </w:p>
    <w:p>
      <w:r>
        <w:rPr>
          <w:b/>
        </w:rPr>
        <w:t xml:space="preserve">2. </w:t>
      </w:r>
      <w:r>
        <w:t>аннулирования разрешения на временное проживание, разрешения на временное проживание в целях получения образования в отношении иностранных граждан, лиц без гражданства - со дня поступления сведений в соответствии с пунктом 3 части 6 статьи 49 настоящего Федерального закона; (В редакции Федерального закона от 14.07.2022 № 357-ФЗ) 4) утраты или лишения статуса беженца - со дня поступления сведений в соответствии с пунктом 4 части 6 статьи 49 настоящего Федерального закона</w:t>
      </w:r>
    </w:p>
    <w:p>
      <w:r>
        <w:rPr>
          <w:b/>
        </w:rPr>
        <w:t xml:space="preserve">2. </w:t>
      </w:r>
      <w:r>
        <w:t>утраты лицом, застрахованным в соответствии с частью 11 статьи 10 настоящего Федерального закона, статуса "работающий" - со дня поступления сведений в соответствии с частью 21 статьи 49 настоящего Федерального закона. (Дополнение пунктом - Федеральный закон от 14.07.2022 № 237-ФЗ)</w:t>
      </w:r>
    </w:p>
    <w:p>
      <w:pPr>
        <w:pStyle w:val="Heading3"/>
      </w:pPr>
      <w:r>
        <w:t>Заключительные положения</w:t>
      </w:r>
    </w:p>
    <w:p>
      <w:r>
        <w:rPr>
          <w:b/>
        </w:rPr>
        <w:t>Статья 50. Программы и мероприятия по модернизации здравоохранения</w:t>
      </w:r>
    </w:p>
    <w:p>
      <w:r>
        <w:t>(Наименование в редакции Федерального закона от 30.11.2011 № 369-ФЗ)</w:t>
      </w:r>
    </w:p>
    <w:p>
      <w:r>
        <w:rPr>
          <w:b/>
        </w:rPr>
        <w:t xml:space="preserve">1. </w:t>
      </w:r>
      <w:r>
        <w:t>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пунктом 2 части 3 настоящей статьи (далее также - мероприятия по модернизации здравоохранения). В 2013 году осуществляется реализация программ и мероприятий по модернизации здравоохранения в целях, установленных пунктами 1 и 2 части 3 настоящей статьи, в 2014 - 2018 годах осуществляется реализация мероприятий по модернизации здравоохранения в целях, установленных пунктом 2 части 3 настоящей статьи, в части мероприятий, предусмотренных частью 121 настоящей статьи. В 2013 - 2017 годах осуществляется реализация программ в целях, установленных пунктом 1 части 3 настоящей статьи, в части мероприятий по проектированию, строительству и вводу в эксплуатацию перинатальных центров. (В редакции федеральных законов от 30.11.2011 № 369-ФЗ; от 01.12.2012 № 213-ФЗ; от 25.11.2013 № 317-ФЗ; от 28.12.2016 № 472-ФЗ)</w:t>
      </w:r>
    </w:p>
    <w:p>
      <w:r>
        <w:rPr>
          <w:b/>
        </w:rPr>
        <w:t xml:space="preserve">2. </w:t>
      </w:r>
      <w:r>
        <w:t>Финансовое обеспечение региональных программ модернизации здравоохранения субъектов Российской Федерации в 2011 и 2012 годах осуществляется за счет доходов, поступающих в бюджет Федерального фонда от средств страховых взносов на обязательное медицинское страхование в размере два процентных пункта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средств бюджетов субъектов Российской Федерации и бюджетов территориальных фондов. Финансовое обеспечение программ и мероприятий по модернизации здравоохранения в 2013 году в целях, установленных пунктами 1 (в части мероприятий по проектированию, строительству и вводу в эксплуатацию перинатальных центров) и 2 части 3 настоящей статьи, осуществляется за счет средств бюджета Федерального фонда, предусмотренных федеральным законом о бюджете Федерального фонда на очередной финансовый год и на плановый период, и средств бюджетов субъектов Российской Федерации. Финансовое обеспечение указанных в настоящей части программ может осуществляться за счет средств местных бюджетов. Финансовое обеспечение программ в 2014 - 2017 годах в целях, установленных пунктом 1 части 3 настоящей статьи, в части мероприятий по проектированию, строительству и вводу в эксплуатацию перинатальных центров осуществляется за счет остатков средств, образовавшихся по состоянию на 1 января очередного финансового года в бюджете Федерального фонда, бюджетах территориальных фондов, бюджетах субъектов Российской Федерации в результате неполного использования средств, предусмотренных федеральным законом о бюджете Федерального фонда на очередной финансовый год и на плановый период на указанные цели, и средств бюджетов субъектов Российской Федерации. (В редакции федеральных законов от 01.12.2012 № 213-ФЗ; от 25.11.2013 № 317-ФЗ; от 28.12.2016 № 472-ФЗ)</w:t>
      </w:r>
    </w:p>
    <w:p>
      <w:r>
        <w:rPr>
          <w:b/>
        </w:rPr>
        <w:t xml:space="preserve">21. </w:t>
      </w:r>
      <w:r>
        <w:t>В 2014 - 2018 годах реализация мероприятий по модернизации здравоохранения в целях, установленных пунктом 2 части 3 настоящей статьи, в части мероприятий, предусмотренных частью 121 настоящей статьи, осуществляется за счет остатков средств, образовавшихся по состоянию на 1 января очередного финансового года в федеральном бюджете в результате неполного использования средств, предоставленных в 2012 году из бюджета Федерального фонда в федеральный бюджет в виде межбюджетных трансфертов в соответствии с частью 121 настоящей статьи. (Дополнение частью - Федеральный закон от 25.11.2013 № 317-ФЗ)</w:t>
      </w:r>
    </w:p>
    <w:p>
      <w:r>
        <w:rPr>
          <w:b/>
        </w:rPr>
        <w:t xml:space="preserve">3. </w:t>
      </w:r>
      <w:r>
        <w:t>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w:t>
      </w:r>
    </w:p>
    <w:p>
      <w:r>
        <w:rPr>
          <w:b/>
        </w:rPr>
        <w:t xml:space="preserve">4. </w:t>
      </w:r>
      <w:r>
        <w:t>Региональная программа модернизации здравоохранения субъекта Российской Федерации включает в себя паспорт системы здравоохранения субъекта Российской Федерации, перечень и стоимость мероприятий, направленных на реализацию целей, указанных в части 3 настоящей статьи, целевые значения показателей реализации программы модернизации здравоохранения, а также индикаторы реализации мероприятий указанной программы</w:t>
      </w:r>
    </w:p>
    <w:p>
      <w:r>
        <w:rPr>
          <w:b/>
        </w:rPr>
        <w:t xml:space="preserve">5. </w:t>
      </w:r>
      <w:r>
        <w:t>Органы исполнительной власти субъектов Российской Федерации несут ответственность в соответствии с законодательством Российской Федерации за обоснованность стоимости мероприятий, установленных региональными программами модернизации здравоохранения субъектов Российской Федерации</w:t>
      </w:r>
    </w:p>
    <w:p>
      <w:r>
        <w:rPr>
          <w:b/>
        </w:rPr>
        <w:t xml:space="preserve">6. </w:t>
      </w:r>
      <w:r>
        <w:t>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w:t>
      </w:r>
    </w:p>
    <w:p>
      <w:r>
        <w:rPr>
          <w:b/>
        </w:rPr>
        <w:t xml:space="preserve">61. </w:t>
      </w:r>
      <w:r>
        <w:t>Средства, указанные в части 6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пунктом 3 части 3 настоящей статьи, в случае оказания ими медицинской помощи в рамках базовой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медицинскую помощь в порядке, аналогичном порядку, установленному частью 8 статьи 34 настоящего Федерального закона. (Дополнение частью - Федеральный закон от 30.11.2011 № 369-ФЗ)</w:t>
      </w:r>
    </w:p>
    <w:p>
      <w:r>
        <w:rPr>
          <w:b/>
        </w:rPr>
        <w:t xml:space="preserve">7. </w:t>
      </w:r>
      <w:r>
        <w:t>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органом исполнительной власти и Федеральным фондом в порядке, определяемом уполномоченным федеральным органом исполнительной власти</w:t>
      </w:r>
    </w:p>
    <w:p>
      <w:r>
        <w:rPr>
          <w:b/>
        </w:rPr>
        <w:t xml:space="preserve">8. </w:t>
      </w:r>
      <w:r>
        <w:t>Порядок реализации мероприятий по повышению доступности амбулаторной медицинской помощи, в том числе предоставляемой врачами-специалистами, устанавливается Правительством Российской Федерации</w:t>
      </w:r>
    </w:p>
    <w:p>
      <w:r>
        <w:rPr>
          <w:b/>
        </w:rPr>
        <w:t xml:space="preserve">9. </w:t>
      </w:r>
      <w:r>
        <w:t>Средства на финансовое обеспечение региональных программ модернизации здравоохранения субъектов Российской Федерации предоставляются Федеральным фондом в 2013 - 2017 годах при наличии заключенных соглашений, предусмотренных частью 7 настоящей статьи. (В редакции федеральных законов от 25.11.2013 № 317-ФЗ; от 28.12.2016 № 472-ФЗ)</w:t>
      </w:r>
    </w:p>
    <w:p>
      <w:r>
        <w:rPr>
          <w:b/>
        </w:rPr>
        <w:t xml:space="preserve">10. </w:t>
      </w:r>
      <w:r>
        <w:t>В период реализации программ, указанных в части 1 настоящей статьи, остатки средств на 1 января очередного финансового года, образовавшиеся в бюджетах территориальных фондов (бюджетах субъектов Российской Федерации) в результате неполного использования в текущем финансовом году средств, предоставленных из бюджета Федерального фонда (бюджетов территориальных фондов) на финансовое обеспечение программ в целях, установленных пунктом 1 части 3 настоящей статьи, для строительства перинатальных центров, могут быть использованы в очередном финансовом году на те же цели при наличии потребности в указанных средствах в соответствии с решением Федерального фонда с внесением соответствующих изменений в программы и в предусмотренные частью 7 настоящей статьи соглашения. (В редакции Федерального закона от 25.11.2013 № 317-ФЗ)</w:t>
      </w:r>
    </w:p>
    <w:p>
      <w:r>
        <w:rPr>
          <w:b/>
        </w:rPr>
        <w:t xml:space="preserve">101. </w:t>
      </w:r>
      <w:r>
        <w:t>Не использованные в 2012 году остатки средств, предоставленных страховым медицинским организациям из бюджета территориального фонда в соответствии с частью 6 настоящей статьи, подлежат перечислению страховыми медицинскими организациями в бюджет территориального фонда до 1 января 2013 года. Полученные в соответствии с настоящей частью средства после завершения расчетов за оказанную в 2012 году застрахованным лицам медицинскую помощь подлежат перечислению территориальным фондом в бюджет Федерального фонда до 1 марта 2013 года. (Дополнение частью - Федеральный закон от 01.12.2012 № 213-ФЗ)</w:t>
      </w:r>
    </w:p>
    <w:p>
      <w:r>
        <w:rPr>
          <w:b/>
        </w:rPr>
        <w:t xml:space="preserve">102. </w:t>
      </w:r>
      <w:r>
        <w:t>Остатки средств на 1 января 2014 года, образовавшиеся в бюджете субъекта Российской Федерации в результате неполного использования средств, предоставленных в 2011 - 2012 годах из бюджета территориального фонда на финансовое обеспечение региональных программ модернизации здравоохранения субъектов Российской Федерации, подлежат перечислению из бюджета субъекта Российской Федерации в бюджет территориального фонда для последующего перечисления территориальным фондом в бюджет Федерального фонда до 1 марта 2014 года. (Дополнение частью - Федеральный закон от 25.11.2013 № 317-ФЗ)</w:t>
      </w:r>
    </w:p>
    <w:p>
      <w:r>
        <w:rPr>
          <w:b/>
        </w:rPr>
        <w:t xml:space="preserve">11. </w:t>
      </w:r>
      <w:r>
        <w:t>В период реализации программ и мероприятий по модернизации здравоохранения, указанных в части 1 настоящей статьи, остатки средств на 1 января очередного финансового года, образовавшиеся в бюджете Федерального фонда в результате неполного использования в текущем финансовом году средств на финансовое обеспечение программ и мероприятий по модернизации здравоохранения, используются в очередном финансовом году в соответствии с федеральным законом о бюджете Федерального фонда на очередной финансовый год и на плановый период. (В редакции Федерального закона от 25.11.2013 № 317-ФЗ)</w:t>
      </w:r>
    </w:p>
    <w:p>
      <w:r>
        <w:rPr>
          <w:b/>
        </w:rPr>
        <w:t xml:space="preserve">111. </w:t>
      </w:r>
      <w:r>
        <w:t>После завершения реализации указанных в части 1 настоящей статьи программ не использованные по состоянию на 1 января текущего финансового года остатки средств, образовавшиеся в Государственной корпорации "Ростех" в результате неполного использования предоставленных в соответствии с пунктом 3 части 6 настоящей статьи субсидий из бюджетов субъектов Российской Федерации, подлежат возврату в доход соответствующего бюджета субъекта Российской Федерации, из которого они были предоставлены, в течение первых 5 рабочих дней текущего финансового года. (Дополнение частью - Федеральный закон от 14.12.2015 № 374-ФЗ)</w:t>
      </w:r>
    </w:p>
    <w:p>
      <w:r>
        <w:rPr>
          <w:b/>
        </w:rPr>
        <w:t xml:space="preserve">12. </w:t>
      </w:r>
      <w:r>
        <w:t>Государственные учреждения, оказывающие медицинскую помощь, полномочия собственника которых осуществляют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 академия наук, разрабатывают мероприятия по модернизации здравоохранения в целях, установленных пунктами 1 и 2 части 3 настоящей статьи. Государственные учреждения, реализующие мероприятия, предусмотренные пунктом 2 части 3 настоящей статьи, полномочия собственника которых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разрабатывают мероприятия по модернизации здравоохранения в целях, установленных пунктом 2 части 3 настоящей статьи. Финансовое обеспечение реализации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подведомственным ему федеральным органам исполнительной власти и Российской академии наук для предоставления бюджетных ассигнований подведомственным им государственным учреждениям, оказывающим медицинскую помощь, и государственным учреждениям, реализующим мероприятия, предусмотренные пунктом 2 части 3 настоящей статьи. (В редакции федеральных законов от 30.11.2011 № 369-ФЗ; от 27.09.2013 № 253-ФЗ)</w:t>
      </w:r>
    </w:p>
    <w:p>
      <w:r>
        <w:rPr>
          <w:b/>
        </w:rPr>
        <w:t xml:space="preserve">121.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компонентов), создание, внедрение, развитие и функционирование федеральных прикладных компонентов единой государственной информационной системы в сфере здравоохранения в целях, установленных пунктом 2 части 3 настоящей статьи. Финансовое обеспечение предусмотренных настоящей частью мероприятий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(Дополнение частью - Федеральный закон от 30.11.2011 № 369-ФЗ) (В редакции Федерального закона от 25.11.2013 № 317-ФЗ)</w:t>
      </w:r>
    </w:p>
    <w:p>
      <w:r>
        <w:rPr>
          <w:b/>
        </w:rPr>
        <w:t xml:space="preserve">13. </w:t>
      </w:r>
      <w:r>
        <w:t>Порядок и форма предоставления отчетности о реализации программ и мероприятий по модернизации здравоохранения устанавливаются уполномоченным федеральным органом исполнительной власти, порядок и форма предоставления отчетности об использовании средств на цели, определенные в частях 1, 12 и 121 настоящей статьи, устанавливаются Федеральным фондом. (В редакции Федерального закона от 30.11.2011 № 369-ФЗ)</w:t>
      </w:r>
    </w:p>
    <w:p>
      <w:r>
        <w:rPr>
          <w:b/>
        </w:rPr>
        <w:t xml:space="preserve">14. </w:t>
      </w:r>
      <w:r>
        <w:t>Контроль за использованием средств, предусмотренных на финансовое обеспечение программ и мероприятий по модернизации здравоохранения, осуществляется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Контроль за использованием средств, предоставленных на цели, установленные пунктом 3 части 3 настоящей статьи, осуществляется также территориальными фондами. Действие положений настоящей части распространяется также на осуществление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контроля за использованием Государственной корпорацией "Ростех" средств, предусмотренных пунктом 3 части 6 настоящей статьи. (В редакции федеральных законов от 30.11.2011 № 369-ФЗ; от 10.07.2014 № 204-ФЗ)</w:t>
      </w:r>
    </w:p>
    <w:p>
      <w:r>
        <w:rPr>
          <w:b/>
        </w:rPr>
        <w:t xml:space="preserve">15. </w:t>
      </w:r>
      <w:r>
        <w:t>Контроль за реализацией программ и мероприятий по модернизации здравоохранения осуществляется уполномоченным федеральным органом исполнительной власти и Федеральным фондом. Контроль за реализацией мероприятий в соответствии с целями, установленными пунктом 3 части 3 настоящей статьи, осуществляется также территориальными фондами. (В редакции Федерального закона от 30.11.2011 № 369-ФЗ)</w:t>
      </w:r>
    </w:p>
    <w:p>
      <w:r>
        <w:rPr>
          <w:b/>
        </w:rPr>
        <w:t xml:space="preserve">3. </w:t>
      </w:r>
      <w:r>
        <w:t>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(В редакции федеральных законов от 11.02.2013 № 5-ФЗ; от 25.11.2013 № 317-ФЗ) 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(В редакции федеральных законов от 30.11.2011 № 369-ФЗ; от 28.12.2016 № 471-ФЗ) 3) внедрение стандартов медицинской помощи, повышение доступности амбулаторной медицинской помощи, в том числе предоставляемой врачами-специалистами</w:t>
      </w:r>
    </w:p>
    <w:p>
      <w:r>
        <w:rPr>
          <w:b/>
        </w:rPr>
        <w:t xml:space="preserve">6. </w:t>
      </w:r>
      <w:r>
        <w:t>бюджету субъекта Российской Федерации в виде иных межбюджетных трансфертов на цели, установленные пунктами 1 и 2 части 3 настоящей статьи, для нужд государственных и муниципальных учреждений здравоохранения, участвующих в реализации территориальных программ обязательного медицинского страхования в рамках базовой программы обязательного медицинского страхования; (В редакции Федерального закона от 30.11.2011 № 369-ФЗ) 2) страховым медицинским организациям на цели, установленные пунктом 3 части 3 настоящей статьи, для последующего предоставления медицинским организациям, участвующим в реализации территориальных программ обязательного медицинского страхования в рамках базовой программы обязательного медицинского страхования, за исключением случаев, установленных частью 61 настоящей статьи; (В редакции Федерального закона от 30.11.2011 № 369-ФЗ) 3) бюджету субъекта Российской Федерации в виде иных межбюджетных трансфертов для последующего их предоставления в соответствии со статьей 781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"Ростех" (далее - Государственная корпорация "Ростех"). Указанные субсидии предоставляются Государственной корпорации "Ростех" в случае возложения на нее правовыми актами Президента Российской Федерации функций заказчика по обеспечению выполнения инженерных изысканий и подготовки проектной документации для строительства региональных перинатальных центров в субъектах Российской Федерации, а также строительства и ввода в эксплуатацию этих центров. После завершения строительства и ввода в эксплуатацию этих центров Государственная корпорация "Ростех" обеспечивает их передачу в собственность субъектов Российской Федерации. (Дополнение пунктом - Федеральный закон от 10.07.2014 № 204-ФЗ)</w:t>
      </w:r>
    </w:p>
    <w:p>
      <w:r>
        <w:rPr>
          <w:b/>
        </w:rPr>
        <w:t>Статья 501. Финансовое обеспечение высокотехнологичной медицинской помощи, не включенной в базовую программу обязательного медицинского страхования</w:t>
      </w:r>
    </w:p>
    <w:p>
      <w:r>
        <w:rPr>
          <w:b/>
        </w:rPr>
        <w:t xml:space="preserve">1. </w:t>
      </w:r>
      <w:r>
        <w:t>В бюджете Федерального фонда на очередной финансовый год и на плановый период предусматриваются бюджетные ассигнования</w:t>
      </w:r>
    </w:p>
    <w:p>
      <w:r>
        <w:rPr>
          <w:b/>
        </w:rPr>
        <w:t xml:space="preserve">2. </w:t>
      </w:r>
      <w:r>
        <w:t>Перечень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пункте 1 части 1 настоящей статьи, утверждается уполномоченным федеральным органом исполнительной власти. Порядок формирования указанного перечня устанавливается Правительством Российской Федерации</w:t>
      </w:r>
    </w:p>
    <w:p>
      <w:r>
        <w:rPr>
          <w:b/>
        </w:rPr>
        <w:t xml:space="preserve">3. </w:t>
      </w:r>
      <w:r>
        <w:t>(Часть утратила силу - Федеральный закон от 02.12.2019 № 399-ФЗ)</w:t>
      </w:r>
    </w:p>
    <w:p>
      <w:r>
        <w:rPr>
          <w:b/>
        </w:rPr>
        <w:t xml:space="preserve">4. </w:t>
      </w:r>
      <w:r>
        <w:t>Перечень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пункте 3 части 1 настоящей статьи, утверждается уполномоченным федеральным органом исполнительной власти на основании установленных им критериев отбора медицинских организаций частной системы здравоохранения</w:t>
      </w:r>
    </w:p>
    <w:p>
      <w:r>
        <w:rPr>
          <w:b/>
        </w:rPr>
        <w:t xml:space="preserve">5. </w:t>
      </w:r>
      <w:r>
        <w:t>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осуществляется с учетом объемов этой помощи и средних нормативов финансовых затрат на единицу объема предоставления медицинской помощи</w:t>
      </w:r>
    </w:p>
    <w:p>
      <w:r>
        <w:rPr>
          <w:b/>
        </w:rPr>
        <w:t xml:space="preserve">6. </w:t>
      </w:r>
      <w:r>
        <w:t>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осуществляется в порядке, установленном Правительством Российской Федерации, путем предоставления из бюджета Федерального фонда федеральным государственным учреждениям субсидий на финансовое обеспечение выполнения ими государственного задания,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 Данные субсидии предоставляются на основании соглашения о порядке и об условиях предоставления субсидий, заключаемого между Федеральным фондом, федеральным органом исполнительной власти, осуществляющим функции и полномочия учредителя в отношении федеральных государственных учреждений, и федеральным государственным учреждением по форме и в порядке, которые утверждаются уполномоченным федеральным органом исполнительной власти</w:t>
      </w:r>
    </w:p>
    <w:p>
      <w:r>
        <w:rPr>
          <w:b/>
        </w:rPr>
        <w:t xml:space="preserve">7. </w:t>
      </w:r>
      <w:r>
        <w:t>(Часть утратила силу - Федеральный закон от 02.12.2019 № 399-ФЗ)</w:t>
      </w:r>
    </w:p>
    <w:p>
      <w:r>
        <w:rPr>
          <w:b/>
        </w:rPr>
        <w:t xml:space="preserve">8. </w:t>
      </w:r>
      <w:r>
        <w:t>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осуществляется в порядке, установленном Правительством Российской Федерации, путем предоставления из бюджета Федерального фонда бюджетных ассигнований на указанные цели на основании соглашения о порядке и об условиях предоставления бюджетных ассигнований, заключаемого между Федеральным фондом, уполномоченным федеральным органом исполнительной власти и медицинской организацией частной системы здравоохранения по форме и в порядке, которые утверждаются уполномоченным федеральным органом исполнительной власти</w:t>
      </w:r>
    </w:p>
    <w:p>
      <w:r>
        <w:rPr>
          <w:b/>
        </w:rPr>
        <w:t xml:space="preserve">9. </w:t>
      </w:r>
      <w:r>
        <w:t>(Часть утратила силу - Федеральный закон от 06.12.2021 № 405-ФЗ)</w:t>
      </w:r>
    </w:p>
    <w:p>
      <w:r>
        <w:rPr>
          <w:b/>
        </w:rPr>
        <w:t xml:space="preserve">10. </w:t>
      </w:r>
      <w:r>
        <w:t>Остатки средств, не использованных в текущем финансовом году, предоставленных из бюджета Федерального фонда федеральным государственным учреждениям на финансовое обеспечение высокотехнологичной медицинской помощи, не включенной в базовую программу обязательного медицинского страхования, используются федеральными государственными учреждениями в очередном финансовом году на те же цели</w:t>
      </w:r>
    </w:p>
    <w:p>
      <w:r>
        <w:rPr>
          <w:b/>
        </w:rPr>
        <w:t xml:space="preserve">11. </w:t>
      </w:r>
      <w:r>
        <w:t>Организация оказания высокотехнологичной медицинской помощи, не включенной в базовую программу обязательного медицинского страхования, осуществляется с применением специализированной информационной системы в порядке, установленном уполномоченным федеральным органом исполнительной власти. Контроль качества и безопасности медицинской деятельности в отношении высокотехнологичной медицинской помощи, не включенной в базовую программу обязательного медицинского страхования, осуществляется в соответствии со статьями 88 - 90 Федерального закона от 21 ноября 2011 года № 323-ФЗ "Об основах охраны здоровья граждан в Российской Федерации"</w:t>
      </w:r>
    </w:p>
    <w:p>
      <w:r>
        <w:rPr>
          <w:b/>
        </w:rPr>
        <w:t xml:space="preserve">12. </w:t>
      </w:r>
      <w:r>
        <w:t>Контроль за использованием средств на цели, предусмотренные пунктом 1 части 1 настоящей статьи, осуществляется Федеральным фондом и федеральными органами исполнительной власти, осуществляющими функции и полномочия учредителя в отношении федеральных государственных учреждений. (В редакции Федерального закона от 02.12.2019 № 399-ФЗ)</w:t>
      </w:r>
    </w:p>
    <w:p>
      <w:r>
        <w:rPr>
          <w:b/>
        </w:rPr>
        <w:t xml:space="preserve">13. </w:t>
      </w:r>
      <w:r>
        <w:t>Контроль за использованием средств на цели, предусмотренные пунктом 3 части 1 настоящей статьи, осуществляется Федеральным фондом</w:t>
      </w:r>
    </w:p>
    <w:p>
      <w:r>
        <w:rPr>
          <w:b/>
        </w:rPr>
        <w:t xml:space="preserve">14. </w:t>
      </w:r>
      <w:r>
        <w:t>Порядок и форма представления отчетности об использовании средств на цели, предусмотренные частью 1 настоящей статьи, устанавливаются Федеральным фондом. (Дополнение статьей - Федеральный закон от 03.07.2016 № 286-ФЗ)</w:t>
      </w:r>
    </w:p>
    <w:p>
      <w:r>
        <w:rPr>
          <w:b/>
        </w:rPr>
        <w:t xml:space="preserve">1. </w:t>
      </w:r>
      <w:r>
        <w:t>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
        <w:rPr>
          <w:b/>
        </w:rPr>
        <w:t xml:space="preserve">1. </w:t>
      </w:r>
      <w:r>
        <w:t>(Пункт утратил силу - Федеральный закон от 02.12.2019 № 399-ФЗ) 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w:t>
      </w:r>
    </w:p>
    <w:p>
      <w:r>
        <w:rPr>
          <w:b/>
        </w:rPr>
        <w:t>Статья 502. Особенности финансового обеспечения медицинской помощи, включенной в базовую программу обязательного медицинского страхования</w:t>
      </w:r>
    </w:p>
    <w:p>
      <w:r>
        <w:rPr>
          <w:b/>
        </w:rPr>
        <w:t xml:space="preserve">1. </w:t>
      </w:r>
      <w:r>
        <w:t>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власти,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может осуществляться за счет межбюджетных трансфертов, предоставляемых из бюджета Федерального фонда бюджетам территориальных фондов указанных субъектов Российской Федерации</w:t>
      </w:r>
    </w:p>
    <w:p>
      <w:r>
        <w:rPr>
          <w:b/>
        </w:rPr>
        <w:t xml:space="preserve">2. </w:t>
      </w:r>
      <w:r>
        <w:t>Порядок предоставления межбюджетных трансфертов из бюджета Федерального фонда территориальным фондам Донецкой Народной Республики, Луганской Народной Республики, Запорожской области и Херсонской области на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и перечень медицинских организаций, предусмотренных частью 1 настоящей статьи, устанавливаются Правительством Российской Федерации</w:t>
      </w:r>
    </w:p>
    <w:p>
      <w:r>
        <w:rPr>
          <w:b/>
        </w:rPr>
        <w:t xml:space="preserve">3. </w:t>
      </w:r>
      <w:r>
        <w:t>Порядок доведения территориальными фондами бюджетных ассигнований до медицинских организаций, предусмотренных частью 1 настоящей статьи, и оплаты оказанной данными медицинскими организациями медицинской помощи устанавливается уполномоченным федеральным органом исполнительной власти. (Дополнение статьей - Федеральный закон от 28.11.2025 № 430-ФЗ)</w:t>
      </w:r>
    </w:p>
    <w:p>
      <w:r>
        <w:rPr>
          <w:b/>
        </w:rPr>
        <w:t>Статья 51. Заключительные положения</w:t>
      </w:r>
    </w:p>
    <w:p>
      <w:r>
        <w:rPr>
          <w:b/>
        </w:rPr>
        <w:t xml:space="preserve">1. </w:t>
      </w:r>
      <w:r>
        <w:t>Лица, застрахованные по обязательному медицинскому страхованию до дня вступления в силу настоящего Федерального закона, обладают правами застрахованных лиц в соответствии с настоящим Федеральным законом</w:t>
      </w:r>
    </w:p>
    <w:p>
      <w:r>
        <w:rPr>
          <w:b/>
        </w:rPr>
        <w:t xml:space="preserve">2. </w:t>
      </w:r>
      <w:r>
        <w:t>Полисы обязательного медицинского страхования, выданные лицам, застрахованным по обязательному медицинскому страхованию до дня вступления в силу настоящего Федерального закона, являются действующими до замены их на полисы обязательного медицинского страхования единого образца в соответствии с настоящим Федеральным законом. С 1 мая 2011 года изготовление полисов обязательного медицинского страхования для застрахованных лиц организуется Федеральным фондом, выдача их застрахованным лицам осуществляется в порядке, установленном правилами обязательного медицинского страхования. До 1 мая 2011 года выдача полисов обязательного медицинского страхования осуществляется в соответствии с нормативными правовыми актами, регулирующими выдачу полисов обязательного медицинского страхования и действующими до дня вступления в силу настоящего Федерального закона. (В редакции федеральных законов от 01.12.2012 № 213-ФЗ; от 28.12.2016 № 471-ФЗ)</w:t>
      </w:r>
    </w:p>
    <w:p>
      <w:r>
        <w:rPr>
          <w:b/>
        </w:rPr>
        <w:t xml:space="preserve">3. </w:t>
      </w:r>
      <w:r>
        <w:t>С 1 января 2011 года по 31 декабря 2012 года тариф на оплату медицинской помощи</w:t>
      </w:r>
    </w:p>
    <w:p>
      <w:r>
        <w:rPr>
          <w:b/>
        </w:rPr>
        <w:t xml:space="preserve">4. </w:t>
      </w:r>
      <w:r>
        <w:t>С 1 января 2011 года по 31 декабря 2012 года территориальная программа обязательного медицинского страхования в субъектах Российской Федерации может включать в себя оказание медицинской помощи при отдельных заболеваниях и состояниях здоровья, не включенных в базовую программу обязательного медицинского страхования, без соблюдения условия выполнения нормативов, установленных базовой программой обязательного медицинского страхования, при сохранении объема финансового обеспечения территориальной программы обязательного медицинского страхования не ниже уровня 2010 года, в том числе в пределах базовой программы обязательного медицинского страхования. Дополнительные основания, виды и условия оказания медицинской помощи, перечень страховых случаев, а также связанные с ними объемы страхового обеспечения утверждаются территориальной программой обязательного медицинского страхования раздельно от установленных оснований, видов, условий оказания медицинской помощи, перечня страховых случаев, объемов соответствующего страхового обеспечения базовой программой обязательного медицинского страхования</w:t>
      </w:r>
    </w:p>
    <w:p>
      <w:r>
        <w:rPr>
          <w:b/>
        </w:rPr>
        <w:t xml:space="preserve">5. </w:t>
      </w:r>
      <w:r>
        <w:t>В 2014 году за счет межбюджетных трансфертов, передаваемых из бюджетов субъектов Российской Федерации в бюджеты территориальных фондов в объеме разницы между размером указанных в настоящей части расходов и приростом объема страховых взносов на обязательное медицинское страхование неработающего населения по сравнению с 2012 годом, осуществляется финансовое обеспечение: (В редакции Федерального закона от 25.11.2013 № 317-ФЗ) 1) скорой медицинской помощи (за исключением специализированной (санитарно-авиационной) скорой медицинской помощи) в соответствии с нормативами, установленными базовой программой обязательного медицинского страхования; (В редакции Федерального закона от 25.11.2013 № 317-ФЗ) 2) расходов, включаемых в структуру тарифа на оплату медицинской помощи в соответствии с частью 7 статьи 35 настоящего Федерального закона с 2013 года. (В редакции Федерального закона от 25.11.2013 № 317-ФЗ) (Часть в редакции Федерального закона от 01.12.2012 № 213-ФЗ)</w:t>
      </w:r>
    </w:p>
    <w:p>
      <w:r>
        <w:rPr>
          <w:b/>
        </w:rPr>
        <w:t xml:space="preserve">6. </w:t>
      </w:r>
      <w:r>
        <w:t>(Часть утратила силу - Федеральный закон от 25.11.2013 № 317-ФЗ)</w:t>
      </w:r>
    </w:p>
    <w:p>
      <w:r>
        <w:rPr>
          <w:b/>
        </w:rPr>
        <w:t xml:space="preserve">7. </w:t>
      </w:r>
      <w:r>
        <w:t>В период 2012 - 2014 годов размер страховых взносов на обязательное медицинское страхование неработающего населения в субъекте Российской Федерации определяется в следующем порядке</w:t>
      </w:r>
    </w:p>
    <w:p>
      <w:r>
        <w:rPr>
          <w:b/>
        </w:rPr>
        <w:t xml:space="preserve">71. </w:t>
      </w:r>
      <w:r>
        <w:t>В 2016 году размер страховых взносов на обязательное медицинское страхование неработающего населения в Республике Крым и городе федерального значения Севастополе определяется как произведение численности неработающего населения на 1 января 2015 года в соответствующем субъекте Российской Федерации и тарифа страхового взноса на обязательное медицинское страхование неработающего населения, установленного Федеральным законом от 30 ноября 2011 года № 354-ФЗ "О размере и порядке расчета тарифа страхового взноса на обязательное медицинское страхование неработающего населения". Численность неработающего населения на 1 января 2015 года в Республике Крым и городе федерального значения Севастополе определяется как разница между общей численностью населения на 1 января 2015 года в соответствующем субъекте Российской Федерации и численностью занятого населения на 1 апреля 2015 года в соответствующем субъекте Российской Федерации. (Дополнение частью - Федеральный закон от 01.12.2014 № 418-ФЗ) (В редакции Федерального закона от 14.12.2015 № 374-ФЗ)</w:t>
      </w:r>
    </w:p>
    <w:p>
      <w:r>
        <w:rPr>
          <w:b/>
        </w:rPr>
        <w:t xml:space="preserve">72. </w:t>
      </w:r>
      <w:r>
        <w:t>В 2026 году размер страховых взносов на обязательное медицинское страхование неработающего населения в Донецкой Народной Республике, Луганской Народной Республике, Запорожской области и Херсонской области определяется в соответствии со статьей 23 настоящего Федерального закона. Коэффициент дифференциации при определении тарифа страхового взноса на обязательное медицинское страхование неработающего населения для Донецкой Народной Республики и Луганской Народной Республики принимается в размере, равном 0,3340, для Запорожской области и Херсонской области в размере, равном 0,3333. (Дополнение частью - Федеральный закон от 28.11.2025 № 430-ФЗ)</w:t>
      </w:r>
    </w:p>
    <w:p>
      <w:r>
        <w:rPr>
          <w:b/>
        </w:rPr>
        <w:t xml:space="preserve">73. </w:t>
      </w:r>
      <w:r>
        <w:t>Численность застрахованных лиц, в том числе неработающих, в Донецкой Народной Республике, Луганской Народной Республике, Запорожской области и Херсонской области на 1 января 2025 года в целях формирования бюджета Федерального фонда, бюджетов Донецкой Народной Республики, Луганской Народной Республики, Запорожской области и Херсонской области и бюджетов территориальных фондов Донецкой Народной Республики, Луганской Народной Республики, Запорожской области и Херсонской области на 2026 год и на плановый период 2027 и 2028 годов определяется Федеральным фондом совместно с территориальными фондами указанных субъектов Российской Федерации на основе данных персонифицированного учета в сфере обязательного медицинского страхования. (Дополнение частью - Федеральный закон от 28.11.2025 № 430-ФЗ)</w:t>
      </w:r>
    </w:p>
    <w:p>
      <w:r>
        <w:rPr>
          <w:b/>
        </w:rPr>
        <w:t xml:space="preserve">8. </w:t>
      </w:r>
      <w:r>
        <w:t>В 2012 году размер субвенций из бюджета Федерального фонда бюджету территориального фонда исчисляется как сумма страховых взносов на обязательное медицинское страхование неработающего населения соответствующего субъекта Российской Федерации, страховых взносов на обязательное медицинское страхование работающего населения, исчисляемых на территории соответствующего субъекта Российской Федерации по тарифу два процента, и объема дотаций, предусмотренного в бюджете Федерального фонда соответствующего субъекта Российской Федерации на 2011 год</w:t>
      </w:r>
    </w:p>
    <w:p>
      <w:r>
        <w:rPr>
          <w:b/>
        </w:rPr>
        <w:t xml:space="preserve">81. </w:t>
      </w:r>
      <w:r>
        <w:t>В 2016 году объем субвенций из бюджета Федерального фонда, предоставляемых бюджетам территориальных фондов Республики Крым и города федерального значения Севастополя,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принимаемой равной общей численности населения на 1 января 2015 года в соответствующем субъекте Российской Федерации, и коэффициента дифференциации в размере, равном 1,0. (Дополнение частью - Федеральный закон от 01.12.2014 № 418-ФЗ) (В редакции Федерального закона от 14.12.2015 № 374-ФЗ)</w:t>
      </w:r>
    </w:p>
    <w:p>
      <w:r>
        <w:rPr>
          <w:b/>
        </w:rPr>
        <w:t xml:space="preserve">82. </w:t>
      </w:r>
      <w:r>
        <w:t>Объем субвенции из бюджета Федерального фонда, предоставляемой в 2019 году бюджету территориального фонда города Байконура,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в городе Байконуре на 1 января 2019 года. (Дополнение частью - Федеральный закон от 26.07.2019 № 204-ФЗ) 82-1. В 2026 году объем субвенций из бюджета Федерального фонда, предоставляемых бюджетам территориальных фондов Донецкой Народной Республики, Луганской Народной Республики, Запорожской области и Херсонской области,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коэффициента дифференциации для Донецкой Народной Республики, Луганской Народной Республики в размере, равном 1,001, для Запорожской области и Херсонской области в размере, равном 1,0, а также коэффициента доступности медицинской помощи в размере, равном 1,0, и коэффициента корректировки по доле участия федеральных медицинских организаций в территориальной программе обязательного медицинского страхования в размере, равном 1,0, для Донецкой Народной Республики, Луганской Народной Республики, Запорожской области и Херсонской области. (Дополнение частью - Федеральный закон от 28.11.2025 № 430-ФЗ)</w:t>
      </w:r>
    </w:p>
    <w:p>
      <w:r>
        <w:rPr>
          <w:b/>
        </w:rPr>
        <w:t xml:space="preserve">83. </w:t>
      </w:r>
      <w:r>
        <w:t>Годовой объем бюджетных ассигнований, предусмотренных в 2019 году в бюджете города Байконура на обязательное медицинское страхование неработающего населения, определяется исходя из численности неработающих застрахованных лиц на 1 января 2019 года в городе Байконуре и тарифа страхового взноса на обязательное медицинское страхование неработающего населения в городе Байконуре. (Дополнение частью - Федеральный закон от 26.07.2019 № 204-ФЗ)</w:t>
      </w:r>
    </w:p>
    <w:p>
      <w:r>
        <w:rPr>
          <w:b/>
        </w:rPr>
        <w:t xml:space="preserve">9. </w:t>
      </w:r>
      <w:r>
        <w:t>Федеральное имущество, закрепленное за территориальными фондами на праве оперативного управления до дня вступления в силу настоящего Федерального закона, передается в собственность соответствующих субъектов Российской Федерации в срок до 1 июля 2011 года и используется территориальными фондами на праве оперативного управления</w:t>
      </w:r>
    </w:p>
    <w:p>
      <w:r>
        <w:rPr>
          <w:b/>
        </w:rPr>
        <w:t xml:space="preserve">10. </w:t>
      </w:r>
      <w:r>
        <w:t>В 2015 году общий объем бюджетных ассигнований, предусмотренный законом о бюджете субъекта Российской Федерации на обязательное медицинское страхование неработающего населения и предоставление межбюджетных трансфертов бюджету территориального фонда, не может быть меньше общего объема бюджетных ассигнований на указанные цели, предусмотренного законом о бюджете субъекта Российской Федерации в предшествующем году. (В редакции Федерального закона от 01.12.2014 № 418-ФЗ)</w:t>
      </w:r>
    </w:p>
    <w:p>
      <w:r>
        <w:rPr>
          <w:b/>
        </w:rPr>
        <w:t xml:space="preserve">11. </w:t>
      </w:r>
      <w:r>
        <w:t>В 2011 году</w:t>
      </w:r>
    </w:p>
    <w:p>
      <w:r>
        <w:rPr>
          <w:b/>
        </w:rPr>
        <w:t xml:space="preserve">12. </w:t>
      </w:r>
      <w:r>
        <w:t>С 2011 года размер бюджетных ассигнований на уплату страховых взносов на обязательное медицинское страхование неработающего населения должен включать в себя в полном объеме финансовое обеспечение видов медицинской помощи и включенных в тариф на оплату медицинской помощи статей расходов в соответствии с базовой программой обязательного медицинского страхования на соответствующий год, ранее финансируемых из консолидированного бюджета субъекта Российской Федерации</w:t>
      </w:r>
    </w:p>
    <w:p>
      <w:r>
        <w:rPr>
          <w:b/>
        </w:rPr>
        <w:t xml:space="preserve">121. </w:t>
      </w:r>
      <w:r>
        <w:t>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размере одного миллиона рублей на одного указанного медицинского работника. Финансовое обеспечение единовременных компенсационных выплат медицинским работникам в 2017 году осуществляется за счет иных межбюджетных трансфертов,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 и на плановый период, и средств бюджетов субъектов Российской Федерации в соотношении соответственно 60 и 40 процентов. (Дополнение частью - Федеральный закон от 30.11.2011 № 369-ФЗ) (В редакции Федерального закона от 28.12.2016 № 472-ФЗ)</w:t>
      </w:r>
    </w:p>
    <w:p>
      <w:r>
        <w:rPr>
          <w:b/>
        </w:rPr>
        <w:t xml:space="preserve">122. </w:t>
      </w:r>
      <w:r>
        <w:t>Иные межбюджетные трансферты, предусмотренные частью 121 настоящей статьи, предоставляются из бюджета Федерального фонда бюджетам территориальных фондов для последующего их перечисления в течение трех рабочих дней в бюджеты субъектов Российской Федерации при условии принятия высшим исполнительным органом государственной власти субъекта Российской Федерации нормативных правовых актов, предусматривающих</w:t>
      </w:r>
    </w:p>
    <w:p>
      <w:r>
        <w:rPr>
          <w:b/>
        </w:rPr>
        <w:t xml:space="preserve">123. </w:t>
      </w:r>
      <w:r>
        <w:t>Средства, поступившие в бюджет субъекта Российской Федерации от возврата части единовременной компенсационной выплаты в соответствии с подпунктом "в" пункта 3 части 122 настоящей статьи, подлежат возврату в течение трех рабочих дней в бюджет территориального фонда для последующего перечисления в течение трех рабочих дней в бюджет Федерального фонда. (Дополнение частью - Федеральный закон от 30.11.2011 № 369-ФЗ)</w:t>
      </w:r>
    </w:p>
    <w:p>
      <w:r>
        <w:rPr>
          <w:b/>
        </w:rPr>
        <w:t xml:space="preserve">124. </w:t>
      </w:r>
      <w:r>
        <w:t>Предоставление иных межбюджетных трансфертов, предусмотренных частью 121 настоящей статьи, из бюджета Федерального фонда бюджетам территориальных фондов осуществляется в соответствии с заявками уполномоченных органов исполнительной власти субъектов Российской Федерации и территориальных фондов в пределах бюджетных ассигнований, утвержденных Правительством Российской Федерации, при условии предоставления отчетности по форме и в порядке, которые установлены Федеральным фондом. (Дополнение частью - Федеральный закон от 30.11.2011 № 369-ФЗ) (В редакции Федерального закона от 01.12.2012 № 213-ФЗ)</w:t>
      </w:r>
    </w:p>
    <w:p>
      <w:r>
        <w:rPr>
          <w:b/>
        </w:rPr>
        <w:t xml:space="preserve">125. </w:t>
      </w:r>
      <w:r>
        <w:t>Контроль за использованием средств, предусмотренных на финансовое обеспечение единовременных компенсационных выплат медицинским работникам,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(Дополнение частью - Федеральный закон от 30.11.2011 № 369-ФЗ)</w:t>
      </w:r>
    </w:p>
    <w:p>
      <w:r>
        <w:rPr>
          <w:b/>
        </w:rPr>
        <w:t xml:space="preserve">13. </w:t>
      </w:r>
      <w:r>
        <w:t>(Часть утратила силу - Федеральный закон от 28.11.2025 № 430-ФЗ)</w:t>
      </w:r>
    </w:p>
    <w:p>
      <w:r>
        <w:rPr>
          <w:b/>
        </w:rPr>
        <w:t xml:space="preserve">14. </w:t>
      </w:r>
      <w:r>
        <w:t>В 2011 году заключение договоров территориальных фондов со страховыми медицинскими организациями и их исполнение осуществляются в соответствии с правилами обязательного медицинского страхования</w:t>
      </w:r>
    </w:p>
    <w:p>
      <w:r>
        <w:rPr>
          <w:b/>
        </w:rPr>
        <w:t xml:space="preserve">15. </w:t>
      </w:r>
      <w:r>
        <w:t>В 2011 году правила обязательного медицинского страхования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(Дополнение частью - Федеральный закон от 30.11.2011 № 369-ФЗ)</w:t>
      </w:r>
    </w:p>
    <w:p>
      <w:r>
        <w:rPr>
          <w:b/>
        </w:rPr>
        <w:t xml:space="preserve">16. </w:t>
      </w:r>
      <w:r>
        <w:t>В субъектах Российской Федерации, в которых в 2010 году структура тарифа на оплату медицинской помощи в соответствии с территориальной программой обязательного медицинского страхования включала в себя расходы на приобретение оборудования, в 2011 - 2012 годах в структуру тарифа на оплату медицинской помощи могут включаться расходы на приобретение оборудования стоимостью более ста тысяч рублей за единицу, при этом предельная стоимость оборудования, расходы на приобретение которого могут включаться в структуру тарифа на оплату медицинской помощи, определяется соглашением, предусмотренным частью 2 статьи 30 настоящего Федерального закона. (Дополнение частью - Федеральный закон от 30.11.2011 № 369-ФЗ)</w:t>
      </w:r>
    </w:p>
    <w:p>
      <w:r>
        <w:rPr>
          <w:b/>
        </w:rPr>
        <w:t xml:space="preserve">17. </w:t>
      </w:r>
      <w:r>
        <w:t>В целях осуществления деятельности в сфере обязательного медицинского страхования в 2014 году медицинская организация направляет в территориальный фонд предусмотренное частью 2 статьи 15 настоящего Федерального закона уведомление о включении в реестр медицинских организаций до 20 декабря 2013 года включительно. (Дополнение частью - Федеральный закон от 25.11.2013 № 317-ФЗ)</w:t>
      </w:r>
    </w:p>
    <w:p>
      <w:r>
        <w:rPr>
          <w:b/>
        </w:rPr>
        <w:t xml:space="preserve">18. </w:t>
      </w:r>
      <w:r>
        <w:t>С 1 января по 31 декабря 2014 года средства нормированного страхового запаса Федерального фонда могут направляться в соответствии с Федеральным законом от 2 декабря 2013 года № 321-ФЗ "О бюджете Федерального фонда обязательного медицинского страхования на 2014 год и на плановый период 2015 и 2016 годов" на финансовое обеспечение оказания высокотехнологичной медицинской помощи, не включенной в базовую программу обязательного медицинского страхования. (Дополнение частью - Федеральный закон от 21.07.2014 № 268-ФЗ)</w:t>
      </w:r>
    </w:p>
    <w:p>
      <w:r>
        <w:rPr>
          <w:b/>
        </w:rPr>
        <w:t xml:space="preserve">19. </w:t>
      </w:r>
      <w:r>
        <w:t>В целях осуществления деятельности в сфере обязательного медицинского страхования в 2015 году медицинская организация, расположенная в Республике Крым или городе федерального значения Севастополе, направляет в территориальный фонд предусмотренное частью 2 статьи 15 настоящего Федерального закона уведомление о включении в реестр медицинских организаций до 26 декабря 2014 года включительно. (Дополнение частью - Федеральный закон от 01.12.2014 № 418-ФЗ)</w:t>
      </w:r>
    </w:p>
    <w:p>
      <w:r>
        <w:rPr>
          <w:b/>
        </w:rPr>
        <w:t xml:space="preserve">20. </w:t>
      </w:r>
      <w:r>
        <w:t>В 2015 - 2016 годах в целях финансового обеспечения высокотехнологичной медицинской помощи, не включенной в базовую программу обязательного медицинского страхования, по перечню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оказываемой в федеральных государственных учреждениях, включенных в перечень,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в медицинских организациях, включенных в перечень, утвержденный уполномоченным органом исполнительной власти субъекта Российской Федерации, из бюджета Федерального фонда в федеральный бюджет предоставляются иные межбюджетные трансферты в соответствии с федеральным законом о бюджете Федерального фонда на очередной финансовый год и на плановый период в порядке, установленном Правительством Российской Федерации. (Дополнение частью - Федеральный закон от 01.12.2014 № 418-ФЗ) (В редакции Федерального закона от 14.12.2015 № 374-ФЗ)</w:t>
      </w:r>
    </w:p>
    <w:p>
      <w:r>
        <w:rPr>
          <w:b/>
        </w:rPr>
        <w:t xml:space="preserve">21. </w:t>
      </w:r>
      <w:r>
        <w:t>Контроль за использованием средств, предусмотренных в части 20 настоящей статьи,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и Счетной палатой Российской Федерации. (Дополнение частью - Федеральный закон от 01.12.2014 № 418-ФЗ)</w:t>
      </w:r>
    </w:p>
    <w:p>
      <w:r>
        <w:rPr>
          <w:b/>
        </w:rPr>
        <w:t xml:space="preserve">22. </w:t>
      </w:r>
      <w:r>
        <w:t>(Дополнение частью - Федеральный закон от 01.12.2014 № 418-ФЗ) (Утратила силу - Федеральный закон от 28.12.2016 № 472-ФЗ)</w:t>
      </w:r>
    </w:p>
    <w:p>
      <w:r>
        <w:rPr>
          <w:b/>
        </w:rPr>
        <w:t xml:space="preserve">23. </w:t>
      </w:r>
      <w:r>
        <w:t>В 2016 году в соответствии с федеральным законом о бюджете Федерального фонда на очередной финансовый год из бюджета Федерального фонда в бюджеты территориальных фондов в установленном Правительством Российской Федерации порядке направляются иные межбюджетные трансферты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 федеральными государственными учреждениями, подведомственными Министерству здравоохранения Российской Федерации, Управлению делами Президента Российской Федерации, Федеральному медико-биологическому агентству и Федеральному агентству научных организаций. (Дополнение частью - Федеральный закон от 14.12.2015 № 374-ФЗ)</w:t>
      </w:r>
    </w:p>
    <w:p>
      <w:r>
        <w:rPr>
          <w:b/>
        </w:rPr>
        <w:t xml:space="preserve">24. </w:t>
      </w:r>
      <w:r>
        <w:t>Положения пункта 72 части 2 статьи 20, пункта 4 части 6 и части 66 статьи 26 настоящего Федерального закона применяются до 1 января 2029 года. (Дополнение частью - Федеральный закон от 28.11.2018 № 437-ФЗ) (В редакции федеральных законов от 29.10.2024 № 369-ФЗ, от 28.11.2025 № 430-ФЗ)</w:t>
      </w:r>
    </w:p>
    <w:p>
      <w:r>
        <w:rPr>
          <w:b/>
        </w:rPr>
        <w:t xml:space="preserve">25. </w:t>
      </w:r>
      <w:r>
        <w:t>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бюджета Федерального фонда в связи с тем, что суммы выплат (вознаграждений), указанные в пункте 70 статьи 217 Налогового кодекса Российской Федерации, не подлежат обложению страховыми взносами в 2018 и 2019 годах. Объем указанных межбюджетных трансфертов определяется как произведение численности лиц, поставленных на учет налоговыми органами в соответствии с пунктом 73 статьи 83 Налогового кодекса Российской Федерации по состоянию на 1 января года, предшествующего очередному, и фиксированного размера страхового взноса, установленного подпунктом 2 пункта 1 статьи 430 Налогового кодекса Российской Федерации, на очередной финансовый год. (Дополнение частью - Федеральный закон от 06.02.2019 № 6-ФЗ)</w:t>
      </w:r>
    </w:p>
    <w:p>
      <w:r>
        <w:rPr>
          <w:b/>
        </w:rPr>
        <w:t xml:space="preserve">26. </w:t>
      </w:r>
      <w:r>
        <w:t>Для целей расчета объема указанных в части 25 настоящей статьи межбюджетных трансфертов Федеральный фонд ежегодно в срок до 15 мая направляет в Министерство финансов Российской Федерации информацию о численности лиц, поставленных на учет налоговыми органами в соответствии с пунктом 73 статьи 83 Налогового кодекса Российской Федерации по состоянию на 1 января года, предшествующего очередному, информация о которых в соответствии с частью 2 статьи 49 настоящего Федерального закона предоставлена налоговыми органами в составе сведений о работающих застрахованных лицах. (Дополнение частью - Федеральный закон от 06.02.2019 № 6-ФЗ)</w:t>
      </w:r>
    </w:p>
    <w:p>
      <w:r>
        <w:rPr>
          <w:b/>
        </w:rPr>
        <w:t xml:space="preserve">27. </w:t>
      </w:r>
      <w:r>
        <w:t>В 2020 - 2028 годах в соответствии с федеральным законом о бюджете Федерального фонда на очередной финансовый год и на плановый период из бюджета Федерального фонда в бюджеты территориальных фондов в установленном Правительством Российской Федерации порядке предоставляются межбюджетные трансферты для формирования нормированного страхового запаса территориального фонда на цели, указанные в пункте 4 части 6 статьи 26 настоящего Федерального закона. (Дополнение частью - Федеральный закон от 02.12.2019 № 399-ФЗ) (В редакции федеральных законов от 08.12.2020 № 430-ФЗ, от 06.12.2021 № 405-ФЗ, от 05.12.2022 № 474-ФЗ, от 27.11.2023 № 545-ФЗ, от 29.10.2024 № 369-ФЗ, от 28.11.2025 № 430-ФЗ)</w:t>
      </w:r>
    </w:p>
    <w:p>
      <w:r>
        <w:rPr>
          <w:b/>
        </w:rPr>
        <w:t xml:space="preserve">28. </w:t>
      </w:r>
      <w:r>
        <w:t>В 2020 - 2028 годах в соответствии с федеральным законом о бюджете Федерального фонда на очередной финансовый год и на плановый период из бюджета Федерального фонда в бюджеты территориальных фондов предоставляются межбюджетные трансферты для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Порядок и условия предоставления данных межбюджетных трансфертов, в том числе порядок осуществления указанных в настоящей части денежных выплат и их размер, устанавливаются Правительством Российской Федерации. (Дополнение частью - Федеральный закон от 02.12.2019 № 399-ФЗ) (В редакции федеральных законов от 08.12.2020 № 430-ФЗ, от 06.12.2021 № 405-ФЗ, от 05.12.2022 № 474-ФЗ, от 27.11.2023 № 545-ФЗ, от 29.10.2024 № 369-ФЗ, от 28.11.2025 № 430-ФЗ)</w:t>
      </w:r>
    </w:p>
    <w:p>
      <w:r>
        <w:rPr>
          <w:b/>
        </w:rPr>
        <w:t xml:space="preserve">29. </w:t>
      </w:r>
      <w:r>
        <w:t>В целях перехода на ведение территориальными фондами персонифицированного учета сведений о застрахованных лицах в едином регистре застрахованных лиц территориальные фонды до 1 июля 2022 года обеспечивают проверку достоверности, полноты и актуальности сведений, содержащихся в региональных сегментах единого регистра застрахованных лиц, при необходимости вносят в такие сведения изменения в соответствии с порядком ведения персонифицированного учета и передают сведения из региональных сегментов единого регистра застрахованных лиц в центральный сегмент единого регистра застрахованных лиц в соответствии с порядком информационного взаимодействия в сфере обязательного медицинского страхования. (Дополнение частью - Федеральный закон от 06.12.2021 № 405-ФЗ)</w:t>
      </w:r>
    </w:p>
    <w:p>
      <w:r>
        <w:rPr>
          <w:b/>
        </w:rPr>
        <w:t xml:space="preserve">30. </w:t>
      </w:r>
      <w:r>
        <w:t>До 1 января 2027 года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целях ведения персонифицированного учета сведений о застрахованных лицах территориальным фондом может использоваться введенная в эксплуатацию региональная информационная система обязательного медицинского страхования с последующей передачей сведений о застрахованных лицах в единый регистр застрахованных лиц в соответствии с порядком информационного взаимодействия в сфере обязательного медицинского страхования. Субъект Российской Федерации в письменной форме извещает о принятом решении Федеральный фонд до 1 мая 2022 года. (Дополнение частью - Федеральный закон от 06.12.2021 № 405-ФЗ) (В редакции федеральных законов от 19.12.2022 № 519-ФЗ, от 29.10.2024 № 369-ФЗ, от 28.11.2025 № 430-ФЗ)</w:t>
      </w:r>
    </w:p>
    <w:p>
      <w:r>
        <w:rPr>
          <w:b/>
        </w:rPr>
        <w:t xml:space="preserve">3. </w:t>
      </w:r>
      <w:r>
        <w:t>в части базовой программы обязательного медицинского страхования включает в себя расходы, определенные Программой государственных гарантий оказания гражданам Российской Федерации бесплатной медицинской помощи, утвержденной Правительством Российской Федерации</w:t>
      </w:r>
    </w:p>
    <w:p>
      <w:r>
        <w:rPr>
          <w:b/>
        </w:rPr>
        <w:t xml:space="preserve">3. </w:t>
      </w:r>
      <w:r>
        <w:t>в части территориальных программ обязательного медицинского страхования может включать в себя часть расходов на оплату труда, начисления на выплаты по оплате труда (в части прочих выплат), расходы на оплату услуг связи, транспортных и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оборудования стоимостью до ста тысяч рублей за единицу</w:t>
      </w:r>
    </w:p>
    <w:p>
      <w:r>
        <w:rPr>
          <w:b/>
        </w:rPr>
        <w:t xml:space="preserve">7. </w:t>
      </w:r>
      <w:r>
        <w:t>в 2012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25 процентов разницы между размером страховых взносов на обязательное медицинское страхование неработающего населения, рассчитанным в соответствии с частью 2 статьи 23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плановый период; (В редакции Федерального закона от 30.11.2011 № 369-ФЗ) 2) в 2013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50 процентов разницы между размером страховых взносов на обязательное медицинское страхование неработающего населения, рассчитанным в соответствии с частью 2 статьи 23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 (В редакции Федерального закона от 01.12.2012 № 213-ФЗ) 3) в 2014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75 процентов разницы между размером страховых взносов на обязательное медицинское страхование неработающего населения, рассчитанным в соответствии с частью 2 статьи 23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 (В редакции Федерального закона от 25.11.2013 № 317-ФЗ) 4) в 2012 - 2014 годах размер тарифа страховых взносов на обязательное медицинское страхование неработающего населения в соответствии с частью 2 статьи 23 настоящего Федерального закона устанавливается с учетом передаваемых расходов консолидированного бюджета субъекта Российской Федерации, подлежащих включению в территориальную программу обязательного медицинского страхования в рамках базовой программы обязательного медицинского страхования, расходов бюджета субъекта Российской Федерации на содержание медицинских организаций в соответствии с частью 7 статьи 35 настоящего Федерального закона. (В редакции Федерального закона от 01.12.2012 № 213-ФЗ)</w:t>
      </w:r>
    </w:p>
    <w:p>
      <w:r>
        <w:rPr>
          <w:b/>
        </w:rPr>
        <w:t xml:space="preserve">11. </w:t>
      </w:r>
      <w:r>
        <w:t>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бюджеты территориальных фондов</w:t>
      </w:r>
    </w:p>
    <w:p>
      <w:r>
        <w:rPr>
          <w:b/>
        </w:rPr>
        <w:t xml:space="preserve">11. </w:t>
      </w:r>
      <w:r>
        <w:t>страхователи для неработающих граждан обязаны вести учет средств, перечисляемых на обязательное медицинское страхование неработающего населения в территориальные фонды</w:t>
      </w:r>
    </w:p>
    <w:p>
      <w:r>
        <w:rPr>
          <w:b/>
        </w:rPr>
        <w:t xml:space="preserve">11. </w:t>
      </w:r>
      <w:r>
        <w:t>суммы начисленных недоимок по взносам, налоговым платежам, начисленных пеней и штрафов подлежат уплате в бюджеты территориальных фондов в соответствии с законодательством Российской Федерации</w:t>
      </w:r>
    </w:p>
    <w:p>
      <w:r>
        <w:rPr>
          <w:b/>
        </w:rPr>
        <w:t xml:space="preserve">11. </w:t>
      </w:r>
      <w:r>
        <w:t>страхователи для неработающих граждан самостоятельно начисляют пени на всю сумму недоимки за период просрочки и отражают ее в форме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r>
        <w:rPr>
          <w:b/>
        </w:rPr>
        <w:t xml:space="preserve">11. </w:t>
      </w:r>
      <w:r>
        <w:t>средства из бюджета Федерального фонда на финансовое обеспечение реализации территориальных программ обязательного медицинского страхования в пределах базовой программы обязательного медицинского страхования предоставляются в виде дотаций в объеме, установленном федеральным законом о бюджете Федерального фонда на очередной финансовый год и на плановый период</w:t>
      </w:r>
    </w:p>
    <w:p>
      <w:r>
        <w:rPr>
          <w:b/>
        </w:rPr>
        <w:t xml:space="preserve">122. </w:t>
      </w:r>
      <w:r>
        <w:t>предоставление медицинским работникам (в том числе указанным в части 121 настоящей статьи), имеющим высшее медицинское образование или среднее медицинское образование, работающим в сельском населенном пункте, либо рабочем поселке, либо поселке городского типа и (или) переехавшим на работу в сельский населенный пункт, либо рабочий поселок, либо поселок городского типа из другого населенного пункта, жилого помещения, и (или) земельного участка для жилищного строительства, и (или) компенсации части процентной ставки по кредитам, предоставляемым на приобретение жилья, и (или) иных мер социальной поддержки; (В редакции федеральных законов от 01.12.2012 № 213-ФЗ; от 14.12.2015 № 374-ФЗ) 2) установление обязанности уполномоченного органа исполнительной власти субъекта Российской Федерации и территориального фонда ежемесячно представлять в Федеральный фонд заявки на получение иных межбюджетных трансфертов, предусмотренных частью 121 настоящей статьи, по форме, установленной Федеральным фондом; (В редакции Федерального закона от 28.12.2016 № 472-ФЗ) 3) установление обязанности уполномоченного органа исполнительной власти субъекта Российской Федерации заключить в порядке, определенном высшим исполнительным органом государственной власти субъекта Российской Федерации, с медицинским работником, указанным в части 121 настоящей статьи, после заключения им трудового договора с государственным учреждением здравоохранения субъекта Российской Федерации либо с муниципальным учреждением здравоохранения договор, предусматривающий:</w:t>
      </w:r>
    </w:p>
    <w:p>
      <w:r>
        <w:rPr>
          <w:b/>
        </w:rPr>
        <w:t xml:space="preserve">122. </w:t>
      </w:r>
      <w:r>
        <w:t>установление обязанности уполномоченного органа исполнительной власти субъекта Российской Федерации осуществлять контроль за соблюдением установленных настоящей статьей условий для осуществления единовременных компенсационных выплат медицинским работникам. (Дополнение пунктом - Федеральный закон от 28.12.2016 № 472-ФЗ) (Дополнение частью - Федеральный закон от 30.11.2011 № 369-ФЗ)</w:t>
      </w:r>
    </w:p>
    <w:p>
      <w:r>
        <w:rPr>
          <w:b/>
        </w:rPr>
        <w:t xml:space="preserve">122. </w:t>
      </w:r>
      <w:r>
        <w:t>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w:t>
      </w:r>
    </w:p>
    <w:p>
      <w:r>
        <w:rPr>
          <w:b/>
        </w:rPr>
        <w:t xml:space="preserve">122. </w:t>
      </w:r>
      <w:r>
        <w:t>порядок предоставления медицинскому работнику единовременной компенсационной выплаты в размере одного миллиона рублей в течение 30 рабочих дней со дня заключения договора с органом исполнительной власти субъекта Российской Федерации; (В редакции Федерального закона от 28.12.2016 № 472-ФЗ)</w:t>
      </w:r>
    </w:p>
    <w:p>
      <w:r>
        <w:rPr>
          <w:b/>
        </w:rPr>
        <w:t xml:space="preserve">122. </w:t>
      </w:r>
      <w:r>
        <w:t>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подпункте "а" настоящего пункта, до истечения пятилетнего срока (за исключением случаев прекращения трудового договора по основаниям, предусмотренным пунктом 8 части первой статьи 77, пунктами 1, 2 и 4 части первой статьи 81, пунктами 1, 2, 5, 6 и 7 части первой статьи 83 Трудового кодекса Российской Федерации), рассчитанной с даты прекращения трудового договора, пропорционально неотработанному медицинским работником периоду</w:t>
      </w:r>
    </w:p>
    <w:p>
      <w:r>
        <w:rPr>
          <w:b/>
        </w:rPr>
        <w:t xml:space="preserve">122. </w:t>
      </w:r>
      <w:r>
        <w:t>ответственность медицинского работника за неисполнение обязанностей, предусмотренных договором с органом исполнительной власти субъекта Российской Федерации, в том числе по возврату единовременной компенсационной выплаты в случаях, указанных в подпункте "в" настоящего пункта</w:t>
      </w:r>
    </w:p>
    <w:p>
      <w:r>
        <w:rPr>
          <w:b/>
        </w:rPr>
        <w:t>Статья 52. О признании утратившими силу отдельных законодательных актов (положений законодательных актов) Российской Федерации</w:t>
      </w:r>
    </w:p>
    <w:p>
      <w:r>
        <w:t>Признать утратившими силу со дня вступления в силу настоящего Федерального закона</w:t>
      </w:r>
    </w:p>
    <w:p>
      <w:r>
        <w:t>Закон Российской Федерации от 28 июня 1991 года № 1499-I "О медицинском страховании граждан в Российской Федерации" (Ведомости Съезда народных депутатов РСФСР и Верховного Совета РСФСР, 1991, № 27, ст. 920)</w:t>
      </w:r>
    </w:p>
    <w:p>
      <w:r>
        <w:t>Постановление Верховного Совета РСФСР от 28 июня 1991 года № 1500-I "О порядке введения в действие Закона РСФСР "О медицинском страховании граждан в РСФСР" (Ведомости Съезда народных депутатов РСФСР и Верховного Совета РСФСР, 1991, № 27, ст. 921)</w:t>
      </w:r>
    </w:p>
    <w:p>
      <w:r>
        <w:t>Постановление Верховного Совета Российской Федерации от 24 февраля 1993 года № 4543-I "О порядке финансирования обязательного медицинского страхования граждан на 1993 год" (Ведомости Съезда народных депутатов Российской Федерации и Верховного Совета Российской Федерации, 1993, № 17, ст. 591)</w:t>
      </w:r>
    </w:p>
    <w:p>
      <w:r>
        <w:t>Закон Российской Федерации от 2 апреля 1993 года № 4741-I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 17, ст. 602)</w:t>
      </w:r>
    </w:p>
    <w:p>
      <w:r>
        <w:t>Постановление Верховного Совета Российской Федерации от 2 апреля 1993 года № 4742-I "О повторном рассмотрении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 17, ст. 604)</w:t>
      </w:r>
    </w:p>
    <w:p>
      <w:r>
        <w:t>Постановление Верховного Совета Российской Федерации от 2 апреля 1993 года № 4743-I "О порядке введения в действие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 17, ст. 603)</w:t>
      </w:r>
    </w:p>
    <w:p>
      <w:r>
        <w:t>статью 1 Федерального закона от 23 декабря 2003 года №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 52, ст. 5037)</w:t>
      </w:r>
    </w:p>
    <w:p>
      <w:r>
        <w:t>статью 5 Федерального закона от 27 июля 2006 года №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 31, ст. 3436)</w:t>
      </w:r>
    </w:p>
    <w:p>
      <w:r>
        <w:t>статью 1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t>статью 4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t>статью 1 Федерального закона от 18 июля 2009 года № 185-ФЗ "О внесении изменений в статьи 2 и 91 Закона Российской Федерации "О медицинском страховании граждан в Российской Федерации" и статью 11 Федерального закона "Об обязательном пенсионном страховании в Российской Федерации" (Собрание законодательства Российской Федерации, 2009, № 29, ст. 3622)</w:t>
      </w:r>
    </w:p>
    <w:p>
      <w:r>
        <w:rPr>
          <w:b/>
        </w:rPr>
        <w:t>Статья 53. Порядок вступления в силу настоящего Федерального закона</w:t>
      </w:r>
    </w:p>
    <w:p>
      <w:r>
        <w:rPr>
          <w:b/>
        </w:rPr>
        <w:t xml:space="preserve">1. </w:t>
      </w:r>
      <w:r>
        <w:t>Настоящий Федеральный закон вступает в силу с 1 января 2011 года, за исключением положений, для которых настоящей статьей установлен иной срок вступления их в силу</w:t>
      </w:r>
    </w:p>
    <w:p>
      <w:r>
        <w:rPr>
          <w:b/>
        </w:rPr>
        <w:t xml:space="preserve">2. </w:t>
      </w:r>
      <w:r>
        <w:t>Статьи 5 - 8, часть 6 статьи 14, часть 7 статьи 17, часть 7 статьи 24, пункт 1 части 4 статьи 26, статьи 27, 28, 35, 36, часть 1, пункты 3 - 5 и 14 части 2, пункты 1 - 3 части 4, части 7 - 9, 11 и 12 статьи 38 настоящего Федерального закона вступают в силу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