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Пенсионного фонда Российской Федерации на 2011 год и на плановый период 2012 и 2013 годов</w:t>
      </w:r>
    </w:p>
    <w:p>
      <w:r>
        <w:rPr>
          <w:b/>
        </w:rPr>
        <w:t>Статья 1. Основные характеристики бюджета Пенсионного фонда Российской Федерации на 2011 год и на плановый период 2012 и 2013 годов</w:t>
      </w:r>
    </w:p>
    <w:p>
      <w:r>
        <w:rPr>
          <w:b/>
        </w:rPr>
        <w:t xml:space="preserve">1. </w:t>
      </w:r>
      <w:r>
        <w:t>Утвердить основные характеристики бюджета Пенсионного фонда Российской Федерации (далее - Фонд) на 2011 год</w:t>
      </w:r>
    </w:p>
    <w:p>
      <w:r>
        <w:rPr>
          <w:b/>
        </w:rPr>
        <w:t xml:space="preserve">2. </w:t>
      </w:r>
      <w:r>
        <w:t>Утвердить основные характеристики бюджета Фонда на плановый период 2012 и 2013 годов</w:t>
      </w:r>
    </w:p>
    <w:p>
      <w:r>
        <w:rPr>
          <w:b/>
        </w:rPr>
        <w:t xml:space="preserve">1. </w:t>
      </w:r>
      <w:r>
        <w:t>прогнозируемый общий объем доходов бюджета Фонда в сумме 5 137 380 785,6 тыс. рублей, из них 4 718 121 267,0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2 341 728 700,4 тыс. рублей и бюджетов субъектов Российской Федерации в сумме 4 621 692,0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4 822 389 403,0 тыс. рублей, из них 4 709 464 739,4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передаваемые бюджетам субъектов Российской Федерации в сумме 82 000,0 тыс. рублей</w:t>
      </w:r>
    </w:p>
    <w:p>
      <w:r>
        <w:rPr>
          <w:b/>
        </w:rPr>
        <w:t xml:space="preserve">1. </w:t>
      </w:r>
      <w:r>
        <w:t>предельный объем профицита бюджета Фонда в сумме 314 991 382,6 тыс. рублей, из них предельный объем профицита бюджета Фонда в части, не связанной с формированием средств для финансирования накопительной части трудовых пенсий, в сумме 8 656 527,6 тыс. рублей</w:t>
      </w:r>
    </w:p>
    <w:p>
      <w:r>
        <w:rPr>
          <w:b/>
        </w:rPr>
        <w:t xml:space="preserve">2. </w:t>
      </w:r>
      <w:r>
        <w:t>прогнозируемый общий объем доходов бюджета Фонда на 2012 год в сумме 5 654 847 702,6 тыс. рублей, из них 5 158 543 684,9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2 561 355 718,6 тыс. рублей и бюджетов субъектов Российской Федерации в сумме 4 997 345,3 тыс. рублей, и на 2013 год в сумме 6 245 345 455,9 тыс. рублей, из них 5 667 541 111,9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2 803 343 452,0 тыс. рублей и бюджетов субъектов Российской Федерации в сумме 5 335 428,3 тыс. рублей</w:t>
      </w:r>
    </w:p>
    <w:p>
      <w:r>
        <w:rPr>
          <w:b/>
        </w:rPr>
        <w:t xml:space="preserve">2. </w:t>
      </w:r>
      <w:r>
        <w:t>общий объем расходов бюджета Фонда на 2012 год в сумме 5 301 210 412,3 тыс. рублей, из них 5 158 543 684,9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передаваемые бюджетам субъектов Российской Федерации, в сумме 80 000,0 тыс. рублей, и на 2013 год в сумме 5 843 209 620,7 тыс. рублей, из них 5 667 541 111,9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передаваемые бюджетам субъектов Российской Федерации в сумме 78 000,0 тыс. рублей</w:t>
      </w:r>
    </w:p>
    <w:p>
      <w:r>
        <w:rPr>
          <w:b/>
        </w:rPr>
        <w:t xml:space="preserve">2. </w:t>
      </w:r>
      <w:r>
        <w:t>предельный объем профицита бюджета Фонда на 2012 год в сумме 353 637 290,3 тыс. рублей в части, связанной с формированием средств для финансирования накопительной части трудовых пенсий, и предельный объем профицита бюджета Фонда на 2013 год в сумме 402 135 835,2 тыс. рублей в части, связанной с формированием средств для финансирования накопительной части трудовых пенсий</w:t>
      </w:r>
    </w:p>
    <w:p>
      <w:r>
        <w:rPr>
          <w:b/>
        </w:rPr>
        <w:t>Статья 2. Главные администраторы доходов бюджета Фонда и главные администраторы источников финансирования дефицита бюджета Фонда</w:t>
      </w:r>
    </w:p>
    <w:p>
      <w:r>
        <w:rPr>
          <w:b/>
        </w:rPr>
        <w:t xml:space="preserve">1. </w:t>
      </w:r>
      <w:r>
        <w:t>Утвердить перечень главных администраторов доходов бюджета Фонда согласно приложению 1 к настоящему Федеральному закону</w:t>
      </w:r>
    </w:p>
    <w:p>
      <w:r>
        <w:rPr>
          <w:b/>
        </w:rPr>
        <w:t xml:space="preserve">2. </w:t>
      </w:r>
      <w:r>
        <w:t>Утвердить перечень главных администраторов источников финансирования дефицита бюджета Фонда согласно приложению 2 к настоящему Федеральному закону</w:t>
      </w:r>
    </w:p>
    <w:p>
      <w:r>
        <w:rPr>
          <w:b/>
        </w:rPr>
        <w:t xml:space="preserve">3. </w:t>
      </w:r>
      <w:r>
        <w:t>Установить, что в случае изменения в 2011 году состава и (или) функций главных администраторов доходов бюджета Фонда или главных администраторов источников финансирования дефицита бюджета Фонда, а также изменения принципов назначения и присвоения,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2011 год на основании нормативного правового акта Министерства финансов Российской Федерации</w:t>
      </w:r>
    </w:p>
    <w:p>
      <w:r>
        <w:rPr>
          <w:b/>
        </w:rPr>
        <w:t xml:space="preserve">4. </w:t>
      </w:r>
      <w:r>
        <w:t>Установить, что главным администратором доходов бюджета Фонда в части страховых взносов на обязательное пенсионное страхование в Российской Федерации, зачисляемых в Фонд за расчетные периоды с 2002 года по 2009 год включительно, является Федеральная налоговая служба</w:t>
      </w:r>
    </w:p>
    <w:p>
      <w:r>
        <w:rPr>
          <w:b/>
        </w:rPr>
        <w:t>Статья 3. Бюджетные ассигнования бюджета Фонда на 2011 год и на плановый период 2012 и 2013 годов</w:t>
      </w:r>
    </w:p>
    <w:p>
      <w:r>
        <w:rPr>
          <w:b/>
        </w:rPr>
        <w:t xml:space="preserve">1. </w:t>
      </w:r>
      <w:r>
        <w:t>Утвердить распределение бюджетных ассигнований бюджета Фонда по разделам и подразделам, целевым статьям и видам расходов классификации расходов бюджета</w:t>
      </w:r>
    </w:p>
    <w:p>
      <w:r>
        <w:rPr>
          <w:b/>
        </w:rPr>
        <w:t xml:space="preserve">2. </w:t>
      </w:r>
      <w:r>
        <w:t>Утвердить общий объем бюджетных ассигнований, направляемых на исполнение публичных нормативных обязательств, на 2011 год в сумме 4 618 800 715,5 тыс. рублей, на 2012 год в сумме 5 065 956 899,5 тыс. рублей и на 2013 год в сумме 5 572 257 050,9 тыс. рублей</w:t>
      </w:r>
    </w:p>
    <w:p>
      <w:r>
        <w:rPr>
          <w:b/>
        </w:rPr>
        <w:t xml:space="preserve">1. </w:t>
      </w:r>
      <w:r>
        <w:t>на 2011 год согласно приложению 3 к настоящему Федеральному закону</w:t>
      </w:r>
    </w:p>
    <w:p>
      <w:r>
        <w:rPr>
          <w:b/>
        </w:rPr>
        <w:t xml:space="preserve">1. </w:t>
      </w:r>
      <w:r>
        <w:t>на плановый период 2012 и 2013 годов согласно приложению 4 к настоящему Федеральному закону</w:t>
      </w:r>
    </w:p>
    <w:p>
      <w:r>
        <w:rPr>
          <w:b/>
        </w:rPr>
        <w:t>Статья 4. Межбюджетные трансферты бюджету Фонда и из бюджета Фонда другим бюджетам бюджетной системы Российской Федерации</w:t>
      </w:r>
    </w:p>
    <w:p>
      <w:r>
        <w:rPr>
          <w:b/>
        </w:rPr>
        <w:t xml:space="preserve">1. </w:t>
      </w:r>
      <w:r>
        <w:t>Установить, что объем бюджетных ассигнований, получаемых в форме межбюджетных трансфертов из федерального бюджета на 2011 год, на осуществление ежемесячных денежных выплат ветеранам, инвалидам, гражданам, подвергшимся воздействию радиации вследствие радиационных аварий и ядерных испытаний, подлежит уменьшению на объем средств, предназначенных на оказание отдельным категориям граждан государственной социальной помощи по санаторно-курортному лечению, проезду на междугородном транспорте к месту лечения и обратно, обеспечению лекарственными препаратами, изделиями медицинского назначения и специализированными продуктами питания для детей-инвалидов, проезду на транспорте пригородного сообщения, определяемый в соответствии со статьей 63 Федерального закона от 17 июля 1999 года № 178-ФЗ "О государственной социальной помощи" исходя из численности граждан, не воспользовавшихся правом отказа от получения набора социальных услуг полностью или от получения соответствующей социальной услуги, на основании сведений, содержащихся в Федеральном регистре лиц, имеющих право на получение государственной социальной помощи,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2. </w:t>
      </w:r>
      <w:r>
        <w:t>Установить, что объем бюджетных ассигнований, получаемых в форме межбюджетных трансфертов из федерального бюджета на 2011 год, на осуществление ежемесячных денежных выплат ветеранам, инвалидам, гражданам, подвергшимся воздействию радиации вследствие радиационных аварий и ядерных испытаний, подлежит уменьшению на объем средств, предназначенных на ежемесячную денежную выплату гражданам, проходящим военную и правоохранительную службу в Министерстве обороны Российской Федерации, Министерстве внутренних дел Российской Федерации, Федеральной службе безопасности Российской Федерации, Службе внешней разведки Российской Федерации, Федеральной службе охраны Российской Федерации, имеющим право на ежемесячную денежную выплату, а также на ежемесячную денежную выплату гражданам, проходившим военную службу в Федеральной службе безопасности Российской Федерации, имеющим право на ежемесячную денежную выплату,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3. </w:t>
      </w:r>
      <w:r>
        <w:t>Установить, что в 2011 году и в плановый период 2012 и 2013 годов финансовое обеспечение расходов на реализацию пункта 4 Постановления Верховного Совета Российской Федерации от 15 января 1993 года № 4302-I "О порядке введения в действие Закона Российской Федерации "О статусе Героев Советского Союза, Героев Российской Федерации и полных кавалеров ордена Славы" осуществляется в пределах бюджетных ассигнований, предусмотренных приложениями 3 и 4 к настоящему Федеральному закону по целевой статье расходов "Социальная поддержка Героев Советского Союза, Героев Российской Федерации и полных кавалеров ордена Славы" подраздела "Социальное обеспечение населения" раздела "Социальная политика" классификации расходов бюджета</w:t>
      </w:r>
    </w:p>
    <w:p>
      <w:r>
        <w:rPr>
          <w:b/>
        </w:rPr>
        <w:t xml:space="preserve">4. </w:t>
      </w:r>
      <w:r>
        <w:t>Установить, что в 2011 году Фонд вносит предложения по изменению показателей сводной бюджетной росписи федерального бюджета с соответствующим внесением изменений в показатели сводной бюджетной росписи бюджета Фонда по следующим основаниям</w:t>
      </w:r>
    </w:p>
    <w:p>
      <w:r>
        <w:rPr>
          <w:b/>
        </w:rPr>
        <w:t xml:space="preserve">5. </w:t>
      </w:r>
      <w:r>
        <w:t>Установить, что Фонд в 2011 году осуществляет в порядке, устанавливаемом Правительством Российской Федерации, предоставление субсидий бюджетам субъектов Российской Федерации на социальные программы субъектов Российской Федерации, связанные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являющимся получателями трудовых пенсий по старости и по инвалидности, за счет бюджетных ассигнований, получаемых в форме межбюджетных трансфертов из федерального бюджета, на указанные цели</w:t>
      </w:r>
    </w:p>
    <w:p>
      <w:r>
        <w:rPr>
          <w:b/>
        </w:rPr>
        <w:t xml:space="preserve">4. </w:t>
      </w:r>
      <w:r>
        <w:t>в случае возникновения в ходе исполнения бюджета Фонда в 2011 году дополнительной потребности в бюджетных ассигнованиях, получаемых в форме межбюджетных трансфертов из федерального бюджета на покрытие дефицита бюджета Фонда в части, не связанной с формированием средств для финансирования накопительной части трудовых пенсий</w:t>
      </w:r>
    </w:p>
    <w:p>
      <w:r>
        <w:rPr>
          <w:b/>
        </w:rPr>
        <w:t xml:space="preserve">4. </w:t>
      </w:r>
      <w:r>
        <w:t>в случае неполного использования бюджетных ассигнований, получаемых в форме межбюджетных трансфертов из федерального бюджета, для осуществления финансового обеспечения отдельных видов социальных выплат за счет бюджетных ассигнований, получаемых в форме межбюджетных трансфертов из федерального бюджета, - при недостаточности бюджетных ассигнований на указанные выплаты, образовавшейся в ходе исполнения бюджета Фонда в 2011 году</w:t>
      </w:r>
    </w:p>
    <w:p>
      <w:r>
        <w:rPr>
          <w:b/>
        </w:rPr>
        <w:t xml:space="preserve">4. </w:t>
      </w:r>
      <w:r>
        <w:t>в случае осуществления Фондом в 2011 году финансового обеспечения дополнительных расходных обязательств на реализацию мер по социальному обеспечению населения и других мер социальной защиты</w:t>
      </w:r>
    </w:p>
    <w:p>
      <w:r>
        <w:rPr>
          <w:b/>
        </w:rPr>
        <w:t xml:space="preserve">4. </w:t>
      </w:r>
      <w:r>
        <w:t>в случае недостаточности бюджетных ассигнований, получаемых в форме межбюджетных трансфертов из федерального бюджета на софинансирование формирования пенсионных накоплений застрахованных лиц</w:t>
      </w:r>
    </w:p>
    <w:p>
      <w:r>
        <w:rPr>
          <w:b/>
        </w:rPr>
        <w:t>Статья 5. Особенности использования бюджетных ассигнований по обеспечению деятельности Фонда</w:t>
      </w:r>
    </w:p>
    <w:p>
      <w:r>
        <w:rPr>
          <w:b/>
        </w:rPr>
        <w:t xml:space="preserve">1. </w:t>
      </w:r>
      <w:r>
        <w:t>Установить, что в целях реализации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 (далее - Федеральный закон "Об инвестировании средств для финансирования накопительной части трудовой пенсии в Российской Федерации") и Федерального закона от 30 апреля 2008 года № 56-ФЗ "О дополнительных страховых взносах на накопительную часть трудовой пенсии и государственной поддержке формирования пенсионных накоплений" (далее - Федеральный закон "О дополнительных страховых взносах на накопительную часть трудовой пенсии и государственной поддержке формирования пенсионных накоплений") в 2011 году и в плановом периоде 2012 и 2013 годов</w:t>
      </w:r>
    </w:p>
    <w:p>
      <w:r>
        <w:rPr>
          <w:b/>
        </w:rPr>
        <w:t xml:space="preserve">2. </w:t>
      </w:r>
      <w:r>
        <w:t>Суммы средств, поступившие в бюджет Фонда на выплату страховой части трудовой пенсии, на которые страхователями по состоянию на 1 января 2011 года не представлены сведения индивидуального (персонифицированного) учета для отражения в общей части индивидуальных лицевых счетов застрахованных лиц, направляются Фондом на финансовое обеспечение выплаты трудовых пенсий</w:t>
      </w:r>
    </w:p>
    <w:p>
      <w:r>
        <w:rPr>
          <w:b/>
        </w:rPr>
        <w:t xml:space="preserve">3. </w:t>
      </w:r>
      <w:r>
        <w:t>Установить, что в составе остатка средств пенсионных накоплений, не переданных в доверительное управление управляющим компаниям, по состоянию на 1 января 2011 года учитываются страховые взносы на финансирование накопительной части трудовой пенсии, дополнительные страховые взносы на накопительную часть трудовой пенсии и взносы работодателя в пользу застрахованных лиц, уплачивающих дополнительные страховые взносы на накопительную часть трудовой пенсии,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(персонифицированного) учета</w:t>
      </w:r>
    </w:p>
    <w:p>
      <w:r>
        <w:rPr>
          <w:b/>
        </w:rPr>
        <w:t xml:space="preserve">4. </w:t>
      </w:r>
      <w:r>
        <w:t>Фонд вправе в 2011 году и в плановый период 2012 и 2013 годов в пределах бюджетных ассигнований, предусмотренных приложениями 3 и 4 к настоящему Федеральному закону по целевой статье расходов "Аппараты органов управления государственных внебюджетных фондов" подраздела "Другие общегосударственные вопросы" раздела "Общегосударственные вопросы" классификации расходов бюджета, осуществлять</w:t>
      </w:r>
    </w:p>
    <w:p>
      <w:r>
        <w:rPr>
          <w:b/>
        </w:rPr>
        <w:t xml:space="preserve">5. </w:t>
      </w:r>
      <w:r>
        <w:t>Фонд вправе в 2011 году и в плановый период 2012 и 2013 годов в пределах бюджетных ассигнований, предусмотренных приложениями 3 и 4 к настоящему Федеральному закону по целевой статье расходов "Аппараты органов управления государственных внебюджетных фондов" подраздела "Другие общегосударственные вопросы" раздела "Общегосударственные вопросы" классификации расходов бюджета, осуществлять финансовое обеспечение оплаты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граждан об отказе от получения набора социальных услуг (социальной услуги) или о возобновлении его предоставления исходя из стоимости обработки одного заявления в размере 4 рублей без учета налога на добавленную стоимость</w:t>
      </w:r>
    </w:p>
    <w:p>
      <w:r>
        <w:rPr>
          <w:b/>
        </w:rPr>
        <w:t xml:space="preserve">1. </w:t>
      </w:r>
      <w:r>
        <w:t>в расходы, связанные с ведением специальной части индивидуальных лицевых счетов застрахованных лиц, включаются затраты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выборе инвестиционного портфеля (управляющей компании), переходе из Фонда в негосударственный пенсионный фонд, осуществляющий обязательное пенсионное страхование, переходе из одного негосударственного пенсионного фонда в другой негосударственный пенсионный фонд, осуществляющий обязательное пенсионное страхование, и переходе из негосударственного пенсионного фонда, осуществляющего обязательное пенсионное страхование, в Фонд</w:t>
      </w:r>
    </w:p>
    <w:p>
      <w:r>
        <w:rPr>
          <w:b/>
        </w:rPr>
        <w:t xml:space="preserve">1. </w:t>
      </w:r>
      <w:r>
        <w:t>в расходы, связанные с ведением специальной части индивидуальных лицевых счетов застрахованных лиц,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пенсии, включаются затраты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документов, подтверждающих уплату дополнительных страховых взносов на накопительную часть трудовой пенсии, финансируемые за счет межбюджетных трансфертов, предоставляемых из федерального бюджета на указанные цели</w:t>
      </w:r>
    </w:p>
    <w:p>
      <w:r>
        <w:rPr>
          <w:b/>
        </w:rPr>
        <w:t xml:space="preserve">1. </w:t>
      </w:r>
      <w:r>
        <w:t>стоимость обработки одного заявления застрахованного лица и одной копии платежного документа составляет по 4 рубля без учета налога на добавленную стоимость</w:t>
      </w:r>
    </w:p>
    <w:p>
      <w:r>
        <w:rPr>
          <w:b/>
        </w:rPr>
        <w:t xml:space="preserve">4. </w:t>
      </w:r>
      <w:r>
        <w:t>направление средств на оказание в порядке и на условиях, устанавливаемых Фондом, медицинских услуг работникам Фонда и его территориальных органов</w:t>
      </w:r>
    </w:p>
    <w:p>
      <w:r>
        <w:rPr>
          <w:b/>
        </w:rPr>
        <w:t xml:space="preserve">4. </w:t>
      </w:r>
      <w:r>
        <w:t>направление средств в сумме до 100 млн. рублей на предоставление в порядке и на условиях, устанавливаемых Фондом, работникам Фонда и его территориальных органов единовременной субсидии на приобретение жилого помещения</w:t>
      </w:r>
    </w:p>
    <w:p>
      <w:r>
        <w:rPr>
          <w:b/>
        </w:rPr>
        <w:t>Статья 6. Особенности использования бюджетных ассигнований бюджета Фонда в сфере социальной политики</w:t>
      </w:r>
    </w:p>
    <w:p>
      <w:r>
        <w:rPr>
          <w:b/>
        </w:rPr>
        <w:t xml:space="preserve">1. </w:t>
      </w:r>
      <w:r>
        <w:t>Фонд вправе в 2011 году осуществлять</w:t>
      </w:r>
    </w:p>
    <w:p>
      <w:r>
        <w:rPr>
          <w:b/>
        </w:rPr>
        <w:t xml:space="preserve">2. </w:t>
      </w:r>
      <w:r>
        <w:t>Фонд осуществляет финансовое обеспечение выплаты по исковым требованиям граждан на основании вступивших в законную силу решений судов за счет источников, из которых обеспечиваются соответствующая пенсия (часть пенсии), ежемесячные денежные выплаты отдельным категориям граждан, другие социальные выплаты и компенсация расходов на оплату стоимости проезда пенсионерам, являющимся получателями трудовых пенсий по старости и по инвалидности и проживающим в районах Крайнего Севера и приравненных к ним местностях, к месту отдыха на территории Российской Федерации и обратно, отнесенные законодательством Российской Федерации к компетенции Фонда</w:t>
      </w:r>
    </w:p>
    <w:p>
      <w:r>
        <w:rPr>
          <w:b/>
        </w:rPr>
        <w:t xml:space="preserve">3. </w:t>
      </w:r>
      <w:r>
        <w:t>Фонд вправе на 2011 год и на плановый период 2012 и 2013 годов устанавливать размер норматива оборотных денежных средств дифференцированно, учитывая необходимость досрочного осуществления финансового обеспечения выплаты пенсий, пособий, ежемесячных денежных выплат отдельным категориям граждан и других социальных выплат в отдельные месяцы финансового года, но не менее 25 процентов объема расходов на указанные выплаты в предстоящем месяце</w:t>
      </w:r>
    </w:p>
    <w:p>
      <w:r>
        <w:rPr>
          <w:b/>
        </w:rPr>
        <w:t xml:space="preserve">1. </w:t>
      </w:r>
      <w:r>
        <w:t>финансовое обеспечение выплаты пенсий, пособий, ежемесячных денежных выплат отдельным категориям граждан и других социальных выплат, отнесенных законодательством Российской Федерации к компетенции Фонда, за праздничные и выходные дни января 2012 года в декабре 2011 года в пределах бюджетных ассигнований, утвержденных частью 1 статьи 1 настоящего Федерального закона</w:t>
      </w:r>
    </w:p>
    <w:p>
      <w:r>
        <w:rPr>
          <w:b/>
        </w:rPr>
        <w:t xml:space="preserve">1. </w:t>
      </w:r>
      <w:r>
        <w:t>финансовое обеспечение доставки пенсий, пособий, ежемесячных денежных выплат отдельным категориям граждан и других социальных выплат в пределах 1,17 процента доставленных сумм без учета налога на добавленную стоимость. Установить, что в целях обеспечения расходов на оплату услуг по доставке пенсий, пособий, ежемесячных денежных выплат отдельным категориям граждан и других социальных выплат Фонд вправе в 2011 году осуществлять перераспределение бюджетных ассигнований, получаемых в форме межбюджетных трансфертов из федерального бюджета на 2011 год на покрытие дефицита бюджета Фонда, в сумме до 7 млрд. рублей (с учетом налога на добавленную стоимость)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1. </w:t>
      </w:r>
      <w:r>
        <w:t>финансовое обеспечение выплаты пенсий, назначенных досрочно, гражданам, признанным безработными, и социальных пособий на погребение умерших неработавших пенсионеров, досрочно оформивших пенсию по предложению органов службы занятости населения субъектов Российской Федерации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пенсии), и оказание услуг по погребению согласно гарантированному перечню этих услуг, включая расходы на доставку указанных пенсий и пособий, с последующим возмещением за счет бюджетных ассигнований,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</w:t>
      </w:r>
    </w:p>
    <w:p>
      <w:r>
        <w:rPr>
          <w:b/>
        </w:rPr>
        <w:t>Статья 7. Особенности исполнения бюджета Фонда в 2011 году</w:t>
      </w:r>
    </w:p>
    <w:p>
      <w:r>
        <w:rPr>
          <w:b/>
        </w:rPr>
        <w:t xml:space="preserve">1. </w:t>
      </w:r>
      <w:r>
        <w:t>Установить, что остатки межбюджетных трансфертов из федерального бюджета по состоянию на 1 января 2011 года, образовавшиеся в бюджете Фонда в результате неполного их использования в 2010 году на выплаты пенсий, пособий, ежемесячных денежных выплат отдельным категориям граждан, предоставление материнского (семейного) капитала и другие социальные выплаты, на компенсацию расходов на оплату стоимости проезда пенсионерам, являющимся получателями трудовых пенсий по старости и по инвалидности и проживающим в районах Крайнего Севера и приравненных к ним местностях, к месту отдыха на территории Российской Федерации и обратно, на финансирование затрат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документов, подтверждающих уплату дополнительных страховых взносов на накопительную часть трудовой пенсии, направляются Фондом в 2011 году на те же цели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2. </w:t>
      </w:r>
      <w:r>
        <w:t>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бюджета Фонда</w:t>
      </w:r>
    </w:p>
    <w:p>
      <w:r>
        <w:rPr>
          <w:b/>
        </w:rPr>
        <w:t xml:space="preserve">3. </w:t>
      </w:r>
      <w:r>
        <w:t>Установить, что в 2011 году резерв бюджета Фонда в части, не связанной с формированием средств для финансирования накопительной части трудовых пенсий, не создается</w:t>
      </w:r>
    </w:p>
    <w:p>
      <w:r>
        <w:rPr>
          <w:b/>
        </w:rPr>
        <w:t xml:space="preserve">2. </w:t>
      </w:r>
      <w:r>
        <w:t>использование средств бюджета Фонда на реализацию Федерального закона от 7 мая 1998 года № 75-ФЗ "О негосударственных пенсионных фондах", Федерального закона "Об инвестировании средств для финансирования накопительной части трудовой пенсии в Российской Федерации" и Федерального закона "О дополнительных страховых взносах на накопительную часть трудовой пенсии и государственной поддержке формирования пенсионных накоплений" в случае, если суммы средств, поступивших в Фонд на выплаты правопреемникам умерших застрахованных лиц, и средств пенсионных накоплений, учтенных в специальной части индивидуальных лицевых счетов, подлежащих передаче в доверительное управление управляющим компаниям и в негосударственные пенсионные фонды, осуществляющие обязательное пенсионное страхование, превысят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случае, если фактическая потребность на выплату накопительной части трудовой пенсии по старости, назначенной в соответствии с Федеральным законом от 17 декабря 2001 года № 173-ФЗ "О трудовых пенсиях в Российской Федерации", и на выплату средств пенсионных накоплений, учтенных в специальной части индивидуальных лицевых счетов, в виде единовременной выплаты превысит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случае, если суммы фактически поступивших в бюджет Фонда средств, подлежащие направлению в соответствии с Федеральным законом от 27 ноября 2001 года № 155-ФЗ "О дополнительном социальном обеспечении членов летных экипажей воздушных судов гражданской авиации" на осуществление доплат к пенсии членам летных экипажей воздушных судов гражданской авиации и Федеральным законом от 10 мая 2010 года № 84-ФЗ "О дополнительном социальном обеспечении отдельных категорий работников организаций угольной промышленности" на осуществление доплат к пенсии работникам организаций угольной промышленности в текущем финансовом году, превысят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случае, если фактическая потребность на выплаты пенсий, назначенных досрочно, гражданам, признанным безработными, социального пособия на погребение умерших неработавших пенсионеров, досрочно оформивших пенсию по предложению органов службы занятости населения субъектов Российской Федерации, и на оказание услуг по погребению согласно гарантированному перечню этих услуг, включая расходы на доставку указанных пенсий и пособий, осуществляемые за счет средств бюджета Фонда с последующим возмещением затрат за счет бюджетных ассигнований, получаемых в форме межбюджетных трансфертов из бюджетов субъектов Российской Федерации, превысит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случае, если суммы средств, поступивших в Фонд на выплату пенсий иностранным гражданам, проживающим на территории Российской Федерации, на основании международных договоров (соглашений) Российской Федерации, превысят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случае, если фактическая потребность на обеспечение ведения специальной части индивидуальных лицевых счетов застрахованных лиц, формирования средств пенсионных накоплений в целях реализации Федерального закона "Об инвестировании средств для финансирования накопительной части трудовой пенсии в Российской Федерации" и Федерального закона "О дополнительных страховых взносах на накопительную часть трудовой пенсии и государственной поддержке формирования пенсионных накоплений", за исключением затрат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документов, подтверждающих уплату дополнительных страховых взносов на накопительную часть трудовой пенсии, превысит годовые объемы бюджетных ассигнований, утвержденных сводной бюджетной росписью бюджета Фонда</w:t>
      </w:r>
    </w:p>
    <w:p>
      <w:r>
        <w:rPr>
          <w:b/>
        </w:rPr>
        <w:t xml:space="preserve">2. </w:t>
      </w:r>
      <w:r>
        <w:t>в случае передачи в 2011 году бюджетных ассигнований в форме межбюджетных трансфертов из федерального бюджета на финансовое обеспечение дополнительных расходных обязательств на реализацию мер по социальному обеспечению населения и других мер социальной защиты, на софинансирование формирования пенсионных накоплений застрахованных лиц</w:t>
      </w:r>
    </w:p>
    <w:p>
      <w:r>
        <w:rPr>
          <w:b/>
        </w:rPr>
        <w:t xml:space="preserve">2. </w:t>
      </w:r>
      <w:r>
        <w:t>в случае поступления в бюджет Фонда от управляющих компаний и негосударственных пенсионных фондов средств (части средств) материнского (семейного) капитала, ранее направленных на формирование накопительной части трудовой пенсии, подлежащих направлению в соответствии с Федеральным законом от 29 декабря 2006 года № 256-ФЗ "О дополнительных мерах государственной поддержки семей, имеющих детей" на улучшение жилищных условий и получение образования ребенком (детьми)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