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Беларусь о развитии военно-технического сотрудничества</w:t>
      </w:r>
    </w:p>
    <w:p>
      <w:r>
        <w:rPr>
          <w:b/>
        </w:rPr>
        <w:t>Статья None. Федеральный закон   от 23.12.2010 № 363-ФЗ</w:t>
      </w:r>
    </w:p>
    <w:p>
      <w:r>
        <w:t>О ратификации Договора между Российской Федерацией и Республикой Беларусь о развитии военно-технического сотрудничества РОССИЙСКАЯ ФЕДЕРАЦИЯ ФЕДЕРАЛЬНЫЙ ЗАКОН О ратификации Договора между Российской Федерацией и Республикой Беларусь о развитии военно-технического сотрудничества Принят Государственной Думой 8 декабря 2010 года Одобрен Советом Федерации 15 декабря 2010 года Ратифицировать Договор между Российской Федерацией и Республикой Беларусь о развитии военно-технического сотрудничества, подписанный в городе Москве 10 декабря 2009 года. Президент Российской Федерации Д.Медведев Москва, Кремль 23 декабря 2010 года № 363-ФЗ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