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26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None. Федеральный закон   от 28.12.2010 № 392-ФЗ</w:t>
      </w:r>
    </w:p>
    <w:p>
      <w:r>
        <w:t>О внесении изменений в статьи 25 и 26 Федерального закона "Об обязательном страховании гражданской ответственности владельцев транспортных средств" РОССИЙСКАЯ ФЕДЕРАЦИЯ ФЕДЕРАЛЬНЫЙ ЗАКОН О внесении изменений в статьи 25 и 26 Федерального закона "Об обязательном страховании гражданской ответственности владельцев транспортных средств" Принят Государственной Думой 22 декабря 2010 года Одобрен Советом Федерации 24 декабря 2010 года 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2009, № 52, ст. 6438; 2010, № 17, ст. 1988) следующие изменения</w:t>
      </w:r>
    </w:p>
    <w:p>
      <w:r>
        <w:t>пункт 1 статьи 25 дополнить подпунктом "в 1 " следующего содержания: "в 1 ) организует обеспечение своих членов бланками страховых полисов обязательного страхования и бланками, используемыми при осуществлении операций по страхованию в рамках международных систем страхования, и осуществляет контроль за использованием указанных бланков;"</w:t>
      </w:r>
    </w:p>
    <w:p>
      <w:r>
        <w:t>в статье 26: а) пункт 1 дополнить подпунктом "т" следующего содержания: "т) порядка обеспечения членов профессионального объединения страховщиков бланками страховых полисов обязательного страхования и бланками, используемыми при осуществлении операций по страхованию в рамках международных систем страхования, и использования указанных бланков в зависимости от финансовой устойчивости и платежеспособности членов профессионального объединения страховщиков, а также соблюдения условий членства в профессиональном объединении страховщиков."; б) в пункте 1 1 слова "п" - "с" пункта 1" заменить словами "п" - "т" пункта 1", после слов "в сфере страховой деятельности," дополнить словами "требования, указанные в подпункте "т" пункта 1 настоящей статьи в отношении порядка обеспечения членов профессионального объединения страховщиков бланками страховых полисов обязательного страхования и бланками, используемыми при осуществлении операций по страхованию в рамках международных систем страхования, также по согласованию с федеральным органом исполнительной власти, осуществляющим функции по принятию нормативных правовых актов и контролю за соблюдением антимонопольного законодательства,". Президент Российской Федерации Д.Медведев Москва, Кремль 28 декабря 2010 года № 392-ФЗ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