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Монголии о создании Совместной компании с ограниченной ответственностью "Дорнод уран"</w:t>
      </w:r>
    </w:p>
    <w:p>
      <w:r>
        <w:rPr>
          <w:b/>
        </w:rPr>
        <w:t>Статья None. Федеральный закон   от 28.12.2010 № 399-ФЗ</w:t>
      </w:r>
    </w:p>
    <w:p>
      <w:r>
        <w:t>О ратификации Соглашения между Правительством Российской Федерации и Правительством Монголии о создании Совместной компании с ограниченной ответственностью "Дорнод уран" РОССИЙСКАЯ ФЕДЕРАЦИЯ ФЕДЕРАЛЬНЫЙ ЗАКОН О ратификации Соглашения между Правительством Российской Федерации и Правительством Монголии о создании Совместной компании с ограниченной ответственностью "Дорнод уран" Принят Государственной Думой 22 декабря 2010 года Одобрен Советом Федерации 24 декабря 2010 года Ратифицировать Соглашение между Правительством Российской Федерации и Правительством Монголии о создании Совместной компании с ограниченной ответственностью "Дорнод уран", подписанное в городе Улан-Баторе 25 августа 2009 года. Президент Российской Федерации Д.Медведев Москва, Кремль 28 декабря 2010 года № 399-ФЗ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