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None. Федеральный закон   от 28.12.2010 № 408-ФЗ</w:t>
      </w:r>
    </w:p>
    <w:p>
      <w:r>
        <w:t>О внесении изменения в статью 27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РОССИЙСКАЯ ФЕДЕРАЦИЯ ФЕДЕРАЛЬНЫЙ ЗАКОН О внесении изменения в статью 27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Принят Государственной Думой 21 декабря 2010 года Одобрен Советом Федерации 24 декабря 2010 года Внести в часть 5 статьи 27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52, ст. 6441; 2010, № 32, ст. 4298) изменение, заменив слова "До 1 января 2011 года" словами "До 1 июля 2011 года". Президент Российской Федерации Д.Медведев Москва, Кремль 28 декабря 2010 года № 408-ФЗ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