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безопасности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определяет основные принципы и содержание деятельности по обеспечению безопасности государства, общественной безопасности, экологической безопасности, безопасности личности, иных видов безопасности, предусмотренных законодательством Российской Федерации (далее - безопасность, национальная безопасность), полномочия и функции федеральных органов государственной власти, органов государственной власти субъектов Российской Федерации, органов местного самоуправления в области безопасности, а также статус Совета Безопасности Российской Федерации (далее - Совет Безопасности).</w:t>
      </w:r>
    </w:p>
    <w:p>
      <w:r>
        <w:rPr>
          <w:b/>
        </w:rPr>
        <w:t>Статья 2. Основные принципы обеспечения безопасности</w:t>
      </w:r>
    </w:p>
    <w:p>
      <w:r>
        <w:t>Основными принципами обеспечения безопасности являются</w:t>
      </w:r>
    </w:p>
    <w:p>
      <w:r>
        <w:t>соблюдение и защита прав и свобод человека и гражданина</w:t>
      </w:r>
    </w:p>
    <w:p>
      <w:r>
        <w:t>законность</w:t>
      </w:r>
    </w:p>
    <w:p>
      <w:r>
        <w:t>системность и комплексность применения федеральными органами государственной власти, органами государственной власти субъектов Российской Федерации, другими государственными органами, органами местного самоуправления политических, организационных, социально-экономических, информационных, правовых и иных мер обеспечения безопасности</w:t>
      </w:r>
    </w:p>
    <w:p>
      <w:r>
        <w:t>приоритет предупредительных мер в целях обеспечения безопасности</w:t>
      </w:r>
    </w:p>
    <w:p>
      <w:r>
        <w:t>взаимодействие федеральных органов государственной власти, органов государственной власти субъектов Российской Федерации, других государственных органов с общественными объединениями, международными организациями и гражданами в целях обеспечения безопасности</w:t>
      </w:r>
    </w:p>
    <w:p>
      <w:r>
        <w:rPr>
          <w:b/>
        </w:rPr>
        <w:t>Статья 3. Содержание деятельности по обеспечению безопасности</w:t>
      </w:r>
    </w:p>
    <w:p>
      <w:r>
        <w:t>Деятельность по обеспечению безопасности включает в себя</w:t>
      </w:r>
    </w:p>
    <w:p>
      <w:r>
        <w:t>прогнозирование, выявление, анализ и оценку угроз безопасности</w:t>
      </w:r>
    </w:p>
    <w:p>
      <w:r>
        <w:t>определение основных направлений государственной политики и стратегическое планирование в области обеспечения безопасности</w:t>
      </w:r>
    </w:p>
    <w:p>
      <w:r>
        <w:t>правовое регулирование в области обеспечения безопасности</w:t>
      </w:r>
    </w:p>
    <w:p>
      <w:r>
        <w:t>разработку и применение комплекса оперативных и долговременных мер по выявлению, предупреждению и устранению угроз безопасности, локализации и нейтрализации последствий их проявления</w:t>
      </w:r>
    </w:p>
    <w:p>
      <w:r>
        <w:t>применение специальных экономических мер в целях обеспечения безопасности</w:t>
      </w:r>
    </w:p>
    <w:p>
      <w:r>
        <w:t>разработку, производство и внедрение современных видов вооружения, военной и специальной техники, а также техники двойного и гражданского назначения в целях обеспечения безопасности</w:t>
      </w:r>
    </w:p>
    <w:p>
      <w:r>
        <w:t>организацию научной деятельности в области обеспечения безопасности</w:t>
      </w:r>
    </w:p>
    <w:p>
      <w:r>
        <w:t>координацию деятельности федеральных органов государственной власти, органов государственной власти субъектов Российской Федерации, органов местного самоуправления в области обеспечения безопасности</w:t>
      </w:r>
    </w:p>
    <w:p>
      <w:r>
        <w:t>финансирование расходов на обеспечение безопасности, контроль за целевым расходованием выделенных средств</w:t>
      </w:r>
    </w:p>
    <w:p>
      <w:r>
        <w:t>международное сотрудничество в целях обеспечения безопасности</w:t>
      </w:r>
    </w:p>
    <w:p>
      <w:r>
        <w:t>осуществление других мероприятий в области обеспечения безопасности в соответствии с законодательством Российской Федерации</w:t>
      </w:r>
    </w:p>
    <w:p>
      <w:r>
        <w:rPr>
          <w:b/>
        </w:rPr>
        <w:t>Статья 4. Государственная политика в области обеспечения безопасности</w:t>
      </w:r>
    </w:p>
    <w:p>
      <w:r>
        <w:rPr>
          <w:b/>
        </w:rPr>
        <w:t xml:space="preserve">1. </w:t>
      </w:r>
      <w:r>
        <w:t>Государственная политика в области обеспечения безопасности является частью внутренней и внешней политики Российской Федерации и представляет собой совокупность скоординированных и объединенных единым замыслом политических, организационных, социально-экономических, военных, правовых, информационных, специальных и иных мер</w:t>
      </w:r>
    </w:p>
    <w:p>
      <w:r>
        <w:rPr>
          <w:b/>
        </w:rPr>
        <w:t xml:space="preserve">2. </w:t>
      </w:r>
      <w:r>
        <w:t>Основные направления государственной политики в области обеспечения безопасности определяет Президент Российской Федерации</w:t>
      </w:r>
    </w:p>
    <w:p>
      <w:r>
        <w:rPr>
          <w:b/>
        </w:rPr>
        <w:t xml:space="preserve">3. </w:t>
      </w:r>
      <w:r>
        <w:t>Государственная политика в области обеспечения безопасности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на основе стратегии национальной безопасности Российской Федерации, иных концептуальных и доктринальных документов, разрабатываемых Советом Безопасности и утверждаемых Президентом Российской Федерации</w:t>
      </w:r>
    </w:p>
    <w:p>
      <w:r>
        <w:rPr>
          <w:b/>
        </w:rPr>
        <w:t xml:space="preserve">4. </w:t>
      </w:r>
      <w:r>
        <w:t>Граждане и общественные объединения участвуют в реализации государственной политики в области обеспечения безопасности</w:t>
      </w:r>
    </w:p>
    <w:p>
      <w:r>
        <w:rPr>
          <w:b/>
        </w:rPr>
        <w:t>Статья 5. Правовая основа обеспечения безопасности</w:t>
      </w:r>
    </w:p>
    <w:p>
      <w:r>
        <w:t>Правовую основу обеспечения безопасности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 иные нормативные правовые акты Российской Федерации, законы и иные нормативные правовые акты субъектов Российской Федерации, органов местного самоуправления, принятые в пределах их компетенции в области безопасности.</w:t>
      </w:r>
    </w:p>
    <w:p>
      <w:r>
        <w:rPr>
          <w:b/>
        </w:rPr>
        <w:t>Статья 6. Координация деятельности по обеспечению безопасности</w:t>
      </w:r>
    </w:p>
    <w:p>
      <w:r>
        <w:t>Координацию деятельности по обеспечению безопасности осуществляют Президент Российской Федерации и формируемый и возглавляемый им Совет Безопасности, а также в пределах своей компетенции Правительство Российской Федерации, федеральные органы государственной власти, органы государственной власти субъектов Российской Федерации, органы местного самоуправления.</w:t>
      </w:r>
    </w:p>
    <w:p>
      <w:r>
        <w:rPr>
          <w:b/>
        </w:rPr>
        <w:t>Статья 7. Международное сотрудничество в области обеспечения безопасности</w:t>
      </w:r>
    </w:p>
    <w:p>
      <w:r>
        <w:rPr>
          <w:b/>
        </w:rPr>
        <w:t xml:space="preserve">1. </w:t>
      </w:r>
      <w:r>
        <w:t>Международное сотрудничество Российской Федерации в области обеспечения безопасности осуществляется на основе общепризнанных принципов и норм международного права и международных договоров Российской Федерации</w:t>
      </w:r>
    </w:p>
    <w:p>
      <w:r>
        <w:rPr>
          <w:b/>
        </w:rPr>
        <w:t xml:space="preserve">2. </w:t>
      </w:r>
      <w:r>
        <w:t>Основными целями международного сотрудничества в области обеспечения безопасности являются</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(Дополнение частью - Федеральный закон от 09.11.2020 № 365-ФЗ)</w:t>
      </w:r>
    </w:p>
    <w:p>
      <w:r>
        <w:rPr>
          <w:b/>
        </w:rPr>
        <w:t xml:space="preserve">2. </w:t>
      </w:r>
      <w:r>
        <w:t>охрана суверенитета Российской Федерации, ее независимости и государственной целостности, предотвращение внутренних и внешних угроз, пресечение действий, направленных на отчуждение части территории Российской Федерации, а также призывов к таким действиям; (В редакции Федерального закона от 09.11.2020 № 365-ФЗ) 2) защита прав и законных интересов российских граждан за рубежом</w:t>
      </w:r>
    </w:p>
    <w:p>
      <w:r>
        <w:rPr>
          <w:b/>
        </w:rPr>
        <w:t xml:space="preserve">2. </w:t>
      </w:r>
      <w:r>
        <w:t>укрепление отношений со стратегическими партнерами Российской Федерации</w:t>
      </w:r>
    </w:p>
    <w:p>
      <w:r>
        <w:rPr>
          <w:b/>
        </w:rPr>
        <w:t xml:space="preserve">2. </w:t>
      </w:r>
      <w:r>
        <w:t>участие в деятельности международных организаций, занимающихся проблемами обеспечения безопасности</w:t>
      </w:r>
    </w:p>
    <w:p>
      <w:r>
        <w:rPr>
          <w:b/>
        </w:rPr>
        <w:t xml:space="preserve">2. </w:t>
      </w:r>
      <w:r>
        <w:t>развитие двусторонних и многосторонних отношений в целях выполнения задач обеспечения безопасности</w:t>
      </w:r>
    </w:p>
    <w:p>
      <w:r>
        <w:rPr>
          <w:b/>
        </w:rPr>
        <w:t xml:space="preserve">2. </w:t>
      </w:r>
      <w:r>
        <w:t>содействие урегулированию конфликтов, включая участие в миротворческой деятельности</w:t>
      </w:r>
    </w:p>
    <w:p>
      <w:pPr>
        <w:pStyle w:val="Heading3"/>
      </w:pPr>
      <w:r>
        <w:t>Полномочия федеральных органов государственной власти, функции органов государственной власти субъектов Российской Федерации и органов местного самоуправления в области обеспечения безопасности</w:t>
      </w:r>
    </w:p>
    <w:p>
      <w:r>
        <w:rPr>
          <w:b/>
        </w:rPr>
        <w:t>Статья 8. Полномочия Президента Российской Федерации в области обеспечения безопасности</w:t>
      </w:r>
    </w:p>
    <w:p>
      <w:r>
        <w:t>Президент Российской Федерации</w:t>
      </w:r>
    </w:p>
    <w:p>
      <w:r>
        <w:t>определяет основные направления государственной политики в области обеспечения безопасности</w:t>
      </w:r>
    </w:p>
    <w:p>
      <w:r>
        <w:t>утверждает стратегию национальной безопасности Российской Федерации, иные концептуальные и доктринальные документы в области обеспечения безопасности</w:t>
      </w:r>
    </w:p>
    <w:p>
      <w:r>
        <w:t>формирует и возглавляет Совет Безопасности</w:t>
      </w:r>
    </w:p>
    <w:p>
      <w:r>
        <w:t>устанавливает компетенцию федеральных органов исполнительной власти в области обеспечения безопасности, руководство деятельностью которых он осуществляет</w:t>
      </w:r>
    </w:p>
    <w:p>
      <w:r>
        <w:t>в порядке, установленном Федеральным конституционным законом от 30 мая 2001 года № 3-ФКЗ "О чрезвычайном положении", вводит на территории Российской Федерации или в отдельных ее местностях чрезвычайное положение, осуществляет полномочия в области обеспечения режима чрезвычайного положения</w:t>
      </w:r>
    </w:p>
    <w:p>
      <w:r>
        <w:t>принимает в соответствии с законодательством Российской Федерации: а) решение о применении специальных экономических мер в целях обеспечения безопасности; б) меры по защите граждан от преступных и иных противоправных действий, по противодействию терроризму и экстремизму; в) меры по защите Российской Федерации и ее граждан в случае принятия иностранными и (или) международными (межгосударственными) органами (организациями) решений или осуществления ими действий, противоречащих интересам Российской Федерации и (или) основам публичного правопорядка Российской Федерации; (Дополнение подпунктом - Федеральный закон от 28.04.2023 № 155-ФЗ) 7) решает в соответствии с законодательством Российской Федерации вопросы, связанные с обеспечением защиты: а) информации и государственной тайны; б) населения и территорий от чрезвычайных ситуаций</w:t>
      </w:r>
    </w:p>
    <w:p>
      <w:r>
        <w:t>осуществляет иные полномочия в области обеспечения безопасности, возложенные на него Конституцией Российской Федерации, федеральными конституционными законами и федеральными законами</w:t>
      </w:r>
    </w:p>
    <w:p>
      <w:r>
        <w:rPr>
          <w:b/>
        </w:rPr>
        <w:t>Статья 9. Полномочия палат Федерального Собрания Российской Федерации в области обеспечения безопасности</w:t>
      </w:r>
    </w:p>
    <w:p>
      <w:r>
        <w:rPr>
          <w:b/>
        </w:rPr>
        <w:t xml:space="preserve">1. </w:t>
      </w:r>
      <w:r>
        <w:t>Совет Федерации Федерального Собрания Российской Федерации</w:t>
      </w:r>
    </w:p>
    <w:p>
      <w:r>
        <w:rPr>
          <w:b/>
        </w:rPr>
        <w:t xml:space="preserve">2. </w:t>
      </w:r>
      <w:r>
        <w:t>Государственная Дума Федерального Собрания Российской Федерации принимает федеральные законы в области обеспечения безопасности</w:t>
      </w:r>
    </w:p>
    <w:p>
      <w:r>
        <w:rPr>
          <w:b/>
        </w:rPr>
        <w:t xml:space="preserve">1. </w:t>
      </w:r>
      <w:r>
        <w:t>рассматривает принятые Государственной Думой Федерального Собрания Российской Федерации федеральные законы в области обеспечения безопасности</w:t>
      </w:r>
    </w:p>
    <w:p>
      <w:r>
        <w:rPr>
          <w:b/>
        </w:rPr>
        <w:t xml:space="preserve">1. </w:t>
      </w:r>
      <w:r>
        <w:t>утверждает указ Президента Российской Федерации о введении чрезвычайного положения</w:t>
      </w:r>
    </w:p>
    <w:p>
      <w:r>
        <w:rPr>
          <w:b/>
        </w:rPr>
        <w:t xml:space="preserve">1. </w:t>
      </w:r>
      <w:r>
        <w:t>проводит консультации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(Дополнение пунктом - Федеральный закон от 09.11.2020 № 365-ФЗ)</w:t>
      </w:r>
    </w:p>
    <w:p>
      <w:r>
        <w:rPr>
          <w:b/>
        </w:rPr>
        <w:t>Статья 10. Полномочия Правительства Российской Федерации в области обеспечения безопасности</w:t>
      </w:r>
    </w:p>
    <w:p>
      <w:r>
        <w:t>Правительство Российской Федерации</w:t>
      </w:r>
    </w:p>
    <w:p>
      <w:r>
        <w:t>участвует в определении основных направлений государственной политики в области обеспечения безопасности</w:t>
      </w:r>
    </w:p>
    <w:p>
      <w:r>
        <w:t>формирует федеральные целевые программы в области обеспечения безопасности и обеспечивает их реализацию</w:t>
      </w:r>
    </w:p>
    <w:p>
      <w:r>
        <w:t>устанавливает компетенцию федеральных органов исполнительной власти в области обеспечения безопасности, руководство деятельностью которых оно осуществляет</w:t>
      </w:r>
    </w:p>
    <w:p>
      <w:r>
        <w:t>организует обеспечение федеральных органов исполнительной власти, органов исполнительной власти субъектов Российской Федерации, органов местного самоуправления средствами и ресурсами, необходимыми для выполнения задач в области обеспечения безопасности</w:t>
      </w:r>
    </w:p>
    <w:p>
      <w:r>
        <w:t>осуществляет иные полномочия в области обеспечения безопасности, возложенные на него Конституцией Российской Федерации, федеральными конституционными законами, федеральными законами и нормативными правовыми актами Президента Российской Федерации</w:t>
      </w:r>
    </w:p>
    <w:p>
      <w:r>
        <w:rPr>
          <w:b/>
        </w:rPr>
        <w:t>Статья 11. Полномочия федеральных органов исполнительной власти в области обеспечения безопасности</w:t>
      </w:r>
    </w:p>
    <w:p>
      <w:r>
        <w:t>Федеральные органы исполнительной власти выполняют задачи в области обеспечения безопасности в соответствии с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
        <w:rPr>
          <w:b/>
        </w:rPr>
        <w:t>Статья 12. Функции органов государственной власти субъектов Российской Федерации и органов местного самоуправления в области обеспечения безопасности</w:t>
      </w:r>
    </w:p>
    <w:p>
      <w:r>
        <w:t>Органы государственной власти субъектов Российской Федерации и органы местного самоуправления в пределах своей компетенции обеспечивают исполнение законодательства Российской Федерации в области обеспечения безопасности.</w:t>
      </w:r>
    </w:p>
    <w:p>
      <w:pPr>
        <w:pStyle w:val="Heading3"/>
      </w:pPr>
      <w:r>
        <w:t>Статус Совета Безопасности</w:t>
      </w:r>
    </w:p>
    <w:p>
      <w:r>
        <w:rPr>
          <w:b/>
        </w:rPr>
        <w:t>Статья 13. Совет Безопасности</w:t>
      </w:r>
    </w:p>
    <w:p>
      <w:r>
        <w:rPr>
          <w:b/>
        </w:rPr>
        <w:t xml:space="preserve">1. </w:t>
      </w:r>
      <w:r>
        <w:t>Совет Безопасности является конституционным совещательным органом, осуществляющим содействие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 редакции Федерального закона от 09.11.2020 № 365-ФЗ)</w:t>
      </w:r>
    </w:p>
    <w:p>
      <w:r>
        <w:rPr>
          <w:b/>
        </w:rPr>
        <w:t xml:space="preserve">2. </w:t>
      </w:r>
      <w:r>
        <w:t>Совет Безопасности формируется и возглавляется Президентом Российской Федерации</w:t>
      </w:r>
    </w:p>
    <w:p>
      <w:r>
        <w:rPr>
          <w:b/>
        </w:rPr>
        <w:t xml:space="preserve">3. </w:t>
      </w:r>
      <w:r>
        <w:t>Положение о Совете Безопасности Российской Федерации утверждается Президентом Российской Федерации</w:t>
      </w:r>
    </w:p>
    <w:p>
      <w:r>
        <w:rPr>
          <w:b/>
        </w:rPr>
        <w:t xml:space="preserve">4. </w:t>
      </w:r>
      <w:r>
        <w:t>В целях реализации задач и функций Совета Безопасности Президентом Российской Федерации могут создаваться рабочие органы Совета Безопасности и аппарат Совета Безопасности</w:t>
      </w:r>
    </w:p>
    <w:p>
      <w:r>
        <w:rPr>
          <w:b/>
        </w:rPr>
        <w:t>Статья 14. Основные задачи и функции Совета Безопасности</w:t>
      </w:r>
    </w:p>
    <w:p>
      <w:r>
        <w:rPr>
          <w:b/>
        </w:rPr>
        <w:t xml:space="preserve">1. </w:t>
      </w:r>
      <w:r>
        <w:t>Основными задачами Совета Безопасности являются</w:t>
      </w:r>
    </w:p>
    <w:p>
      <w:r>
        <w:rPr>
          <w:b/>
        </w:rPr>
        <w:t xml:space="preserve">2. </w:t>
      </w:r>
      <w:r>
        <w:t>Основными функциями Совета Безопасности являются</w:t>
      </w:r>
    </w:p>
    <w:p>
      <w:r>
        <w:rPr>
          <w:b/>
        </w:rPr>
        <w:t xml:space="preserve">3. </w:t>
      </w:r>
      <w:r>
        <w:t>Президент Российской Федерации может возложить на Совет Безопасности иные задачи и функции в соответствии с законодательством Российской Федерации</w:t>
      </w:r>
    </w:p>
    <w:p>
      <w:r>
        <w:rPr>
          <w:b/>
        </w:rPr>
        <w:t xml:space="preserve">1. </w:t>
      </w:r>
      <w:r>
        <w:t>обеспечение условий для осуществления Президентом Российской Федерации полномочий в области обеспечения безопасности</w:t>
      </w:r>
    </w:p>
    <w:p>
      <w:r>
        <w:rPr>
          <w:b/>
        </w:rPr>
        <w:t xml:space="preserve">1. </w:t>
      </w:r>
      <w:r>
        <w:t>формирование государственной политики в области обеспечения безопасности и контроль за ее реализацией</w:t>
      </w:r>
    </w:p>
    <w:p>
      <w:r>
        <w:rPr>
          <w:b/>
        </w:rPr>
        <w:t xml:space="preserve">1. </w:t>
      </w:r>
      <w:r>
        <w:t>прогнозирование, выявление, анализ и оценка угроз безопасности, оценка военной опасности и военной угрозы, выработка мер по их нейтрализации</w:t>
      </w:r>
    </w:p>
    <w:p>
      <w:r>
        <w:rPr>
          <w:b/>
        </w:rPr>
        <w:t xml:space="preserve">1. </w:t>
      </w:r>
      <w:r>
        <w:t>подготовка предложений Президенту Российской Федерации:</w:t>
      </w:r>
    </w:p>
    <w:p>
      <w:r>
        <w:rPr>
          <w:b/>
        </w:rPr>
        <w:t xml:space="preserve">1. </w:t>
      </w:r>
      <w:r>
        <w:t>координация деятельности федеральных органов исполнительной власти и органов исполнительной власти субъектов Российской Федерации по реализации принятых Президентом Российской Федерации решений в области обеспечения безопасности</w:t>
      </w:r>
    </w:p>
    <w:p>
      <w:r>
        <w:rPr>
          <w:b/>
        </w:rPr>
        <w:t xml:space="preserve">1. </w:t>
      </w:r>
      <w:r>
        <w:t>оценка эффективности деятельности федеральных органов исполнительной власти в области обеспечения безопасности</w:t>
      </w:r>
    </w:p>
    <w:p>
      <w:r>
        <w:rPr>
          <w:b/>
        </w:rPr>
        <w:t xml:space="preserve">1. </w:t>
      </w:r>
      <w:r>
        <w:t>о мерах по предупреждению и ликвидации чрезвычайных ситуаций и преодолению их последствий</w:t>
      </w:r>
    </w:p>
    <w:p>
      <w:r>
        <w:rPr>
          <w:b/>
        </w:rPr>
        <w:t xml:space="preserve">1. </w:t>
      </w:r>
      <w:r>
        <w:t>о применении специальных экономических мер в целях обеспечения безопасности</w:t>
      </w:r>
    </w:p>
    <w:p>
      <w:r>
        <w:rPr>
          <w:b/>
        </w:rPr>
        <w:t xml:space="preserve">1. </w:t>
      </w:r>
      <w:r>
        <w:t>о введении, продлении и об отмене чрезвычайного положения</w:t>
      </w:r>
    </w:p>
    <w:p>
      <w:r>
        <w:rPr>
          <w:b/>
        </w:rPr>
        <w:t xml:space="preserve">2. </w:t>
      </w:r>
      <w:r>
        <w:t>рассмотрение вопросов, касающихся обеспечения национальных интересов и безопасности личности, общества и государства,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пресечения действий, направленных на отчуждение части территории Российской Федерации, призывов к таким действиям, а также касающихся организации обороны, военного строительства, оборонного производства, военно-технического сотрудничества Российской Федерации с иностранными государствами, международного сотрудничества в области обеспечения безопасности; (В редакции Федерального закона от 09.11.2020 № 365-ФЗ) 2) анализ информации о реализации основных направлений государственной политики в области обеспечения безопасности, о социально-политической и об экономической ситуации в стране, о соблюдении прав и свобод человека и гражданина</w:t>
      </w:r>
    </w:p>
    <w:p>
      <w:r>
        <w:rPr>
          <w:b/>
        </w:rPr>
        <w:t xml:space="preserve">2. </w:t>
      </w:r>
      <w:r>
        <w:t>разработка и уточнение стратегии национальной безопасности Российской Федерации, иных концептуальных и доктринальных документов, а также критериев и показателей обеспечения национальной безопасности</w:t>
      </w:r>
    </w:p>
    <w:p>
      <w:r>
        <w:rPr>
          <w:b/>
        </w:rPr>
        <w:t xml:space="preserve">2. </w:t>
      </w:r>
      <w:r>
        <w:t>осуществление стратегического планирования в области обеспечения безопасности</w:t>
      </w:r>
    </w:p>
    <w:p>
      <w:r>
        <w:rPr>
          <w:b/>
        </w:rPr>
        <w:t xml:space="preserve">2. </w:t>
      </w:r>
      <w:r>
        <w:t>рассмотрение проектов законодательных и иных нормативных правовых актов Российской Федерации по вопросам, отнесенным к ведению Совета Безопасности</w:t>
      </w:r>
    </w:p>
    <w:p>
      <w:r>
        <w:rPr>
          <w:b/>
        </w:rPr>
        <w:t xml:space="preserve">2. </w:t>
      </w:r>
      <w:r>
        <w:t>подготовка проектов нормативных правовых актов Президента Российской Федерации по вопросам обеспечения безопасности и осуществления контроля деятельности федеральных органов исполнительной власти в области обеспечения безопасности</w:t>
      </w:r>
    </w:p>
    <w:p>
      <w:r>
        <w:rPr>
          <w:b/>
        </w:rPr>
        <w:t xml:space="preserve">2. </w:t>
      </w:r>
      <w:r>
        <w:t>организация работы по подготовке федеральных программ в области обеспечения безопасности и осуществление контроля за их реализацией</w:t>
      </w:r>
    </w:p>
    <w:p>
      <w:r>
        <w:rPr>
          <w:b/>
        </w:rPr>
        <w:t xml:space="preserve">2. </w:t>
      </w:r>
      <w:r>
        <w:t>организация научных исследований по вопросам, отнесенным к ведению Совета Безопасности</w:t>
      </w:r>
    </w:p>
    <w:p>
      <w:r>
        <w:rPr>
          <w:b/>
        </w:rPr>
        <w:t>Статья 15. Состав Совета Безопасности</w:t>
      </w:r>
    </w:p>
    <w:p>
      <w:r>
        <w:rPr>
          <w:b/>
        </w:rPr>
        <w:t xml:space="preserve">1. </w:t>
      </w:r>
      <w:r>
        <w:t>В состав Совета Безопасности входят Председатель Совета Безопасности Российской Федерации, которым по должности является Президент Российской Федерации; Заместитель Председателя Совета Безопасности Российской Федерации (далее - Заместитель Председателя Совета Безопасности); Секретарь Совета Безопасности Российской Федерации (далее - Секретарь Совета Безопасности); постоянные члены Совета Безопасности и члены Совета Безопасности</w:t>
      </w:r>
    </w:p>
    <w:p>
      <w:r>
        <w:rPr>
          <w:b/>
        </w:rPr>
        <w:t xml:space="preserve">2. </w:t>
      </w:r>
      <w:r>
        <w:t>Постоянные члены Совета Безопасности входят в состав Совета Безопасности по должности в порядке, определяемом Президентом Российской Федерации. Заместитель Председателя Совета Безопасности и Секретарь Совета Безопасности входят в число постоянных членов Совета Безопасности</w:t>
      </w:r>
    </w:p>
    <w:p>
      <w:r>
        <w:rPr>
          <w:b/>
        </w:rPr>
        <w:t xml:space="preserve">3. </w:t>
      </w:r>
      <w:r>
        <w:t>Заместитель Председателя Совета Безопасности назначается на должность и освобождается от должности Президентом Российской Федерации. Полномочия Заместителя Председателя Совета Безопасности определяются Президентом Российской Федерации. Заместитель Председателя Совета Безопасности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
        <w:rPr>
          <w:b/>
        </w:rPr>
        <w:t xml:space="preserve">31. </w:t>
      </w:r>
      <w:r>
        <w:t>Заместитель Председателя Совета Безопасности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4. </w:t>
      </w:r>
      <w:r>
        <w:t>Члены Совета Безопасности назначаются Президентом Российской Федерации в порядке, им определяемом</w:t>
      </w:r>
    </w:p>
    <w:p>
      <w:r>
        <w:rPr>
          <w:b/>
        </w:rPr>
        <w:t xml:space="preserve">5. </w:t>
      </w:r>
      <w:r>
        <w:t>Члены Совета Безопасности принимают участие в заседаниях Совета Безопасности с правом совещательного голоса</w:t>
      </w:r>
    </w:p>
    <w:p>
      <w:r>
        <w:rPr>
          <w:b/>
        </w:rPr>
        <w:t xml:space="preserve">6. </w:t>
      </w:r>
      <w:r>
        <w:t>Заместителем Председателя Совета Безопасности, Секретарем Совета Безопасности, постоянными членами Совета Безопасности и членами Совета Безопасности могут быть граждане Российской Федерации, не имеющие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редакции Федерального закона от 09.11.2020 № 365-ФЗ)</w:t>
      </w:r>
    </w:p>
    <w:p>
      <w:r>
        <w:rPr>
          <w:b/>
        </w:rPr>
        <w:t xml:space="preserve">7. </w:t>
      </w:r>
      <w:r>
        <w:t>Заместителю Председателя Совета Безопасности, Секретарю Совета Безопасности, постоянным членам Совета Безопасности и членам Совета Безопасности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(Дополнение частью - Федеральный закон от 09.11.2020 № 365-ФЗ) (Статья в редакции Федерального закона от 06.02.2020 № 6-ФЗ)</w:t>
      </w:r>
    </w:p>
    <w:p>
      <w:r>
        <w:rPr>
          <w:b/>
        </w:rPr>
        <w:t>Статья 16. Секретарь Совета Безопасности</w:t>
      </w:r>
    </w:p>
    <w:p>
      <w:r>
        <w:rPr>
          <w:b/>
        </w:rPr>
        <w:t xml:space="preserve">1. </w:t>
      </w:r>
      <w:r>
        <w:t>Секретарь Совета Безопасности является должностным лицом, обеспечивающим реализацию возложенных на Совет Безопасности задач и функций</w:t>
      </w:r>
    </w:p>
    <w:p>
      <w:r>
        <w:rPr>
          <w:b/>
        </w:rPr>
        <w:t xml:space="preserve">2. </w:t>
      </w:r>
      <w:r>
        <w:t>Секретарь Совета Безопасности назначается на должность и освобождается от должности Президентом Российской Федерации, которому подчиняется непосредственно</w:t>
      </w:r>
    </w:p>
    <w:p>
      <w:r>
        <w:rPr>
          <w:b/>
        </w:rPr>
        <w:t xml:space="preserve">3. </w:t>
      </w:r>
      <w:r>
        <w:t>Полномочия Секретаря Совета Безопасности определяются Президентом Российской Федерации</w:t>
      </w:r>
    </w:p>
    <w:p>
      <w:r>
        <w:rPr>
          <w:b/>
        </w:rPr>
        <w:t xml:space="preserve">4. </w:t>
      </w:r>
      <w:r>
        <w:t>Секретарь Совета Безопасности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(Дополнение частью - Федеральный закон от 05.10.2015 № 285-ФЗ)</w:t>
      </w:r>
    </w:p>
    <w:p>
      <w:r>
        <w:rPr>
          <w:b/>
        </w:rPr>
        <w:t xml:space="preserve">5. </w:t>
      </w:r>
      <w:r>
        <w:t>Секретарь Совета Безопасности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Статья 17. Организация деятельности Совета Безопасности</w:t>
      </w:r>
    </w:p>
    <w:p>
      <w:r>
        <w:rPr>
          <w:b/>
        </w:rPr>
        <w:t xml:space="preserve">1. </w:t>
      </w:r>
      <w:r>
        <w:t>Деятельность Совета Безопасности осуществляется в форме заседаний и совещаний</w:t>
      </w:r>
    </w:p>
    <w:p>
      <w:r>
        <w:rPr>
          <w:b/>
        </w:rPr>
        <w:t xml:space="preserve">2. </w:t>
      </w:r>
      <w:r>
        <w:t>Порядок организации и проведения заседаний и совещаний Совета Безопасности определяется Президентом Российской Федерации</w:t>
      </w:r>
    </w:p>
    <w:p>
      <w:r>
        <w:rPr>
          <w:b/>
        </w:rPr>
        <w:t>Статья 18. Решения Совета Безопасности</w:t>
      </w:r>
    </w:p>
    <w:p>
      <w:r>
        <w:rPr>
          <w:b/>
        </w:rPr>
        <w:t xml:space="preserve">1. </w:t>
      </w:r>
      <w:r>
        <w:t>Решения Совета Безопасности принимаются на его заседаниях и совещаниях постоянными членами Совета Безопасности в порядке, определяемом Президентом Российской Федерации. Постоянные члены Совета Безопасности обладают равными правами при принятии решений</w:t>
      </w:r>
    </w:p>
    <w:p>
      <w:r>
        <w:rPr>
          <w:b/>
        </w:rPr>
        <w:t xml:space="preserve">2. </w:t>
      </w:r>
      <w:r>
        <w:t>Решения Совета Безопасности вступают в силу после их утверждения Президентом Российской Федерации</w:t>
      </w:r>
    </w:p>
    <w:p>
      <w:r>
        <w:rPr>
          <w:b/>
        </w:rPr>
        <w:t xml:space="preserve">3. </w:t>
      </w:r>
      <w:r>
        <w:t>Вступившие в силу решения Совета Безопасности обязательны для исполнения государственными органами и должностными лицами</w:t>
      </w:r>
    </w:p>
    <w:p>
      <w:r>
        <w:rPr>
          <w:b/>
        </w:rPr>
        <w:t xml:space="preserve">4. </w:t>
      </w:r>
      <w:r>
        <w:t>В целях реализации решений Совета Безопасности Президентом Российской Федерации могут издаваться указы и распоряжения</w:t>
      </w:r>
    </w:p>
    <w:p>
      <w:pPr>
        <w:pStyle w:val="Heading3"/>
      </w:pPr>
      <w:r>
        <w:t>Заключительные положения</w:t>
      </w:r>
    </w:p>
    <w:p>
      <w:r>
        <w:rPr>
          <w:b/>
        </w:rPr>
        <w:t>Статья 19.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w:t>
      </w:r>
    </w:p>
    <w:p>
      <w:r>
        <w:t>Закон Российской Федерации от 5 марта 1992 года № 2446-I "О безопасности" (Ведомости Съезда народных депутатов Российской Федерации и Верховного Совета Российской Федерации, 1992, № 15, ст. 769)</w:t>
      </w:r>
    </w:p>
    <w:p>
      <w:r>
        <w:t>Постановление Верховного Совета Российской Федерации от 5 марта 1992 года № 2446/I-I "О введении в действие Закона Российской Федерации "О безопасности" (Ведомости Съезда народных депутатов Российской Федерации и Верховного Совета Российской Федерации, 1992, № 15, ст. 770)</w:t>
      </w:r>
    </w:p>
    <w:p>
      <w:r>
        <w:t>Закон Российской Федерации от 25 декабря 1992 года № 4235-I "О дополнении статьи 14 Закона Российской Федерации "О безопасности" (Ведомости Съезда народных депутатов Российской Федерации и Верховного Совета Российской Федерации, 1993, № 2, ст. 77)</w:t>
      </w:r>
    </w:p>
    <w:p>
      <w:r>
        <w:t>Постановление Верховного Совета Российской Федерации от 25 декабря 1992 года № 4236-I "О порядке введения в действие Закона Российской Федерации "О дополнении статьи 14 Закона Российской Федерации "О безопасности" (Ведомости Съезда народных депутатов Российской Федерации и Верховного Совета Российской Федерации, 1993, № 2, ст. 78)</w:t>
      </w:r>
    </w:p>
    <w:p>
      <w:r>
        <w:t>статью 9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w:t>
      </w:r>
    </w:p>
    <w:p>
      <w:r>
        <w:t>статью 2 Федерального закона от 7 марта 2005 года № 15-ФЗ "О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 (Собрание законодательства Российской Федерации, 2005, № 10, ст. 763)</w:t>
      </w:r>
    </w:p>
    <w:p>
      <w:r>
        <w:t>статью 1 Федерального закона от 25 июля 2006 года №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 31, ст. 3427)</w:t>
      </w:r>
    </w:p>
    <w:p>
      <w:r>
        <w:t>статью 3 Федерального закона от 2 марта 2007 года №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 10, ст. 1151)</w:t>
      </w:r>
    </w:p>
    <w:p>
      <w:r>
        <w:t>статью 1 Федерального закона от 26 июня 2008 года № 103-ФЗ "О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 (Собрание законодательства Российской Федерации, 2008, № 26, ст. 3022)</w:t>
      </w:r>
    </w:p>
    <w:p>
      <w:r>
        <w:rPr>
          <w:b/>
        </w:rPr>
        <w:t>Статья 20.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