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w:t>
      </w:r>
    </w:p>
    <w:p>
      <w:r>
        <w:rPr>
          <w:b/>
        </w:rPr>
        <w:t>Статья 1</w:t>
      </w:r>
    </w:p>
    <w:p>
      <w:r>
        <w:t>Внести в Закон Российской Федерации от 10 июля 1992 года № 3266-I "Об образовании" (в редакции Федерального закона от 13 января 1996 года № 12-ФЗ) (Ведомости Съезда народных депутатов Российской Федерации и Верховного Совета Российской Федерации, 1992, № 30, ст. 1797; Собрание законодательства Российской Федерации, 1996, № 3, ст. 150; 2000, № 30, ст. 3120; 2002, № 26, ст. 2517; 2003, № 2, ст. 163; № 28, ст. 2892; 2004, № 10, ст. 835; № 35, ст. 3607; 2006, № 1, ст. 10; 2007, № 1, ст. 21; № 2, ст. 360; № 7, ст. 838; № 17, ст. 1932; № 27, ст. 3215; № 30, ст. 3808; № 44, ст. 5280; № 49, ст. 6068, 6069, 6070, 6074; 2008, № 9, ст. 813; № 30, ст. 3616; 2009, № 7, ст. 786, 787; № 46, ст. 5419; № 52, ст. 6450; 2010, № 19, ст. 2291; № 25, ст. 3072; № 46, ст. 5918) следующие изменения</w:t>
      </w:r>
    </w:p>
    <w:p>
      <w:r>
        <w:t>пункт 5 статьи 12 изложить в следующей редакции: "5. Образовательные учреждения одного типа подразделяются на виды, определенные федеральными законами или типовыми положениями об образовательных учреждениях соответствующих типов и видов, которыми регулируется деятельность государственных и муниципальных образовательных учреждений. На основе таких типовых положений разрабатываются уставы этих образовательных учреждений. Типовые положения об образовательных учреждениях утверждаются уполномоченным Правительством Российской Федерации федеральным органом исполнительной власти. Типовые положения об образовательных учреждениях, реализующих военные профессиональные образовательные программы, и образовательных учреждениях, реализующих образовательные программы, содержащие сведения, составляющие государственную тайну, утверждаются Правительством Российской Федерации. Для негосударственных образовательных учреждений типовые положения об образовательных учреждениях выполняют функции примерных."</w:t>
      </w:r>
    </w:p>
    <w:p>
      <w:r>
        <w:t>в статье 15: а) пункт 41 изложить в следующей редакции: "41. Единый государственный экзамен представляет собой форму объективной оценки качества подготовки лиц, освоивших образовательные программы среднего (полного) общего образования, с использованием контрольных измерительных материалов, представляющих собой комплексы заданий стандартизированной формы, выполнение которых позволяет установить уровень освоения федерального государственного образовательного стандарта (далее - контрольные измерительные материалы). Сведения, содержащиеся в контрольных измерительных материалах, относятся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сведений, содержащихся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 Лица, привлекаемые к проведению единого государственного экзамена, а в период проведения единого государственного экзамена также лица, сдававшие единый государственный экзамен, несут в соответствии с законодательством Российской Федерации ответственность за разглашение содержащихся в контрольных измерительных материалах сведений. Единый государственный экзамен проводится федеральным органом исполнительной власти, осуществляющим функции по контролю и надзору в сфере образования, совместно с органами исполнительной власти субъектов Российской Федерации, осуществляющими управление в сфере образования. За пределами территории Российской Федерации единый государственный экзамен проводится федеральным органом исполнительной власти, осуществляющим функции по контролю и надзору в сфере образования, совместно с учредителями российских образовательных учреждений, расположенных за пределами территории Российской Федерации, имеющих государственную аккредитацию и реализующих основные образовательные программы среднего (полного) общего образования."; б) дополнить пунктом 47 следующего содержания: "47. В целях обеспечения соблюдения порядка проведения государственной (итоговой) аттестации обучающихся, освоивших образовательные программы основного общего образования или среднего (полного) общего образования, гражданам предоставляется право присутствовать в качестве общественных наблюдателей при ее проведении и направлять информацию о выявленных ими нарушениях в федеральный орган исполнительной власти, осуществляющий функции по контролю и надзору в сфере образования, орган исполнительной власти субъекта Российской Федерации, осуществляющий управление в сфере образования, или орган исполнительной власти субъекта Российской Федерации, осуществляющий полномочия Российской Федерации в области образования, переданные для осуществления органам государственной власти субъектов Российской Федерации. Аккредитация граждан в качестве общественных наблюдателей проводится по их заявлениям органами исполнительной власти субъектов Российской Федерации, осуществляющими управление в сфере образования, или органами местного самоуправления, осуществляющими управление в сфере образования, или учредителями российских образовательных учреждений, расположенных за пределами территории Российской Федерации и имеющих государственную аккредитацию, в порядке, установленном положением о системе общественного наблюдения при проведении государственной (итоговой) аттестации обучающихся, освоивших образовательные программы основного общего образования или среднего (полного) общего образования. Это положение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пункт 51 изложить в следующей редакции: "51. В целях информационного обеспечения проведения единого государственного экзамена и приема граждан в образовательные учреждения среднего профессионального образования и образовательные учреждения высшего профессионального образования создаются федеральная информационная система обеспечения проведения единого государственного экзамена и приема граждан в образовательные учреждения среднего профессионального образования и образовательные учреждения высшего профессионального образования (далее - федеральная информационная система) и региональные информационные системы обеспечения проведения единого государственного экзамена (далее - региональные информационные системы). Организация формирования и ведения указанных информационных систем выполняется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управление в сфере образования. Органы исполнительной власти субъектов Российской Федерации, федеральный орган исполнительной власти, осуществляющий функции по контролю и надзору в сфере образования, учредители российских образовательных учреждений, расположенных за пределами территории Российской Федерации, имеющих государственную аккредитацию и реализующих основные образовательные программы среднего (полного) общего образования, образовательные учреждения среднего профессионального образования и образовательные учреждения высшего профессионального образования вносят в федеральную информационную систему сведения, необходимые для информационного обеспечения проведения единого государственного экзамена и приема граждан в образовательные учреждения среднего профессионального образования и образовательные учреждения высшего профессионального образования. Образовательные учреждения, реализующие основные образовательные программы среднего (полного) общего образования, начального профессионального образования, среднего профессионального образования, высшего профессионального образования, органы местного самоуправления, органы исполнительной власти субъектов Российской Федерации вносят в региональные информационные системы сведения, необходимые для информационного обеспечения проведения единого государственного экзамена. Порядок формирования и ведения федеральной информационной системы и региональных информационных систем (включая перечень содержащихся в них сведений, порядок их внесения в информационные системы, порядок хранения, обработки и использования этих сведений и обеспечения к ним доступа, срок хранения и порядок обеспечения защиты этих сведений, порядок обеспечения взаимодействия информационных систем) устанавливается Правительством Российской Федерации. Органы и организации, указанные в абзаце втором настоящего пункта, осуществляют передачу, обработку и предоставление полученных в связи с проведением единого государственного экзамена и приема граждан в образовательные учреждения среднего профессионального образования и образовательные учреждения высшего профессионального образования персональных данных обучающихся, участников единого государственного экзамена, лиц, привлекаемых к его проведению, а также лиц, поступающих в такие образовательные учреждения, в соответствии с требованиями законодательства Российской Федерации в области персональных данных без получения согласия этих лиц на обработку их персональных данных."; г) дополнить пунктом 9 следующего содержания: "9. В местах проведения единого государственного экзамена, государственной (итоговой) аттестации обучающихся, олимпиад школьников, вступительных испытаний, проводимых образовательными учреждениями среднего профессионального образования и образовательными учреждениями высшего профессионального образования, во время проведения указанных мероприятий запрещается размещать, участникам указанных мероприятий и лицам, привлекаемым к их проведению, запрещается иметь при себе и использовать средства связи и электронно-вычислительной техники (в том числе калькуляторы), за исключением случаев, установленных нормативными правовыми актами Российской Федерации."</w:t>
      </w:r>
    </w:p>
    <w:p>
      <w:r>
        <w:t>в статье 16: а) в абзаце втором пункта 1 слова "имеющие государственную аккредитацию" и второе предложение исключить; б) в пункте 3: в абзаце втором слова "имеющие государственную аккредитацию" исключить; в абзаце третьем слова "имеющие государственную аккредитацию" исключить</w:t>
      </w:r>
    </w:p>
    <w:p>
      <w:r>
        <w:t>в статье 28: а) подпункт 111 изложить в следующей редакции: "111) установление форм и порядка проведения государственной (итоговой) аттестации обучающихся, в том числе порядка проведения единого государственного экзамена (включая порядок проверки экзаменационных работ и систему оценки результатов, порядок подачи и рассмотрения апелляций), порядка разработки, использования и хранения контрольных измерительных материалов, а также утверждение положения о системе общественного наблюдения при проведении государственной (итоговой) аттестации обучающихся, освоивших образовательные программы основного общего образования или среднего (полного) общего образования, в том числе установление порядка аккредитации общественных наблюдателей;"; б) в подпункте 112 слова "формирование и ведение федеральных баз данных об участниках единого государственного экзамена и о результатах единого государственного экзамена" заменить словами "организация формирования и ведения федеральной информационной системы"; в) подпункт 113 изложить в следующей редакции: "113) установление порядка приема в образовательные учреждения (в том числе порядка проведения дополнительных вступительных испытаний при поступлении в образовательные учреждения среднего профессионального образования и образовательные учреждения высшего профессионального образования, предельного количества образовательных учреждений высшего профессионального образования, в которые поступающий для обучения по программам бакалавриата или программам подготовки специалиста гражданин одновременно вправе подать заявления, и количества направлений подготовки (специальностей), по которым он вправе участвовать в конкурсе);"; г) в подпункте 115 слова "имеющие государственную аккредитацию" исключить</w:t>
      </w:r>
    </w:p>
    <w:p>
      <w:r>
        <w:t>подпункт 81 пункта 1 статьи 29 изложить в следующей редакции: "81) обеспечение и проведение государственной (итоговой) аттестации обучающихся, освоивших образовательные программы основного общего образования или среднего (полного) общего образования, в том числе в форме единого государственного экзамена (включая подготовку лиц, привлекаемых к проведению единого государственного экзамена, организацию формирования и ведения региональных информационных систем, обеспечение хранения, использования и уничтожения экзаменационных материалов и свидетельств о результатах единого государственного экзамена, обработку и проверку экзаменационных работ участников единого государственного экзамена, а также обеспечение ознакомления участников единого государственного экзамена с его результатами и аккредитацию общественных наблюдателей);"</w:t>
      </w:r>
    </w:p>
    <w:p>
      <w:r>
        <w:rPr>
          <w:b/>
        </w:rPr>
        <w:t>Статья 2</w:t>
      </w:r>
    </w:p>
    <w:p>
      <w:r>
        <w:t>Внести в Федеральный закон от 22 августа 1996 года № 125-ФЗ "О высшем и послевузовском профессиональном образовании" (Собрание законодательства Российской Федерации, 1996, № 35, ст. 4135; 2002, № 26, ст. 2517; 2004, № 35, ст. 3607; 2006, № 1, ст. 10; 2007, № 1, ст. 21; № 2, ст. 360; № 7, ст. 838; № 17, ст. 1932; № 43, ст. 5084; № 44, ст. 5280; № 49, ст. 6068, 6069, 6070, 6074; 2008, № 30, ст. 3616; 2009, № 7, ст. 786, 787; № 46, ст. 5419; № 52, ст. 6409; 2010, № 19, ст. 2291; № 31, ст. 4167; № 46, ст. 5918; Российская газета, 2010, 31 декабря) следующие изменения</w:t>
      </w:r>
    </w:p>
    <w:p>
      <w:r>
        <w:t>в статье 11: а) в пункте 1: в абзаце втором слова ", имеющие государственную аккредитацию," исключить; в абзаце третьем слова "имеющие государственную аккредитацию" исключить; б) в пункте 34 слова ", имеющие государственную аккредитацию," исключить</w:t>
      </w:r>
    </w:p>
    <w:p>
      <w:r>
        <w:t>в статье 24: а) в подпункте 11 пункта 2 слова "имеющие государственную аккредитацию" исключить; б) в подпункте 14 пункта 3 слова "имеющие государственную аккредитацию"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