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Арабской Республики Египет об упрощении процедуры выдачи виз гражданам Российской Федерации и гражданам Арабской Республики Египет</w:t>
      </w:r>
    </w:p>
    <w:p>
      <w:r>
        <w:rPr>
          <w:b/>
        </w:rPr>
        <w:t>Статья None. Федеральный закон   от 07.02.2011 № 11-ФЗ</w:t>
      </w:r>
    </w:p>
    <w:p>
      <w:r>
        <w:t>О ратификации Соглашения между Правительством Российской Федерации и Правительством Арабской Республики Египет об упрощении процедуры выдачи виз гражданам Российской Федерации и гражданам Арабской Республики Египет РОССИЙСКАЯ ФЕДЕРАЦИЯ ФЕДЕРАЛЬНЫЙ ЗАКОН О ратификации Соглашения между Правительством Российской Федерации и Правительством Арабской Республики Египет об упрощении процедуры выдачи виз гражданам Российской Федерации и гражданам Арабской Республики Египет Принят Государственной Думой 28 января 2011 года Одобрен Советом Федерации 2 февраля 2011 года Ратифицировать Соглашение между Правительством Российской Федерации и Правительством Арабской Республики Египет об упрощении процедуры выдачи виз гражданам Российской Федерации и гражданам Арабской Республики Египет, подписанное в городе Каире 16 февраля 2009 года. Президент Российской Федерации Д.Медведев Москва, Кремль 7 февраля 2011 года №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