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Кабинетом Министров Украины о мерах по охране технологий в связи с сотрудничеством в области исследования и использования космического пространства в мирных целях и в создании и эксплуатации ракетно-космической и ракетной техники</w:t>
      </w:r>
    </w:p>
    <w:p>
      <w:r>
        <w:rPr>
          <w:b/>
        </w:rPr>
        <w:t>Статья None. Федеральный закон   от 08.03.2011 № 31-ФЗ</w:t>
      </w:r>
    </w:p>
    <w:p>
      <w:r>
        <w:t>О ратификации Соглашения между Правительством Российской Федерации и Кабинетом Министров Украины о мерах по охране технологий в связи с сотрудничеством в области исследования и использования космического пространства в мирных целях и в создании и эксплуатации ракетно-космической и ракетной техники РОССИЙСКАЯ ФЕДЕРАЦИЯ ФЕДЕРАЛЬНЫЙ ЗАКОН О ратификации Соглашения между Правительством Российской Федерации и Кабинетом Министров Украины о мерах по охране технологий в связи с сотрудничеством в области исследования и использования космического пространства в мирных целях и в создании и эксплуатации ракетно-космической и ракетной техники Принят Государственной Думой 25 февраля 2011 года Одобрен Советом Федерации 2 марта 2011 года Ратифицировать Соглашение между Правительством Российской Федерации и Кабинетом Министров Украины о мерах по охране технологий в связи с сотрудничеством в области исследования и использования космического пространства в мирных целях и в создании и эксплуатации ракетно-космической и ракетной техники, подписанное в городе Москве 11 июня 2009 года. Президент Российской Федерации Д.Медведев Москва, Кремль 8 марта 2011 года № 31-ФЗ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