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3409) изменение, заменив слова "Республика Алтай - 9" словами "Республика Алтай - 11".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Алтай в 2011 году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