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содержании под стражей подозреваемых и обвиняемых в совершении преступлений"</w:t>
      </w:r>
    </w:p>
    <w:p>
      <w:r>
        <w:rPr>
          <w:b/>
        </w:rPr>
        <w:t>Статья None. Федеральный закон   от 05.04.2011 № 49-ФЗ</w:t>
      </w:r>
    </w:p>
    <w:p>
      <w:r>
        <w:t>О внесении изменения в статью 7 Федерального закона "О содержании под стражей подозреваемых и обвиняемых в совершении преступлений" РОССИЙСКАЯ ФЕДЕРАЦИЯ ФЕДЕРАЛЬНЫЙ ЗАКОН О внесении изменения в статью 7 Федерального закона "О содержании под стражей подозреваемых и обвиняемых в совершении преступлений" Принят Государственной Думой 25 марта 2011 года Одобрен Советом Федерации 30 марта 2011 года Внести в статью 7 Федерального закона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2003, № 27, ст. 2700; № 50, ст. 4847; 2004, № 27, ст. 2711; 2005, № 10, ст. 763; 2006, № 17, ст. 1779) изменение, дополнив ее частью пятой следующего содержания: "В целях осуществления контроля в пределах своей компетенции без специального разрешения посещать следственные изоляторы уголовно-исполнительной системы, изоляторы временного содержания подозреваемых и обвиняемых органов внутренних дел и пограничных органов федеральной службы безопасности, а также гауптвахты, используемые для содержания под стражей подозреваемых и обвиняемых в случаях, предусмотренных настоящим Федеральным законом, имеют право: Президент Российской Федерации; Председатель Правительства Российской Федерации; Уполномоченный по правам человека в Российской Федерации; представители международных (межгосударственных, межправительственных) организаций на основании соответствующих международных договоров Российской Федерации; 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Федерации), уполномоченные по правам человека в субъектах Российской Федерации в пределах соответствующих территорий; члены Совета Федерации и депутаты Государственной Думы Федерального Собрания Российской Федерации, а также депутаты законодательного (представительного) органа государственной власти субъекта Российской Федерации, уполномоченные на то законодательным (представительным) органом государственной власти субъекта Российской Федерации, в пределах соответствующих территорий; Генеральный прокурор Российской Федерации, а также уполномоченные им прокуроры и прокуроры, осуществляющие надзор за исполнением законов администрациями мест содержания задержанных и заключенных под стражу в пределах соответствующих территорий; члены общественных наблюдательных комиссий в порядке, предусмотренном Федеральным законом от 10 июня 2008 года № 76-ФЗ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содержания", в пределах соответствующих территорий.". Президент Российской Федерации Д.Медведев Москва, Кремль 5 апреля 2011 года № 49-ФЗ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