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Турецкой Республики о сотрудничестве в области использования атомной энергии в мирных целях</w:t>
      </w:r>
    </w:p>
    <w:p>
      <w:r>
        <w:rPr>
          <w:b/>
        </w:rPr>
        <w:t>Статья None. Федеральный закон   от 03.05.2011 № 81-ФЗ</w:t>
      </w:r>
    </w:p>
    <w:p>
      <w:r>
        <w:t>О ратификации Соглашения между Правительством Российской Федерации и Правительством Турецкой Республики о сотрудничестве в области использования атомной энергии в мирных целях РОССИЙСКАЯ ФЕДЕРАЦИЯ ФЕДЕРАЛЬНЫЙ ЗАКОН О ратификации Соглашения между Правительством Российской Федерации и Правительством Турецкой Республики о сотрудничестве в области использования атомной энергии в мирных целях Принят Государственной Думой 22 апреля 2011 года Одобрен Советом Федерации 27 апреля 2011 года Ратифицировать Соглашение между Правительством Российской Федерации и Правительством Турецкой Республики о сотрудничестве в области использования атомной энергии в мирных целях, подписанное в городе Анкаре 6 августа 2009 года. Президент Российской Федерации Д.Медведев Москва, Кремль 3 мая 2011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