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37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   от 03.05.2011 № 88-ФЗ</w:t>
      </w:r>
    </w:p>
    <w:p>
      <w:r>
        <w:t>О внесении изменения в статью 37 Федерального закона "Об общих принципах организации местного самоуправления в Российской Федерации" РОССИЙСКАЯ ФЕДЕРАЦИЯ ФЕДЕРАЛЬНЫЙ ЗАКОН Утратил силу - Федеральный закон от 20.03.2025 № 33-ФЗ О внесении изменения в статью 37 Федерального закона "Об общих принципах организации местного самоуправления в Российской Федерации" Принят Государственной Думой 22 апреля 2011 года Одобрен Советом Федерации 27 апреля 2011 года Внести в часть 3 статьи 37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2004, № 25, ст. 2484; 2006, № 31, ст. 3427; 2007, № 10, ст. 1151; № 43, ст. 5084; 2009, № 19, ст. 2280; № 52, ст. 6441; 2010, № 49, ст. 6411) изменение, изложив ее в следующей редакции: "3. Условия контракта для главы местной администрации поселения утверждаются представительным органом поселения, а для главы местной администрации муниципального района (городского округа), внутригородского муниципального образования города федерального значения - представительным органом муниципального района (городского округа), внутригородского муниципального образования города федерального значения в части, касающейся осуществления полномочий по решению вопросов местного значения, и законом субъекта Российской Федерации в части, касающейся осуществления отдельных государственных полномочий, переданных органам местного самоуправления федеральными законами и законами субъектов Российской Федерации.". Президент Российской Федерации Д.Медведев Москва, Кремль 3 мая 2011 года № 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