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муниципальной службе в Российской Федерации"</w:t>
      </w:r>
    </w:p>
    <w:p>
      <w:r>
        <w:rPr>
          <w:b/>
        </w:rPr>
        <w:t>Статья None. Федеральный закон   от 03.05.2011 № 92-ФЗ</w:t>
      </w:r>
    </w:p>
    <w:p>
      <w:r>
        <w:t>О внесении изменения в статью 14 Федерального закона "О муниципальной службе в Российской Федерации" РОССИЙСКАЯ ФЕДЕРАЦИЯ ФЕДЕРАЛЬНЫЙ ЗАКОН О внесении изменения в статью 14 Федерального закона "О муниципальной службе в Российской Федерации" Принят Государственной Думой 20 апреля 2011 года Одобрен Советом Федерации 27 апреля 2011 года Внести в пункт 10 части 1 статьи 14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52, ст. 6235) изменение, дополнив его словами ",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объединениями". Президент Российской Федерации Д.Медведев Москва, Кремль 3 мая 2011 года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