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Семейный кодекс Российской Федерации (Собрание законодательства Российской Федерации, 1996, № 1, ст. 16; 2008, № 17, ст. 1756) следующие изменения</w:t>
      </w:r>
    </w:p>
    <w:p>
      <w:r>
        <w:t>пункт 3 статьи 65 дополнить абзацем следующего содержания: "По требованию родителей (одного из них) в порядке, установленном гражданским процессуальным законодательством, и с учетом требований абзаца второго настоящего пункта суд с обязательным участием органа опеки и попечительства вправе определить место жительства детей на период до вступления в законную силу судебного решения об определении их места жительства."</w:t>
      </w:r>
    </w:p>
    <w:p>
      <w:r>
        <w:t>абзац второй пункта 2 статьи 66 дополнить предложением следующего содержания: "По требованию родителей (одного из них) в порядке, установленном гражданским процессуальным законодательством, суд с обязательным участием органа опеки и попечительства вправе определить порядок осуществления родительских прав на период до вступления в законную силу судебного решения."</w:t>
      </w:r>
    </w:p>
    <w:p>
      <w:r>
        <w:rPr>
          <w:b/>
        </w:rPr>
        <w:t>Статья 2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№ 30, ст. 3029; 2003, № 27, ст. 2700, 2708, 2717; № 46, ст. 4434; № 50, ст. 4847; 2004, № 31, ст. 3229; № 34, ст. 3533; 2005, № 1, ст. 13, 45; № 13, ст. 1075, 1077; № 19, ст. 1752; № 27, ст. 2719, 2721; № 30, ст. 3104, 3131; № 50, ст. 5247; 2006, № 17, ст. 1776; № 18, ст. 1907; № 31, ст. 3438; № 45, ст. 4641; № 52, ст. 5498; 2007, № 16, ст. 1825; № 26, ст. 3089; № 30, ст. 3755; № 31, ст. 4007, 4008; № 41, ст. 4845; № 46, ст. 5553; 2008, № 20, ст. 2251; № 30, ст. 3604; № 49, ст. 5745; № 52, ст. 6235, 6236; 2009, № 7, ст. 777; № 23, ст. 2759; № 26, ст. 3120; № 29, ст. 3597, 3642; № 30, ст. 3739; № 48, ст. 5711, 5724; № 52, ст. 6412; 2010, № 1, ст. 1; № 21, ст. 2525; № 23, ст. 2790; № 27, ст. 3416; № 30, ст. 4002, 4006, 4007; № 31, ст. 4158, 4164, 4193, 4206 -4208; № 41, ст. 5192; 2011, № 1, ст. 10, 23; № 15, ст. 2039) следующие изменения: 1) в статье 5.35: а) слово "Неисполнение" заменить словами "1. Неисполнение"; б) дополнить частями 2 и 3 следующего содержания: "2. Нарушение родителями или иными законными представителями несовершеннолетних прав и интересов несовершеннолетних, выразившееся в лишении их права на общение с родителями или близкими родственниками, если такое общение не противоречит интересам детей, в намеренном сокрытии места нахождения детей помимо их воли, в неисполнении судебного решения об определении места жительства детей, в том числе судебного решения об определении места жительства детей на период до вступления в законную силу судебного решения об определении их места жительства, в неисполнении судебного решения о порядке осуществления родительских прав или о порядке осуществления родительских прав на период до вступления в законную силу судебного решения либо в ином воспрепятствовании осуществлению родителями прав на воспитание и образование детей и на защиту их прав и интересов, - влечет наложение административного штрафа в размере от двух тысяч до трех тысяч рублей.</w:t>
      </w:r>
    </w:p>
    <w:p>
      <w:r>
        <w:rPr>
          <w:b/>
        </w:rPr>
        <w:t xml:space="preserve">3. </w:t>
      </w:r>
      <w:r>
        <w:t>Повторное в течение года совершение административного правонарушения, предусмотренного частью 2 настоящей статьи, - влечет наложение административного штрафа в размере от четырех тысяч до пяти тысяч рублей или административный арест на срок до пяти суток.";</w:t>
      </w:r>
    </w:p>
    <w:p>
      <w:r>
        <w:rPr>
          <w:b/>
        </w:rPr>
        <w:t xml:space="preserve">3. </w:t>
      </w:r>
      <w:r>
        <w:t>часть 2 статьи 23.1 после цифр "5.27," дополнить словами "частью 3 статьи 5.35,"</w:t>
      </w:r>
    </w:p>
    <w:p>
      <w:r>
        <w:rPr>
          <w:b/>
        </w:rPr>
        <w:t>Статья 3</w:t>
      </w:r>
    </w:p>
    <w:p>
      <w:r>
        <w:t>Статью 152 Гражданского процессуального кодекса Российской Федерации (Собрание законодательства Российской Федерации, 2002, № 46, ст. 4532; 2010, № 50, ст. 6611) дополнить частью шестой1 следующего содержания: "61. При рассмотрении споров о детях по требованию родителей (одного из родителей) в предварительном судебном заседании суд с обязательным участием органа опеки и попечительства вправе определить место жительства детей и (или) порядок осуществления родительских прав на период до вступления в законную силу судебного решения. По данным вопросам выносится определение при наличии положительного заключения органа опеки и попечительства и с обязательным учетом мнения детей. При наличии обстоятельств, свидетельствующих, что изменение фактического места жительства детей на период до вступления в законную силу соответствующего судебного решения противоречит интересам детей, суд определяет местом жительства детей на период до вступления в законную силу судебного решения об определении их места жительства фактическое место жительства детей.".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