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федеральном бюджете на 2011 год и на плановый период 2012 и 2013 годов"</w:t>
      </w:r>
    </w:p>
    <w:p>
      <w:r>
        <w:rPr>
          <w:b/>
        </w:rPr>
        <w:t>Статья 1</w:t>
      </w:r>
    </w:p>
    <w:p>
      <w:r>
        <w:t>Внести в Федеральный закон от 13 декабря 2010 года № 357-ФЗ "О федеральном бюджете на 2011 год и на плановый период 2012 и 2013 годов" (Собрание законодательства Российской Федерации, 2010, № 51, ст. 6809) следующие изменения: 1) в статье 1: а) в части 1: в абзаце первом слова "в размере 50 389,0 млрд. рублей" заменить словами "в размере 53 274,0 млрд. рублей"; в пункте 1 слова "в сумме 8 844 554 761,0 тыс. рублей" заменить словами "в сумме 10 303 412 278,0 тыс. рублей"; в пункте 2 слова "в сумме 10 658 558 761,0 тыс. рублей" заменить словами "в сумме 11 022 477 366,9 тыс. рублей"; в пункте 3 слова "в сумме 5 148 390 316,9 тыс. рублей" заменить словами "в сумме 4 732 253 419,1 тыс. рублей"; в пункте 4 слова "в сумме 55,6 млрд. долларов США, или 44,9 млрд. евро" заменить словами "в сумме 43,8 млрд. долларов США, или 31,5 млрд. евро"; (Абзац утратил силу - Федеральный закон от 06.11.2011 № 302-ФЗ) б) в части 2: в пункте 3 слова "на 1 января 2013 года в сумме 6 976 386 792,2 тыс. рублей и на 1 января 2014 года в сумме 8 826 270 310,2 тыс. рублей" заменить словами "на 1 января 2013 года в сумме 6 621 371 652,9 тыс. рублей и на 1 января 2014 года в сумме 8 467 033 412,5 тыс. рублей"; в пункте 4 слова "на 1 января 2013 года в сумме 65,2 млрд. долларов США, или 52,1 млрд. евро, и на 1 января 2014 года в сумме 75,6 млрд. долларов США, или 58,2 млрд. евро" заменить словами "на 1 января 2013 года в сумме 53,3 млрд. долларов США, или 38,1 млрд. евро, и на 1 января 2014 года в сумме 63,7 млрд. долларов США, или 45,5 млрд. евро"; 2) пункт 3 части 3 статьи 5 изложить в следующей редакции: "3) уплата процентов, начисленных при нарушении срока возврата излишне уплаченных или излишне взысканных таможенных пошлин, налогов, таможенных сборов, соответствующих пеней, уплата процентов, начисленных на суммы излишне уплаченных или излишне взысканных таможенных пошлин, налогов, таможенных сборов, подлежат отражению по отдельному коду подвида доходов соответствующих кодов классификации доходов бюджетов, предусмотренных для учета вывозных таможенных пошлин, налогов, таможенных сборов, а также по отдельному коду подвида доходов соответствующего кода классификации доходов бюджетов, предусмотренного для учета сумм, перечисляемых в федеральный бюджет после распределения ввозных таможенных пошлин, уплаченных на территории Российской Федерации;"; 3) в статье 7: а) в части 1 слова "в сумме 296 573 567,7 тыс. рублей" заменить словами "в сумме 296 717 507,5 тыс. рублей"; б) в пункте 1 части 2 слова "8, 9 (секретно) и 10 (совершенно секретно)" заменить словами "8, 81, 9 (секретно), 91 (секретно), 10 (совершенно секретно) и 101 (совершенно секретно)"; в) в пункте 1 части 3 слова "14 и 15 (секретно)" заменить словами "14, 141, 15 (секретно) и 151 (секретно)"; г) в пункте 1 части 4 слова "приложению 18 (секретно)" заменить словами "приложениям 18 (секретно) и 181 (секретно)"; д) в пункте 1 части 5 слова "20, 21 (секретно) и 22 (совершенно секретно)" заменить словами "20, 201, 21 (секретно), 211 (секретно), 22 (совершенно секретно) и 221 (совершенно секретно)"; 4) в пункте 1 части 1 статьи 9 слово "закупки" заменить словами "финансовое обеспечение закупок", слова "и лечения" заменить словами ", мониторинга лечения и лечения лиц,"; 5) в части 1 статьи 11: а) дополнить пунктами 101 - 103 следующего содержания: "101) открытых акционерных обществ в целях проведения работ по технологическому присоединению к центрам электропитания объектов подвижной радиотелефонной связи на автомобильной дороге "Амур" Чита - Хабаровск в 2011 году в сумме 1 084 520,6 тыс. рублей, в том числе: открытого акционерного общества "Холдинг межрегиональных распределительных сетевых компаний" (город Москва) в сумме 520 382,0 тыс. рублей; открытого акционерного общества "Федеральная сетевая компания Единой энергетической системы" (город Москва) в сумме 48 757,5 тыс. рублей; открытого акционерного общества "РАО Энергетические системы Востока" (город Благовещенск, Амурская область) в сумме 515 381,1 тыс. рублей; 102) открытого акционерного общества "РОСНАНО" (город Москва) в 2011 году в сумме 25 000 000,0 тыс. рублей в целях реализации проектов создания перспективных нанотехнологий и наноиндустрии; (Абзац утратил силу - Федеральный закон от 06.11.2011 № 302-ФЗ) б) в пункте 11: в абзаце тридцатом слова "в сумме 4 553 000,0 тыс. рублей" заменить словами "в сумме 4 053 000,0 тыс. рублей"; в абзаце сорок восьмом слова "в сумме 551 000,0 тыс. рублей" заменить словами "в сумме 381 000,0 тыс. рублей"; 6) в статье 13: а) в части 1 слова "в сумме до 113 600 000,0 тыс. рублей" заменить словами "в сумме до 128 600 000,0 тыс. рублей", после слов "для частичного покрытия дефицитов бюджетов субъектов Российской Федерации" дополнить словами ", из них 10 500 000,0 тыс. рублей для частичного покрытия дефицита бюджета Республики Татарстан (Татарстан), возникающего в связи со строительством метрополитена в городе Казани в рамках подготовки к проведению XXVII Всемирной летней Универсиады 2013 года,", слова "и покрытия временных" заменить словами "покрытия временных", слова "в сумме до 36 000 000,0 тыс. рублей" заменить словами "в сумме до 44 000 000,0 тыс. рублей, из них 650 000,0 тыс. рублей на капитальный ремонт и ремонт автомобильных дорог общего пользования городов воинской славы и городов-героев, не являющихся административными центрами субъектов Российской Федерации"; б) в части 2: пункт 1 после слов "для частичного покрытия дефицитов бюджетов субъектов Российской Федерации" дополнить словами "(за исключением частичного покрытия дефицита бюджета Республики Татарстан (Татарстан), возникающего в связи со строительством метрополитена в городе Казани в рамках подготовки к проведению XXVII Всемирной летней Универсиады 2013 года)"; пункт 2 после слов "дорог федерального значения)" дополнить словами ", для частичного покрытия дефицита бюджета Республики Татарстан (Татарстан), возникающего в связи со строительством метрополитена в городе Казани в рамках подготовки к проведению XXVII Всемирной летней Универсиады 2013 года"; в) в части 4 слова "в сумме до 531 676,0 тыс. рублей" заменить словами "в сумме до 282 599,9 тыс. рублей"; 7) в части 3 статьи 15 слова "на 1 января 2012 года в сумме 1 064 776 000,0 тыс. рублей, на 1 января 2013 года в сумме 1 355 326 000,0 тыс. рублей и на 1 января 2014 года в сумме 1 678 776 000,0 тыс. рублей" заменить словами "на 1 января 2012 года в сумме 892 699 836,3 тыс. рублей, на 1 января 2013 года в сумме 1 237 149 836,3 тыс. рублей и на 1 января 2014 года в сумме 1 563 599 836,3 тыс. рублей"; 8) в статье 16: а) в части 2 слова "не превышающих 7,0 млрд. долларов США" заменить словами "не превышающих 3,0 млрд. долларов США"; б) в части 4 слова "на 1 января 2012 года в сумме 11,3 млрд. долларов США, или 9,1 млрд. евро, на 1 января 2013 года в сумме 15,8 млрд. долларов США, или 12,7 млрд. евро, и на 1 января 2014 года в сумме 21,1 млрд. долларов США, или 16,2 млрд. евро" заменить словами "на 1 января 2012 года в сумме 5,5 млрд. долларов США, или 4,0 млрд. евро, на 1 января 2013 года в сумме 10,0 млрд. долларов США, или 7,1 млрд. евро, и на 1 января 2014 года в сумме 15,3 млрд. долларов США, или 10,9 млрд. евро"; 9) часть 4 статьи 19 изложить в следующей редакции: "4. Правительство Российской Федерации в 2011 году вправе провести реструктуризацию: задолженности, образовавшейся до 1 января 2001 года у бюджетных учреждений субъектов Российской Федерации и муниципальных бюджетных учреждений по состоянию на 1 января 2010 года, по страховым взносам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Федеральный фонд обязательного медицинского страхования и территориальные фонды обязательного медицинского страхования, а также по пеням и штрафам, начисленным на указанную задолженность; задолженности, образовавшейся у бюджетных учреждений субъектов Российской Федерации и муниципальных бюджетных учреждений по состоянию на 1 января 2010 года, по единому социальному налогу, зачисляемому в федеральный бюджет и бюджеты государственных внебюджетных фондов, а также по пеням и штрафам, начисленным на указанную задолженность. Реструктуризация и списание сумм пеней и штрафов в случае досрочного погашения реструктурированной задолженности по страховым взносам и единому социальному налогу осуществляется в порядке и на условиях, установленных Правительством Российской Федерации."; 10) в части 5 статьи 20: а) в пункте 2 слова "в 2011 году в сумме 75 970 153,4 тыс. рублей" заменить словами "в 2011 году в сумме 70 739 421,5 тыс. рублей"; б) в пункте 3 слова "в 2011 году в сумме 53 486 366,6 тыс. рублей" заменить словами "в 2011 году в сумме 49 994 844,9 тыс. рублей"; 11) в статье 21: а) в части 3 слова "и органах прокуратуры," заменить словами ", органах прокуратуры, следственных органах и учреждениях Следственного комитета Российской Федерации,"; б) в части 5: в пункте 2: в абзаце седьмом слова "государственной корпорацией "Российская корпорация нанотехнологий" заменить словами "открытым акционерным обществом "РОСНАНО"; абзацы одиннадцатый и двенадцатый изложить в следующей редакции: "по кредитам, привлекаемым открытым акционерным обществом "Концерн ПВО "Алмаз-Антей" на строительство новых заводов; по вопросам ведения аналитического учета предоставленных государственных гарантий Российской Федерации, обязательств принципала, его поручителей (гарантов) и иных лиц в связи с предоставлением и исполнением государственных гарантий Российской Федерации и взыскания задолженности указанных лиц;"; пункт 5 изложить в следующей редакции: "5) Внешэкономбанк - по вопросам учета, обслуживания и погашения (использования) государственного внешнего долга бывшего СССР и Российской Федерации (включая внутренний валютный долг бывшего СССР) и государственных кредитов, предоставленных бывшим СССР и Российской Федерацией иностранным заемщикам, а также по вопросам мониторинга проектов, реализуемых в Российской Федерации с участием международных финансовых организаций;"; 12) в статье 24: а) в части 1: пункт 10 после слов "занятости населения," дополнить словами "на осуществление Министерством здравоохранения и социального развития Российской Федерации мероприятий, связанных с ликвидацией федерального государственного учреждения "Фонд взаимопонимания и примирения","; пункт 17 изложить в следующей редакции: "17) бюджетных ассигнований, предусмотренных по подразделу "Социальное обеспечение населения" раздела "Социальная политика" классификации расходов бюджетов, на покрытие складывающихся в процессе исполнения бюджета Пенсионного фонда Российской Федерации и бюджета Фонда социального страхования Российской Федерации дефицитов бюджетов указанных фондов в объеме до 192 476 504,6 тыс. рублей, в том числе до 74 360 000,0 тыс. рублей в случае принятия Правительством Российской Федерации решения о проведении во втором полугодии 2011 года в соответствии с законодательством Российской Федерации индексации размеров страховой части трудовой пенсии по старости, трудовой пенсии по инвалидности и трудовой пенсии по случаю потери кормильца;"; дополнить пунктом 18 следующего содержания: "18) бюджетных ассигнований, предусмотренных по подразделу "Другие вопросы в области национальной экономики" раздела "Национальная экономика" классификации расходов бюджетов, на предоставление субсидий в виде имущественного взноса Государственной корпорации по содействию разработке, производству и экспорту высокотехнологичной промышленной продукции "Ростехнологии" в целях реструктуризации обязательств открытого акционерного общества "Ижевский автомобильный завод" перед кредитными организациями в объеме до 1 700 000,0 тыс. рублей."; б) в части 2: пункт 17 признать утратившим силу; в пункте 24 слова "органах прокуратуры" заменить словами "органах прокуратуры, следственных органах и учреждениях Следственного комитета Российской Федерации"; дополнить пунктами 30 - 35 следующего содержания: "30) перераспределение бюджетных ассигнований на обслуживание государственного долга Российской Федерации, предусмотренных по разделу "Обслуживание государственного и муниципального долга" классификации расходов бюджетов, между подразделами в пределах общего объема бюджетных ассигнований, предусмотренных на обслуживание государственного долга Российской Федерации; 31) перераспределение бюджетных ассигнований, предусмотренных главным распорядителям средств федерального бюджета, являющимся федеральными органами исполнительной власти, в которых предусмотрена военная и приравненная к ней служба, на оплату труда гражданского персонала, военнослужащих и приравненных к ним лиц, на выплату военнослужащим и приравненным к ним лицам пособий при увольнении, других пособий и компенсаций, между разделами, подразделами, целевыми статьями, видами расходов классификации расходов бюджетов в связи с реформированием этих федеральных органов исполнительной власти в соответствии с решениями Президента Российской Федерации и Правительства Российской Федерации; 32) принятие Правительством Российской Федерации решений о перераспределении между главными распорядителями средств федерального бюджета бюджетных ассигнований, предусмотренных Министерству промышленности и торговли Российской Федерации на реализацию федеральной целевой программы "Развитие оборонно-промышленного комплекса Российской Федерации на 2011 - 2020 годы", в соответствии с государственным оборонным заказом на 2011 год и на плановый период 2012 и 2013 годов; 33) перераспределение бюджетных ассигнований, предусмотренных Федеральному медико-биологическому агентству по разделу "Здравоохранение" классификации расходов бюджетов на содержание и обеспечение деятельности подведомственных учреждений и мероприятия в области здравоохранения, спорта и физической культуры, туризма, между подразделами, целевыми статьями, видами расходов классификации расходов бюджетов на медико-биологическое и медико-санитарное обеспечение спортсменов сборных команд Российской Федерации; 34) принятие Правительством Российской Федерации решений о дополнительном финансовом обеспечении мероприятий по модернизации экономики за счет 50 процентов экономии по использованию в 2011 году бюджетных ассигнований на оказание государственных услуг с перераспределением указанной экономии между главными распорядителями средств федерального бюджета и (или) увеличением бюджетных ассигнований по соответствующим видам расходов классификации расходов бюджетов более чем на 10 процентов; 35) перераспределение бюджетных ассигнований, предусмотренных Министерству образования и науки Российской Федерации по подразделу "Высшее и послевузовское профессиональное образование" раздела "Образование" классификации расходов бюджетов на совершенствование стипендиального обеспечения обучающихся в федеральных государственных образовательных учреждениях профессионального образования в соответствии с порядком, установленным Правительством Российской Федерации."; в) дополнить частями 8 и 9 следующего содержания: "8. Установить, что в 2011 году федеральным бюджетным учреждениям, являющимся получателями бюджетных средств, предоставляются субсидии (гранты) на проведение фундаментальных научных исследований и научных мероприятий, в том числе на государственную поддержку ведущих научных школ Российской Федерации, научных исследований молодых российских ученых и научных исследований, проводимых под руководством ведущих ученых в российских образовательных учреждениях высшего профессионального образования. Указанные субсидии (гранты) учитываются как средства, полученные от приносящей доход деятельности, на лицевых счетах получателей бюджетных средств, открытых в установленном порядке в территориальных органах Федерального казначейства.</w:t>
      </w:r>
    </w:p>
    <w:p>
      <w:r>
        <w:rPr>
          <w:b/>
        </w:rPr>
        <w:t xml:space="preserve">9. </w:t>
      </w:r>
      <w:r>
        <w:t>Установить, что нефтегазовые доходы, полученные в ходе исполнения федерального бюджета в 2011 году сверх 4 551 358 457,7 тыс. рублей, могут использоваться на замещение объемов государственных заимствований Российской Федерации и (или) поступлений от продажи акций и иных форм участия в капитале, находящихся в собственности Российской Федерации. Нефтегазовые доходы, указанные в абзаце первом настоящей части и не использованные на предусмотренные им цели, подлежат не позднее 1 февраля 2012 года зачислению в Резервный фонд в порядке, установленном Правительством Российской Федерации.";</w:t>
      </w:r>
    </w:p>
    <w:p>
      <w:r>
        <w:rPr>
          <w:b/>
        </w:rPr>
        <w:t xml:space="preserve">9. </w:t>
      </w:r>
      <w:r>
        <w:t>в приложении 1:</w:t>
      </w:r>
    </w:p>
    <w:p>
      <w:r>
        <w:rPr>
          <w:b/>
        </w:rPr>
        <w:t xml:space="preserve">9. </w:t>
      </w:r>
      <w:r>
        <w:t>в приложении 6:</w:t>
      </w:r>
    </w:p>
    <w:p>
      <w:r>
        <w:rPr>
          <w:b/>
        </w:rPr>
        <w:t xml:space="preserve">9. </w:t>
      </w:r>
      <w:r>
        <w:t>в приложении 7:</w:t>
      </w:r>
    </w:p>
    <w:p>
      <w:r>
        <w:rPr>
          <w:b/>
        </w:rPr>
        <w:t xml:space="preserve">9. </w:t>
      </w:r>
      <w:r>
        <w:t>в приложении 8:</w:t>
      </w:r>
    </w:p>
    <w:p>
      <w:r>
        <w:rPr>
          <w:b/>
        </w:rPr>
        <w:t xml:space="preserve">9. </w:t>
      </w:r>
      <w:r>
        <w:t>дополнить приложением 81 следующего содержания: "Приложение 81к Федеральному закону"О федеральном бюджетена 2011 год и на плановыйпериод 2012 и 2013 годов" Изменение ведомственной структуры расходов федерального бюджета на 2011 год, предусмотренной приложением 8 к Федеральному закону "О федеральном бюджете на 2011 год и на плановый период 2012 и 2013 годов" (тыс. рублей) Наименование ВСЕГО МИНИСТЕРСТВО ПРОМЫШЛЕННОСТИ И ТОРГОВЛИ РОССИЙСКОЙ ФЕДЕРАЦИИ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Национальная оборона Другие вопросы в области национальной обороны Федеральные целевые программы Президентская программа "Уничтожение запасов химического оружия в Российской Федерации" Уничтожение запасов химического оружия Национальная безопасность и правоохранительная деятельность Органы внутренних дел Федеральные целевые программы Президентская программа "Уничтожение запасов химического оружия в Российской Федерации" Бюджетные инвестиции Национальная экономика Прикладные научные исследования в области национальной экономики Прикладные научные исследования и разработки Обеспечение деятельности подведомственных учреждений Выполнение функций бюджетными учреждениями Другие вопросы в области национальной экономики Реализация государственных функций, связанных с общегосударственным управлением Субсидии Мемориально-благотворительному фонду имени В.П.Чкалова "Международный Чкаловский фонд" на подготовку и проведение мероприятий, посвященных 75-летию беспосадочного перелета экипажа В.П.Чкалова Субсидии некоммерческим организациям Обеспечение деятельности подведомственных учреждений Выполнение функций бюджетными учреждениями Учреждения по обеспечению хозяйственного обслуживания Обеспечение деятельности подведомственных учреждений Выполнение функций бюджетными учреждениями Субсидии государственным корпорациям Субсидии Государственной корпорации по содействию разработке, производству и экспорту высокотехнологичной промышленной продукции "Ростехнологии" Имущественный взнос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"Ростехнологии" на цели частичного выкупа обязательств открытого акционерного общества "Ижевский автомобильный завод" перед кредитными организациями посредством заключения договора уступки прав (требований) Субсидии некоммерческим организациям Федеральные целевые программы Президентская программа "Уничтожение запасов химического оружия в Российской Федерации" Мероприятия, связанные с реализацией задач по утилизации и ликвидации вооружения, военной техники, иного производственно-технического оборудования и имущества, уничтожению запасов химического оружия Реализация государственных функций в области национальной экономики Субсидии на возмещение потерь в доходах торговых организаций при продаже новых автотранспортных средств со скидкой физическим лицам, сдавшим вышедшее из эксплуатации автотранспортное средство на утилизацию Субсидии юридическим лицам Премии, стипендии за выдающиеся заслуги Указ Президента Российской Федерации от 29 апреля 2010 года № 518 "О мерах государственной поддержки молодых работников организаций оборонно-промышленного комплекса Российской Федерации" Стипендии молодым работникам организаций оборонно- промышленного комплекса Прочие расходы Жилищно-коммунальное хозяйство Жилищное хозяйство Федеральные целевые программы Президентская программа "Уничтожение запасов химического оружия в Российской Федерации" Бюджетные инвестиции Коммунальное хозяйство Федеральные целевые программы Президентская программа "Уничтожение запасов химического оружия в Российской Федерации" Бюджетные инвестиции Культура, кинематография Культура Библиотеки Обеспечение деятельности подведомственных учреждений Выполнение функций бюджетными учреждениями Здравоохранение Амбулаторная помощь Поликлиники, амбулатории, диагностические центры Обеспечение деятельности подведомственных учреждений Выполнение функций бюджетными учреждениями Другие вопросы в области здравоохранения Федеральные целевые программы Президентская программа "Уничтожение запасов химического оружия в Российской Федерации" Бюджетные инвестиции Физическая культура и спорт Физическая культура Федеральные целевые программы Президентская программа "Уничтожение запасов химического оружия в Российской Федерации" Бюджетные инвестиции МИНИСТЕРСТВО ЭНЕРГЕТИКИ РОССИЙСКОЙ ФЕДЕРАЦИИ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Национальная экономика Топливно-энергетический комплекс Федеральные целевые программы Федеральная целевая программа "Социально-экономическое развитие Курильских островов (Сахалинская область) на 2007-2015 годы"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Учреждения, обеспечивающие предоставление услуг, связанных с реструктуризацией угольной отрасли Обеспечение деятельности подведомственных учреждений Выполнение функций бюджетными учреждениями Поисковые и аварийно- спасательные учреждения Обеспечение деятельности подведомственных учреждений Выполнение функций бюджетными учреждениями Прикладные научные исследования в области национальной экономики Прикладные научные исследования и разработки Обеспечение деятельности подведомственных учреждений Выполнение функций бюджетными учреждениями Другие вопросы в области национальной экономики Реализация государственных функций в области национальной экономики Взнос Российской Федерации в уставные капиталы Приобретение дополнительных акций, выпускаемых при увеличении уставного капитала открытого акционерного общества "Федеральная сетевая компания Единой энергетической системы" Приобретение дополнительных акций, выпускаемых при увеличении уставного капитала открытого акционерного общества "РАО Энергетические системы Востока" Приобретение дополнительных акций, выпускаемых при увеличении уставного капитала открытого акционерного общества "Холдинг межрегиональных распределительных сетевых компаний" Здравоохранение Стационарная медицинская помощь Больницы, клиники, госпитали, медико-санитарные части Обеспечение деятельности подведомственных учреждений Выполнение функций бюджетными учреждениями ФЕДЕРАЛЬНАЯ СЛУЖБА ПО НАДЗОРУ В СФЕРЕ ПРИРОДОПОЛЬЗОВАНИЯ Охрана окружающей среды Охрана объектов растительного и животного мира и среды их обитания Природоохранные учреждения Обеспечение деятельности подведомственных учреждений Выполнение функций бюджетными учреждениями Другие вопросы в области охраны окружающей среды Руководство и управление в сфере установленных функций Территориальные органы Выполнение функций государственными органами ФЕДЕРАЛЬНОЕ АГЕНТСТВО ПО НЕДРОПОЛЬЗОВАНИЮ Национальная экономика Воспроизводство минерально- сырьевой базы Руководство и управление в сфере установленных функций Территориальные органы Выполнение функций государственными органами Учреждения, обеспечивающие предоставление услуг в сфере недропользования Обеспечение деятельности подведомственных учреждений Выполнение функций бюджетными учреждениями МИНИСТЕРСТВО ПРИРОДНЫХ РЕСУРСОВ И ЭКОЛОГИИ РОССИЙСКОЙ ФЕДЕРАЦИИ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Другие общегосударственные вопросы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Национальная экономика Общеэкономические вопросы Руководство и управление в сфере установленных функций Центральный аппарат Выполнение функций государственными органами Учреждения по обеспечению хозяйственного обслуживания Обеспечение деятельности подведомственных учреждений Выполнение функций бюджетными учреждениями Воспроизводство минерально- сырьевой базы Геологическое изучение недр Геолого-разведочные и другие работы в области геологического изучения недр Выполнение функций государственными органами Дорожное хозяйство (дорожные фонды)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Прикладные научные исследования в области национальной экономики Прикладные научные исследования и разработки Выполнение научно- исследовательских и опытно- конструкторских работ по государственным контрактам Выполнение функций государственными органами Другие вопросы в области национальной экономики Территориальные фонды информации Обеспечение деятельности подведомственных учреждений Выполнение функций бюджетными учреждениями Охрана окружающей среды Охрана объектов растительного и животного мира и среды их обитания Состояние окружающей среды и природопользования Природоохранные мероприятия Выполнение функций бюджетными учреждениями Выполнение функций государственными органами Иные субсидии Природоохранные учреждения Обеспечение деятельности подведомственных учреждений Выполнение функций бюджетными учреждениями Прикладные научные исследования в области охраны окружающей среды Прикладные научные исследования и разработки Обеспечение деятельности подведомственных учреждений Выполнение функций бюджетными учреждениями ФЕДЕРАЛЬНОЕ АГЕНТСТВО ВОДНЫХ РЕСУРСОВ Национальная экономика Водное хозяйство Руководство и управление в сфере установленных функций Территориальные органы Выполнение функций государственными органами Водоохранные и водохозяйственные учреждения Обеспечение деятельности подведомственных учреждений Выполнение функций бюджетными учреждениями ФЕДЕРАЛЬНОЕ АГЕНТСТВО ЛЕСНОГО ХОЗЯЙСТВА Национальная экономика Лесное хозяйство Руководство и управление в сфере установленных функций Территориальные органы Выполнение функций государственными органами Учреждения по обеспечению хозяйственного обслуживания Специальные объекты Выполнение функций бюджетными учреждениями Учреждения, обеспечивающие предоставление услуг в сфере лесных отношений Обеспечение деятельности подведомственных учреждений Выполнение функций бюджетными учреждениями Вопросы в области лесных отношений Реализация отдельных полномочий в области лесных отношений Фонд компенсаций Охрана окружающей среды Прикладные научные исследования в области охраны окружающей среды Прикладные научные исследования и разработки Обеспечение деятельности подведомственных учреждений Выполнение функций бюджетными учреждениями Образование Среднее профессиональное образование Средние специальные учебные заведения Обеспечение деятельности подведомственных учреждений Выполнение функций бюджетными учреждениями Другие вопросы в области образования Учебно-методические кабинеты, централизованные бухгалтерии, группы хозяйственного обслуживания, учебные фильмотеки, межшкольные учебно- производственные комбинаты, логопедические пункты Обеспечение деятельности подведомственных учреждений Выполнение функций бюджетными учреждениями МИНИСТЕРСТВО КУЛЬТУРЫ РОССИЙСКОЙ ФЕДЕРАЦИИ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Образование Среднее профессиональное образование Средние специальные учебные заведения Обеспечение деятельности подведомственных учреждений Выполнение функций бюджетными учреждениями Профессиональная подготовка, переподготовка и повышение квалификации Учебные заведения и курсы по переподготовке кадров Обеспечение деятельности подведомственных учреждений Выполнение функций бюджетными учреждениями Высшее и послевузовское профессиональное образование Высшие учебные заведения Обеспечение деятельности особо ценных объектов (учреждений) культурного наследия народов Российской Федерации Выполнение функций бюджетными учреждениями Обеспечение деятельности подведомственных учреждений Выполнение функций бюджетными учреждениями Другие вопросы в области образования Учебно-методические кабинеты, централизованные бухгалтерии, группы хозяйственного обслуживания, учебные фильмотеки, межшкольные учебно- производственные комбинаты, логопедические пункты Обеспечение деятельности подведомственных учреждений Выполнение функций бюджетными учреждениями Культура, кинематография Культура Федеральные целевые программы Федеральная целевая программа "Культура России (2006-2011 годы)" Бюджетные инвестиции Учреждения культуры и мероприятия в сфере культуры и кинематографии Мероприятия в сфере культуры и кинематографии Выполнение функций государственными органами Гранты в области науки, культуры, искусства и средств массовой информации Иные межбюджетные трансферты Обеспечение деятельности подведомственных учреждений Выполнение функций бюджетными учреждениями Музеи и постоянные выставки Обеспечение деятельности особо ценных объектов (учреждений) культурного наследия народов Российской Федерации Выполнение функций бюджетными учреждениями Обеспечение деятельности подведомственных учреждений Выполнение функций бюджетными учреждениями Библиотеки Обеспечение деятельности особо ценных объектов (учреждений) культурного наследия народов Российской Федерации Выполнение функций бюджетными учреждениями Обеспечение деятельности подведомственных учреждений Выполнение функций бюджетными учреждениями Театры, цирки, концертные и другие организации исполнительских искусств Обеспечение деятельности особо ценных объектов (учреждений) культурного наследия народов Российской Федерации Выполнение функций бюджетными учреждениями Обеспечение деятельности подведомственных учреждений Выполнение функций бюджетными учреждениями Кинематография Учреждения культуры и мероприятия в сфере культуры и кинематографии Мероприятия в сфере культуры и кинематографии Выполнение функций государственными органами Прикладные научные исследования в области культуры, кинематографии Прикладные научные исследования и разработки Обеспечение деятельности подведомственных учреждений Выполнение функций бюджетными учреждениями Другие вопросы в области культуры, кинематографии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МИНИСТЕРСТВО ЗДРАВООХРАНЕНИЯ И СОЦИАЛЬНОГО РАЗВИТИЯ РОССИЙСКОЙ ФЕДЕРАЦИИ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Фундаментальные исследования Поддержка организаций, осуществляющих фундаментальные исследования Обеспечение деятельности подведомственных учреждений Выполнение функций бюджетными учреждениями Образование Среднее профессиональное образование Средние специальные учебные заведения Обеспечение деятельности подведомственных учреждений Выполнение функций бюджетными учреждениями Профессиональная подготовка, переподготовка и повышение квалификации Институты повышения квалификации Дополнительная подготовка врачей Выполнение функций государственными органами Обеспечение деятельности подведомственных учреждений Выполнение функций бюджетными учреждениями Высшее и послевузовское профессиональное образование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Высшие учебные заведения Дополнительная подготовка врачей Выполнение функций государственными органами Обеспечение деятельности подведомственных учреждений Выполнение функций бюджетными учреждениями Другие вопросы в области образования Учебно-методические кабинеты, централизованные бухгалтерии, группы хозяйственного обслуживания, учебные фильмотеки, межшкольные учебно- производственные комбинаты, логопедические пункты Обеспечение деятельности подведомственных учреждений Выполнение функций бюджетными учреждениями Здравоохранение Стационарная медицинская помощь Больницы, клиники, госпитали, медико-санитарные части Обеспечение деятельности подведомственных учреждений Выполнение функций бюджетными учреждениями Амбулаторная помощь Поликлиники, амбулатории, диагностические центры Обеспечение деятельности подведомственных учреждений Выполнение функций бюджетными учреждениями Санаторно-оздоровительная помощь Санатории для больных туберкулезом Обеспечение деятельности подведомственных учреждений Выполнение функций бюджетными учреждениями Санатории для детей и подростков Обеспечение деятельности подведомственных учреждений Выполнение функций бюджетными учреждениями Санатории, пансионаты, дома отдыха и турбазы Обеспечение деятельности подведомственных учреждений Выполнение функций бюджетными учреждениями Прикладные научные исследования в области здравоохранения Прикладные научные исследования и разработки Обеспечение деятельности подведомственных учреждений Выполнение функций бюджетными учреждениями Другие вопросы в области здравоохранения Руководство и управление в сфере установленных функций Центральный аппарат Выполнение функций государственными органами Учреждения по обеспечению хозяйственного обслуживания Специальные объекты Выполнение функций бюджетными учреждениями Бюджетные инвестиции в объекты капитального строительства, не включенные в целевые программы Бюджетные инвестиции в объекты капитального строительства государственной собственности субъектов Российской Федерации (объекты капитального строительства собственности муниципальных образований) Бюджетные инвестиции в объекты капитального строительства государственной собственности субъектов Российской Федерации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Учреждения, обеспечивающие предоставление услуг в сфере здравоохранения Обеспечение деятельности подведомственных учреждений Выполнение функций бюджетными учреждениями Социальная политика Социальное обслуживание населения Дома-интернаты для престарелых и инвалидов Обеспечение деятельности подведомственных учреждений Выполнение функций бюджетными учреждениями Учреждения по обучению инвалидов Обеспечение деятельности подведомственных учреждений Выполнение функций бюджетными учреждениями Социальное обеспечение населения Социальная помощь Федеральный закон от 24 ноября 1995 года № 181-ФЗ "О социальной защите инвалидов в Российской Федерации" Обеспечение инвалидов техническими средствами реабилитации, включая изготовление и ремонт протезно-ортопедических изделий Фонд компенсаций Единовременное пособие беременной жене военнослужащего, проходящего военную службу по призыву, а также ежемесячное пособие на ребенка военнослужащего, проходящего военную службу по призыву Фонд компенсаций Постановление Правительства Российской Федерации от 4 августа 2006 года № 472 "О финансировании ежемесячных компенсационных выплат нетрудоустроенным женщинам, имеющим детей в возрасте до 3 лет, уволенным в связи с ликвидацией организации" Компенсации женщинам, имеющим детей в возрасте до трех лет, уволенным в связи с ликвидацией организации Социальные выплаты Прикладные научные исследования в области социальной политики Прикладные научные исследования и разработки Обеспечение деятельности подведомственных учреждений Выполнение функций бюджетными учреждениями Другие вопросы в области социальной политики Реализация государственных функций в области социальной политики Субсидии отдельным общественным организациям и иным некоммерческим объединениям Субсидии некоммерческим организациям ФЕДЕРАЛЬНАЯ СЛУЖБА ПО НАДЗОРУ В СФЕРЕ ЗДРАВООХРАНЕНИЯ И СОЦИАЛЬНОГО РАЗВИТИЯ Здравоохранение Прикладные научные исследования в области здравоохранения Прикладные научные исследования и разработки Обеспечение деятельности подведомственных учреждений Выполнение функций бюджетными учреждениями Другие вопросы в области здравоохранения Учреждения, обеспечивающие предоставление услуг в сфере здравоохранения Обеспечение деятельности подведомственных учреждений Выполнение функций бюджетными учреждениями Реализация государственных функций в области здравоохранения Обеспечение деятельности подведомственных учреждений Выполнение функций бюджетными учреждениями МИНИСТЕРСТВО СВЯЗИ И МАССОВЫХ КОММУНИКАЦИЙ РОССИЙСКОЙ ФЕДЕРАЦИИ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Национальная экономика Связь и информатика Руководство и управление в сфере установленных функций Центральный аппарат Выполнение функций государственными органами Информационные технологии и связь Субсидии на проведение мероприятий по строительству технологических дорог (подъездных путей) к объектам связи федеральной автомобильной дороги "Амур" Чита - Хабаровск Субсидии юридическим лицам Обеспечение создания, эксплуатации государственной системы изготовления, оформления и контроля паспортно-визовых документов нового поколения Обеспечение создания государственной системы изготовления, оформления и контроля паспортно-визовых документов нового поколения Выполнение функций государственными органами Прикладные научные исследования в области национальной экономики Обеспечение создания, эксплуатации государственной системы изготовления, оформления и контроля паспортно-визовых документов нового поколения Обеспечение создания государственной системы изготовления, оформления и контроля паспортно-визовых документов нового поколения Выполнение функций государственными органами МИНИСТЕРСТВО ОБРАЗОВАНИЯ И НАУКИ РОССИЙСКОЙ ФЕДЕРАЦИИ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Фундаментальные исследования Поддержка организаций, осуществляющих фундаментальные исследования Обеспечение деятельности подведомственных учреждений Выполнение функций бюджетными учреждениями Субсидии федеральным автономным учреждениям, созданным на базе имущества, находящегося в федеральной собственности Субсидии федеральным автономным учреждениям на финансовое обеспечение выполнения государственного задания на оказание государственных услуг (выполнение работ) Субсидии некоммерческим организациям Прикладные научные исследования в области общегосударственных вопросов Международное сотрудничество Международные культурные, научные и информационные связи Выполнение международных обязательств Прикладные научные исследования и разработки Обеспечение деятельности подведомственных учреждений Выполнение функций бюджетными учреждениями Национальная экономика Другие вопросы в области национальной экономики Субсидии государственным корпорациям Субсидии государственной корпорации "Российская корпорация нанотехнологий" Имущественный взнос в государственную корпорацию "Российская корпорация нанотехнологий" Субсидии некоммерческим организациям Реализация государственных функций в области национальной экономики Взнос Российской Федерации в уставные капиталы Приобретение дополнительных акций, выпускаемых при увеличении уставного капитала открытого акционерного общества "РОСНАНО" Субсидии открытому акционерному обществу "РОСНАНО" на возмещение расходов по оплате целевого взноса на строительство установки Европейского рентгеновского лазера на свободных электронах Субсидии юридическим лицам Жилищно-коммунальное хозяйство Жилищное хозяйство Федеральные целевые программы Федеральная целевая программа "Жилище" на 2011-2015 годы Мероприятия по обеспечению жильем отдельных категорий граждан Мероприятия по обеспечению жильем молодых ученых и строительство общежитий Федеральное государственное образовательное учреждение высшего профессионального образования "Национальный исследовательский технологический университет "МИСиС", общежитие, г. Москва Образование Дошкольное образование Детские дошкольные учреждения Реализация комплексных программ поддержки развития дошкольных образовательных учреждений в субъектах Российской Федерации Фонд софинансирования Общее образование Международное сотрудничество Международные культурные, научные и информационные связи Выполнение функций государственными органами Школы - детские сады, школы начальные, неполные средние и средние Субсидии образовательным учреждениям в странах Содружества Независимых Государств и общественным организациям Субсидии некоммерческим организациям Школы-интернаты Обеспечение деятельности подведомственных учреждений Выполнение функций бюджетными учреждениями Учреждения по внешкольной работе с детьми Субсидии образовательным учреждениям в странах Содружества Независимых Государств и общественным организациям Субсидии некоммерческим организациям Обеспечение деятельности подведомственных учреждений Выполнение функций бюджетными учреждениями Детские дома Обеспечение деятельности подведомственных учреждений Выполнение функций бюджетными учреждениями Мероприятия в области образования Модернизация региональных систем общего образования Фонд софинансирования Начальное профессиональное образование Специальные профессионально- технические училища Обеспечение деятельности подведомственных учреждений Выполнение функций бюджетными учреждениями Среднее профессиональное образование Средние специальные учебные заведения Обеспечение деятельности подведомственных учреждений Выполнение функций бюджетными учреждениями Профессиональная подготовка, переподготовка и повышение квалификации Субсидии федеральным автономным учреждениям, созданным на базе имущества, находящегося в федеральной собственности Субсидии федеральным автономным учреждениям на финансовое обеспечение выполнения государственного задания на оказание государственных услуг (выполнение работ) Субсидии некоммерческим организациям Институты повышения квалификации Обеспечение деятельности подведомственных учреждений Выполнение функций бюджетными учреждениями Учебные заведения и курсы по переподготовке кадров Обеспечение деятельности подведомственных учреждений Выполнение функций бюджетными учреждениями Высшее и послевузовское профессиональное образование Международное сотрудничество Международные культурные, научные и информационные связи Прочие расходы Реализация государственных функций, связанных с общегосударственным управлением Совершенствование стипендиального обеспечения обучающихся в федеральных образовательных учреждениях профессионального образования Прочие расходы Федеральные целевые программы Федеральная целевая программа развития образования на 2011-2015 годы Бюджетные инвестиции Субсидии федеральным автономным учреждениям, созданным на базе имущества, находящегося в федеральной собственности Субсидии федеральным автономным учреждениям на финансовое обеспечение выполнения государственного задания на оказание государственных услуг (выполнение работ) Субсидии некоммерческим организациям Высшие учебные заведения Субсидии на поддержку образовательного кредитования Субсидии на возмещение части затрат по невозвращенным кредитам Субсидии юридическим лицам Субсидии образовательным учреждениям в странах Содружества Независимых Государств и общественным организациям Субсидии некоммерческим организациям Обеспечение деятельности особо ценных объектов (учреждений) культурного наследия народов Российской Федерации Выполнение функций бюджетными учреждениями Обеспечение деятельности подведомственных учреждений Выполнение функций бюджетными учреждениями Мероприятия в области образования Государственная поддержка развития инновационной инфраструктуры образовательных учреждений Поддержка программ развития инновационной инфраструктуры, включая поддержку малого инновационного предпринимательства, в федеральных образовательных учреждениях высшего профессионального образования Выполнение функций бюджетными учреждениями Прикладные научные исследования в области образования Прикладные научные исследования и разработки Обеспечение деятельности особо ценных объектов (учреждений) культурного наследия народов Российской Федерации Выполнение функций бюджетными учреждениями Обеспечение деятельности подведомственных учреждений Выполнение функций бюджетными учреждениями Субсидии федеральным автономным учреждениям, созданным на базе имущества, находящегося в федеральной собственности Субсидии федеральным автономным учреждениям на финансовое обеспечение выполнения государственного задания на оказание государственных услуг (выполнение работ) Субсидии некоммерческим организациям Другие вопросы в области образования Реализация государственных функций, связанных с общегосударственным управлением Субсидии на возмещение расходов по содержанию специальных объектов Субсидии юридическим лицам Учреждения, обеспечивающие предоставление услуг в сфере образования Обеспечение деятельности подведомственных учреждений Выполнение функций бюджетными учреждениями Учебно-методические кабинеты, централизованные бухгалтерии, группы хозяйственного обслуживания, учебные фильмотеки, межшкольные учебно- производственные комбинаты, логопедические пункты Обеспечение деятельности подведомственных учреждений Выполнение функций бюджетными учреждениями Культура, кинематография Культура Музеи и постоянные выставки Обеспечение деятельности подведомственных учреждений Выполнение функций бюджетными учреждениями Здравоохранение Амбулаторная помощь Поликлиники, амбулатории, диагностические центры Обеспечение деятельности подведомственных учреждений Выполнение функций бюджетными учреждениями ФЕДЕРАЛЬНОЕ АГЕНТСТВО ПО РЫБОЛОВСТВУ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Национальная экономика Сельское хозяйство и рыболовство Руководство и управление в сфере установленных функций Зарубежный аппарат Выполнение функций государственными органами Федеральные целевые программы Федеральная целевая программа "Социально-экономическое развитие Курильских островов (Сахалинская область) на 2007-2015 годы"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Учреждения, обеспечивающие предоставление услуг в сфере рыбохозяйственной деятельности Обеспечение деятельности подведомственных учреждений Выполнение функций бюджетными учреждениями Прикладные научные исследования в области национальной экономики Прикладные научные исследования и разработки Обеспечение деятельности подведомственных учреждений Выполнение функций бюджетными учреждениями Образование Среднее профессиональное образование Средние специальные учебные заведения Обеспечение деятельности подведомственных учреждений Выполнение функций бюджетными учреждениями Высшее и послевузовское профессиональное образование Высшие учебные заведения Обеспечение деятельности подведомственных учреждений Выполнение функций бюджетными учреждениями Прикладные научные исследования в области образования Прикладные научные исследования и разработки Обеспечение деятельности подведомственных учреждений Выполнение функций бюджетными учреждениями Другие вопросы в области образования Учреждения, обеспечивающие предоставление услуг в сфере образования Обеспечение деятельности подведомственных учреждений Выполнение функций бюджетными учреждениями ФЕДЕРАЛЬНАЯ СЛУЖБА ПО НАДЗОРУ В СФЕРЕ ОБРАЗОВАНИЯ И НАУКИ Образование Прикладные научные исследования в области образования Прикладные научные исследования и разработки Обеспечение деятельности подведомственных учреждений Выполнение функций бюджетными учреждениями Другие вопросы в области образования Учреждения, обеспечивающие предоставление услуг в сфере образования Обеспечение деятельности подведомственных учреждений Выполнение функций бюджетными учреждениями ФЕДЕРАЛЬНАЯ СЛУЖБА ПО ВЕТЕРИНАРНОМУ И ФИТОСАНИТАРНОМУ НАДЗОРУ Национальная экономика Сельское хозяйство и рыболовство Учреждения, обеспечивающие предоставление услуг в области сельского хозяйства, охраны и использования объектов животного мира Обеспечение деятельности подведомственных учреждений Выполнение функций бюджетными учреждениями Прикладные научные исследования в области национальной экономики Прикладные научные исследования и разработки Обеспечение деятельности подведомственных учреждений Выполнение функций бюджетными учреждениями Другие вопросы в области национальной экономики Руководство и управление в сфере установленных функций Территориальные органы Выполнение функций государственными органами МИНИСТЕРСТВО СЕЛЬСКОГО ХОЗЯЙСТВА РОССИЙСКОЙ ФЕДЕРАЦИИ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Национальная экономика Сельское хозяйство и рыболовство Государственная поддержка сельского хозяйства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Фонд софинансирования Учреждения, обеспечивающие предоставление услуг в области сельского хозяйства, охраны и использования объектов животного мира Обеспечение деятельности подведомственных учреждений Выполнение функций бюджетными учреждениями Государственная программа развития сельского хозяйства и регулирования рынков сельскохозяйственной продукции, сырья и продовольствия на 2008-2012 годы Государственная поддержка отраслей сельского хозяйства Возмещение сельскохозяйственным товаропроизводителям, организациям агропромышленного комплекса независимо от их организационно-правовых форм и крестьянским (фермерским) хозяйствам, сельскохозяйственным потребительским кооперативам части затрат на уплату процентов по инвестиционным кредитам, полученным в российских кредитных организациях, и займам, полученным в сельскохозяйственных кредитных потребительских кооперативах в 2004-2011 годах на срок от 2 до 10 лет Фонд софинансирования Реализация государственных функций в области национальной экономики Государственная поддержка отдельных отраслей промышленности и топливно- энергетического комплекса Возмещение недополученных доходов открытому акционерному обществу "Росагролизинг" от реализации сельскохозяйственной техники, оборудования и автомобильной техники сельскохозяйственным товаропроизводителям Субсидии юридическим лицам Прикладные научные исследования в области национальной экономики Прикладные научные исследования и разработки Обеспечение деятельности подведомственных учреждений Выполнение функций бюджетными учреждениями Другие вопросы в области национальной экономики Руководство и управление в сфере установленных функций Центральный аппарат Выполнение функций государственными органами Учреждения по обеспечению хозяйственного обслуживания Субсидии федеральному государственному унитарному предприятию "Управление служебными зданиями" при Министерстве сельского хозяйства Российской Федерации Выполнение функций государственными органами Специальные объекты Выполнение функций бюджетными учреждениями Образование Дошкольное образование Детские дошкольные учреждения Обеспечение деятельности подведомственных учреждений Выполнение функций бюджетными учреждениями Профессиональная подготовка, переподготовка и повышение квалификации Институты повышения квалификации Обеспечение деятельности подведомственных учреждений Выполнение функций бюджетными учреждениями Учебные заведения и курсы по переподготовке кадров Обеспечение деятельности подведомственных учреждений Выполнение функций бюджетными учреждениями Высшее и послевузовское профессиональное образование Высшие учебные заведения Обеспечение деятельности особо ценных объектов (учреждений) культурного наследия народов Российской Федерации Выполнение функций бюджетными учреждениями Обеспечение деятельности подведомственных учреждений Выполнение функций бюджетными учреждениями Прикладные научные исследования в области образования Прикладные научные исследования и разработки Обеспечение деятельности особо ценных объектов (учреждений) культурного наследия народов Российской Федерации Выполнение функций бюджетными учреждениями Обеспечение деятельности подведомственных учреждений Выполнение функций бюджетными учреждениями Другие вопросы в области образования Учебно-методические кабинеты, централизованные бухгалтерии, группы хозяйственного обслуживания, учебные фильмотеки, межшкольные учебно- производственные комбинаты, логопедические пункты Обеспечение деятельности подведомственных учреждений Выполнение функций бюджетными учреждениями Здравоохранение Амбулаторная помощь Поликлиники, амбулатории, диагностические центры Обеспечение деятельности подведомственных учреждений Выполнение функций бюджетными учреждениями Санаторно-оздоровительная помощь Санатории, пансионаты, дома отдыха и турбазы Обеспечение деятельности подведомственных учреждений Выполнение функций бюджетными учреждениями ФЕДЕРАЛЬНОЕ АГЕНТСТВО СВЯЗИ Национальная экономика Связь и информатика Руководство и управление в сфере установленных функций Центральный аппарат Выполнение функций государственными органами Информационные технологии и связь Отдельные мероприятия в области информационно-коммуникационных технологий и связи Субсидии на возмещение операторам связи убытков, причиняемых оказанием универсальных услуг связи Субсидии юридическим лицам Обеспечение деятельности подведомственных учреждений Выполнение функций бюджетными учреждениями Образование Среднее профессиональное образование Средние специальные учебные заведения Обеспечение деятельности подведомственных учреждений Выполнение функций бюджетными учреждениями Высшее и послевузовское профессиональное образование Высшие учебные заведения Обеспечение деятельности подведомственных учреждений Выполнение функций бюджетными учреждениями Прикладные научные исследования в области образования Прикладные научные исследования и разработки Обеспечение деятельности подведомственных учреждений Выполнение функций бюджетными учреждениями Культура, кинематография Культура Музеи и постоянные выставки Обеспечение деятельности подведомственных учреждений Выполнение функций бюджетными учреждениями ГОСУДАРСТВЕННАЯ ФЕЛЬДЪЕГЕРСКАЯ СЛУЖБА РОССИЙСКОЙ ФЕДЕРАЦИИ Национальная безопасность и правоохранительная деятельность Другие вопросы в области национальной безопасности и правоохранительной деятельности Воинские формирования (органы, подразделения)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МИНИСТЕРСТВО ФИНАНСОВ РОССИЙСКОЙ ФЕДЕРАЦИИ Общегосударственные вопросы Обеспечение деятельности финансовых, налоговых и таможенных органов и органов финансового (финансово- бюджетного) надзора Руководство и управление в сфере установленных функций Центральный аппарат Выполнение функций государственными органами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Учреждения по обеспечению хозяйственного обслуживания Специальные объекты Выполнение функций бюджетными учреждениями Обеспечение деятельности подведомственных учреждений Выполнение функций бюджетными учреждениями Международные отношения и международное сотрудничество Международное сотрудничество Обеспечение реализации соглашений с правительствами иностранных государств и организациями Выполнение международных обязательств Взносы в международные организации Выполнение международных обязательств Резервные фонды Резервные фонды Резервный фонд Правительства Российской Федерации Прочие расходы Прикладные научные исследования в области общегосударственных вопросов Прикладные научные исследования и разработки Обеспечение деятельности подведомственных учреждений Выполнение функций бюджетными учреждениями Другие общегосударственные вопросы Руководство и управление в сфере установленных функций Обеспечение деятельности подведомственных учреждений Выполнение функций бюджетными учреждениями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Выполнение других обязательств государства Прочие расходы Реализация государственных функций, связанных с общегосударственным управлением Выполнение других обязательств государства Прочие выплаты по обязательствам государства Прочие расходы Иные безвозмездные и безвозвратные перечисления Средства, передаваемые для компенсации дополнительных расходов, возникших в результате решений, принятых органами власти другого уровня Иные межбюджетные трансферты Национальная экономика Сельское хозяйство и рыболовство Государственная программа развития сельского хозяйства и регулирования рынков сельскохозяйственной продукции, сырья и продовольствия на 2008-2012 годы Государственная поддержка отраслей сельского хозяйства Поддержка экономически значимых региональных программ Фонд софинансирования Другие вопросы в области национальной экономики Реализация государственных функций, связанных с общегосударственным управлением Выполнение других обязательств государства Государственные гарантии Российской Федерации Прочие расходы Прочие выплаты по обязательствам государства Прочие расходы Субсидии государственным корпорациям Субсидии государственной корпорации "Банк развития и внешнеэкономической деятельности (Внешэкономбанк)" Имущественный взнос в государственную корпорацию "Банк развития и внешнеэкономической деятельности (Внешэкономбанк)" на формирование фонда прямых инвестиций Субсидии некоммерческим организациям Жилищно-коммунальное хозяйство Другие вопросы в области жилищно-коммунального хозяйства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Реализация государственных функций, связанных с общегосударственным управлением Выполнение других обязательств государства Государственные гарантии Российской Федерации Прочие расходы Образование Высшее и послевузовское профессиональное образование Высшие учебные заведения Обеспечение деятельности подведомственных учреждений Выполнение функций бюджетными учреждениями Здравоохранение Амбулаторная помощь Поликлиники, амбулатории, диагностические центры Обеспечение деятельности подведомственных учреждений Выполнение функций бюджетными учреждениями Санаторно-оздоровительная помощь Санатории, пансионаты, дома отдыха и турбазы Обеспечение деятельности подведомственных учреждений Выполнение функций бюджетными учреждениями Социальная политика Социальное обеспечение населения Федеральные целевые программы Федеральная целевая программа "Жилище" на 2011-2015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Социальная помощь Федеральный закон от 24 ноября 1995 года № 181-ФЗ "О социальной защите инвалидов в Российской Федерации" Обеспечение инвалидов техническими средствами реабилитации, включая изготовление и ремонт протезно- ортопедических изделий Трансферты бюджету Фонда социального страхования Российской Федерации Федеральный закон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Меры социальной поддержки граждан, подвергшихся воздействию радиации вследствие радиационных аварий и ядерных испытаний Социальные выплаты Покрытие дефицита бюджетов государственных внебюджетных фондов Дополнительные средства на покрытие дефицитов бюджетов государственных внебюджетных фондов Российской Федерации Прочие расходы Охрана семьи и детства Социальная помощь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Пособие по уходу за ребенком гражданам, подвергшимся воздействию радиации вследствие радиационных аварий Социальные выплаты Обслуживание государственного и муниципального долга Обслуживание государственного внутреннего и муниципального долга Процентные платежи по долговым обязательствам Процентные платежи по государственному долгу Российской Федерации Прочие расходы Обслуживание государственного внешнего долга Процентные платежи по долговым обязательствам Процентные платежи по государственному долгу Российской Федерации Прочие расходы Межбюджетные трансферты общего характера бюджетам субъектов Российской Федерации и муниципальных образований Иные дотации Дотации Поддержка мер по обеспечению сбалансированности бюджетов Прочие дотации Прочие межбюджетные трансферты общего характера Иные безвозмездные и безвозвратные перечисления Повышение пожарной безопасности торфяников Иные межбюджетные трансферты ФЕДЕРАЛЬНАЯ СЛУЖБА СТРАХОВОГО НАДЗОРА Общегосударственные вопросы Обеспечение деятельности финансовых, налоговых и таможенных органов и органов финансового (финансово- бюджетного) надзора Руководство и управление в сфере установленных функций Центральный аппарат Выполнение функций государственными органами Территориальные органы Выполнение функций государственными органами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ФЕДЕРАЛЬНОЕ АГЕНТСТВО ПО ДЕЛАМ СОДРУЖЕСТВА НЕЗАВИСИМЫХ ГОСУДАРСТВ, СООТЕЧЕСТВЕННИКОВ, ПРОЖИВАЮЩИХ ЗА РУБЕЖОМ, И ПО МЕЖДУНАРОДНОМУ ГУМАНИТАРНОМУ СОТРУДНИЧЕСТВУ Общегосударственные вопросы Международные отношения и международное сотрудничество Руководство и управление в сфере установленных функций Зарубежный аппарат Выполнение функций государственными органами Другие общегосударственные вопросы Руководство и управление в сфере установленных функций Центральный аппарат Выполнение функций государственными органами ФЕДЕРАЛЬНАЯ СЛУЖБА ПО НАДЗОРУ В СФЕРЕ СВЯЗИ, ИНФОРМАЦИОННЫХ ТЕХНОЛОГИЙ И МАССОВЫХ КОММУНИКАЦИЙ Национальная экономика Общеэкономические вопросы Руководство и управление в сфере установленных функций Центральный аппарат Выполнение функций государственными органами Территориальные органы Выполнение функций государственными органами ФЕДЕРАЛЬНОЕ КАЗНАЧЕЙСТВО Общегосударственные вопросы Обеспечение деятельности финансовых, налоговых и таможенных органов и органов финансового (финансово- бюджетного) надзора Руководство и управление в сфере установленных функций Центральный аппарат Выполнение функций государственными органами Территориальные органы Выполнение функций государственными органами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Социальная политика Социальное обеспечение населения Федеральные целевые программы Федеральная целевая программа "Жилище" на 2011-2015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МИНИСТЕРСТВО ТРАНСПОРТА РОССИЙСКОЙ ФЕДЕРАЦИИ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Национальная экономика Транспорт Руководство и управление в сфере установленных функций Зарубежный аппарат Выполнение функций государственными органами Реализация государственных функций, связанных с общегосударственным управлением Возмещение организациям транспорта потерь в доходах в связи с транспортным обеспечением мероприятий в период празднования 65-й годовщины Победы в Великой Отечественной войне 1941-1945 годов Фонд софинансирования Субсидии автономной некоммерческой организации "Дирекция Московского транспортного узла" Субсидии некоммерческим организациям Федеральные целевые программы Федеральная целевая программа "Развитие транспортной системы России (2010-2015 годы)" Подпрограмма "Развитие экспорта транспортных услуг" Бюджетные инвестиции Расходы общепрограммного характера по федеральной целевой программе "Развитие транспортной системы России (2010-2015 годы)" Выполнение функций государственными органами Дорожное хозяйство (дорожные фонды) Субсидии государственным корпорациям Субсидии Государственной компании "Российские автомобильные дороги" Имущественный взнос Российской Федерации в Государственную компанию "Российские автомобильные дороги" Субсидии некоммерческим организациям Субсидии Государственной компании "Российские автомобильные дороги" на осуществление деятельности по доверительному управлению автомобильными дорогами Государственной компании Субсидии некоммерческим организациям Федеральные целевые программы Федеральная целевая программа "Развитие транспортной системы России (2010-2015 годы)" Подпрограмма "Автомобильные дороги" Субсидии некоммерческим организациям ФЕДЕРАЛЬНАЯ СЛУЖБА ПО НАДЗОРУ В СФЕРЕ ТРАНСПОРТА Национальная экономика Транспорт Руководство и управление в сфере установленных функций Центральный аппарат Выполнение функций государственными органами Территориальные органы Выполнение функций государственными органами Уплата налога на имущество организаций и земельного налога Выполнение функций государственными органами Дорожное хозяйство Отдельные мероприятия в области дорожного хозяйства Содержание и обеспечение деятельности учреждения, обеспечивающего функционирование системы весового контроля автотранспортных средств Выполнение функций бюджетными учреждениями ФЕДЕРАЛЬНОЕ АГЕНТСТВО ВОЗДУШНОГО ТРАНСПОРТА Национальная экономика Транспорт Руководство и управление в сфере установленных функций Территориальные органы Выполнение функций государственными органами Реализация государственных функций, связанных с общегосударственным управлением Субсидии на возмещение расходов по содержанию специальных объектов Субсидии юридическим лицам Федеральные целевые программы Федеральная целевая программа "Социально-экономическое развитие Курильских островов (Сахалинская область) на 2007-2015 годы" Бюджетные инвестиции Федеральная целевая программа "Модернизация Единой системы организации воздушного движения Российской Федерации (2009-2015 годы)" Бюджетные инвестиции Федеральная целевая программа "Развитие транспортной системы России (2010-2015 годы)" Подпрограмма "Гражданская авиация" Бюджетные инвестиции Воздушный транспорт Государственная поддержка воздушного транспорта Содержание служб поисково- и аварийно-спасательного обеспечения полетов Выполнение функций бюджетными учреждениями Субсидии на возмещение расходов за аэронавигационное обслуживание полетов воздушных судов пользователей воздушного пространства, освобожденных в соответствии с законодательством Российской Федерации от платы за аэронавигационное обслуживание Субсидии юридическим лицам Прикладные научные исследования в области национальной экономики Федеральные целевые программы Федеральная целевая программа "Модернизация Единой системы организации воздушного движения Российской Федерации (2009-2015 годы)" Научно-исследовательские и опытно-конструкторские работы Образование Высшее и послевузовское профессиональное образование Высшие учебные заведения Обеспечение деятельности подведомственных учреждений Выполнение функций бюджетными учреждениями Здравоохранение Стационарная медицинская помощь Больницы, клиники, госпитали, медико-санитарные части Обеспечение деятельности подведомственных учреждений Выполнение функций бюджетными учреждениями ФЕДЕРАЛЬНОЕ ДОРОЖНОЕ АГЕНТСТВО Национальная экономика Дорожное хозяйство (дорожные фонды) Учреждения по обеспечению хозяйственного обслуживания Специальные объекты Выполнение функций бюджетными учреждениями Федеральные целевые программы Федеральная целевая программа "Экономическое и социальное развитие Дальнего Востока и Забайкалья на период до 2013 года" Экономическое и социальное развитие Дальнего Востока и Забайкалья на период до 2013 года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Федеральная целевая программа "Развитие транспортной системы России (2010-2015 годы)" Подпрограмма "Автомобильные дороги" Выполнение функций бюджетными учреждениями Бюджетные инвестиции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Бюджетные инвестиции, осуществляемые в рамках организации и проведения XXII Олимпийских зимних игр и XI Паралимпийских зимних игр 2014 года в городе Сочи, развития города Сочи как горноклиматического курорта Дорожное хозяйство Содержание и управление дорожным хозяйством Содержание учреждений, осуществляющих управление федеральными автомобильными дорогами Выполнение функций бюджетными учреждениями Поддержка дорожного хозяйства Софинансирование строительства автомобильной дороги "Западный скоростной диаметр" в г. Санкт-Петербурге Фонд софинансирования Софинансирование инвестиционного проекта по строительству примыкания к автомобильной дороге М-52 "Чуйский тракт" на км 651 в районе урочища реки Урсул Фонд софинансирования Капитальный ремонт и ремонт автомобильных дорог общего пользования административных центров субъектов Российской Федерации и административных центров муниципальных районов Московской и Ленинградской областей Фонд софинансирования Уплата налога на имущество организаций и земельного налога Выполнение функций бюджетными учреждениями Здравоохранение Санаторно-оздоровительная помощь Санатории, пансионаты, дома отдыха и турбазы Уплата налога на имущество организаций и земельного налога Выполнение функций бюджетными учреждениями Обеспечение деятельности подведомственных учреждений Выполнение функций бюджетными учреждениями ФЕДЕРАЛЬНОЕ АГЕНТСТВО ЖЕЛЕЗНОДОРОЖНОГО ТРАНСПОРТА Национальная экономика Транспорт Реализация государственных функций, связанных с общегосударственным управлением Субсидии на возмещение расходов по содержанию специальных объектов Субсидии юридическим лицам Учреждения по обеспечению хозяйственного обслуживания Обеспечение деятельности подведомственных учреждений Выполнение функций бюджетными учреждениями Железнодорожный транспорт Государственная поддержка железнодорожного транспорта Субсидии открытому акционерному обществу "Российские железные дороги" на перевозки новых автомобилей, произведенных на территории Российской Федерации, на железнодорожные станции, расположенные на территории Дальневосточного федерального округа, и в обратном направлении Субсидии юридическим лицам Субсидии открытому акционерному обществу "Российские железные дороги" на компенсацию потерь в доходах, связанных с установлением исключительных тарифов на перевозку зерна, продуктов мукомольно-крупяной промышленности, сои и соевого шрота Субсидии юридическим лицам Субсидии открытому акционерному обществу "Российские железные дороги" на компенсацию потерь в доходах, возникающих в результате государственного регулирования тарифов на услуги по использованию инфраструктуры железнодорожного транспорта общего пользования, оказываемые при осуществлении перевозок пассажиров в пригородном сообщении Субсидии юридическим лицам Реализация Комплексной программы обеспечения безопасности населения на транспорте Реализация мероприятий по обеспечению безопасности населения на метрополитене в рамках Комплексной программы обеспечения безопасности населения на транспорте Фонд софинансирования Реализация государственных функций в области национальной экономики Взнос Российской Федерации в уставные капиталы Взнос в уставный капитал Советско-Монгольского акционерного общества "Улан- Баторская железная дорога" Образование Общее образование Учреждения по внешкольной работе с детьми Обеспечение деятельности подведомственных учреждений Выполнение функций бюджетными учреждениями Высшее и послевузовское профессиональное образование Высшие учебные заведения Обеспечение деятельности подведомственных учреждений Выполнение функций бюджетными учреждениями Прикладные научные исследования в области образования Прикладные научные исследования и разработки Обеспечение деятельности подведомственных учреждений Выполнение функций бюджетными учреждениями Другие вопросы в области образования Учебно-методические кабинеты, централизованные бухгалтерии, группы хозяйственного обслуживания, учебные фильмотеки, межшкольные учебно- производственные комбинаты, логопедические пункты Обеспечение деятельности подведомственных учреждений Выполнение функций бюджетными учреждениями Культура, кинематография Культура Музеи и постоянные выставки Обеспечение деятельности подведомственных учреждений Выполнение функций бюджетными учреждениями ФЕДЕРАЛЬНОЕ АГЕНТСТВО МОРСКОГО И РЕЧНОГО ТРАНСПОРТА Национальная экономика Транспорт Реализация государственных функций, связанных с общегосударственным управлением Субсидии на возмещение расходов по содержанию специальных объектов Субсидии юридическим лицам Водный транспорт Государственная поддержка водного транспорта Государственные бассейновые управления водных путей и судоходства Выполнение функций бюджетными учреждениями Поиск и спасание Поисковые и аварийно- спасательные учреждения Выполнение функций бюджетными учреждениями Образование Высшее и послевузовское профессиональное образование Высшие учебные заведения Обеспечение деятельности подведомственных учреждений Выполнение функций бюджетными учреждениями Прикладные научные исследования в области образования Прикладные научные исследования и разработки Обеспечение деятельности подведомственных учреждений Выполнение функций бюджетными учреждениями Другие вопросы в области образования Учебно-методические кабинеты, централизованные бухгалтерии, группы хозяйственного обслуживания, учебные фильмотеки, межшкольные учебно- производственные комбинаты, логопедические пункты Обеспечение деятельности подведомственных учреждений Выполнение функций бюджетными учреждениями Культура, кинематография Культура Музеи и постоянные выставки Обеспечение деятельности подведомственных учреждений Выполнение функций бюджетными учреждениями Здравоохранение Стационарная медицинская помощь Больницы, клиники, госпитали, медико-санитарные части Обеспечение деятельности подведомственных учреждений Выполнение функций бюджетными учреждениями ФЕДЕРАЛЬНОЕ АГЕНТСТВО ПО ПЕЧАТИ И МАССОВЫМ КОММУНИКАЦИЯМ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Образование Среднее профессиональное образование Средние специальные учебные заведения Обеспечение деятельности подведомственных учреждений Выполнение функций бюджетными учреждениями Профессиональная подготовка, переподготовка и повышение квалификации Институты повышения квалификации Обеспечение деятельности подведомственных учреждений Выполнение функций бюджетными учреждениями Средства массовой информации Телевидение и радиовещание Средства массовой информации Обеспечение деятельности особо ценных объектов (учреждений) культурного наследия народов Российской Федерации Выполнение функций бюджетными учреждениями Обеспечение деятельности подведомственных учреждений Выполнение функций бюджетными учреждениями Телерадиокомпании и телеорганизации Субсидии телерадиокомпаниям и телерадиоорганизациям Субсидии организациям, осуществляющим производство, распространение и тиражирование социально значимых программ в области электронных средств массовой информации, на создание и поддержание в сети Интернет сайтов, имеющих социальное или образовательное значение Субсидии юридическим лицам Субсидии федеральному государственному унитарному предприятию "Всероссийская государственная телевизионная и радиовещательная компания" на финансовое обеспечение деятельности, а также на покрытие расходов, связанных с производством программного продукта, наполнением им телерадиоэфира и с обеспечением мероприятий по доведению его до телезрителей и радиослушателей, на обеспечение международной деятельности, на содержание зарубежных корреспондентских пунктов Субсидии юридическим лицам Субсидии автономной некоммерческой организации "ТВ-Новости" на создание и вещание телевизионных каналов на английском, арабском и испанском языках, покрытие расходов, связанных с производством программного продукта, наполнением им телеэфира и с обеспечением мероприятий по доведению его до телезрителей, с продвижением телеканалов на российском и международном рынках телевизионных услуг, а также расходов на обеспечение международной деятельности и содержание корреспондентских пунктов Субсидии некоммерческим организациям Субсидии автономной некоммерческой организации "Спортивное вещание" на освещение мероприятий, связанных с подготовкой и проведением XXVII Всемирной летней Универсиады 2013 г. в г. Казани Субсидии некоммерческим организациям Периодическая печать и издательства Периодические издания, учрежденные органами законодательной и исполнительной власти Обеспечение деятельности подведомственных учреждений Выполнение функций бюджетными учреждениями Прикладные научные исследования в области средств массовой информации Прикладные научные исследования и разработки Обеспечение деятельности подведомственных учреждений Выполнение функций бюджетными учреждениями Другие вопросы в области средств массовой информации Информационные агентства Субсидии информационным агентствам Субсидии федеральному государственному унитарному предприятию "Российское агентство международной информации "РИА Новости" на финансовое обеспечение расходов по организации информационно- пропагандистского сопровождения внешней и внутренней политики Российской Федерации в рамках единого информационного пространства России и участию в международном обмене (в том числе в рамках осуществления международной деятельности), по организации мероприятий по повышению интереса основных целевых аудиторий к российской общественной и политической жизни и формированию благоприятного образа России за рубежом Субсидии юридическим лицам МИНИСТЕРСТВО ЭКОНОМИЧЕСКОГО РАЗВИТИЯ РОССИЙСКОЙ ФЕДЕРАЦИИ Общегосударственные вопросы Международные отношения и международное сотрудничество Руководство и управление в сфере установленных функций Зарубежный аппарат Выполнение функций государственными органами Международное сотрудничество Взносы в международные организации Выполнение международных обязательств Фундаментальные исследования Поддержка организаций, осуществляющих фундаментальные исследования Обеспечение деятельности подведомственных учреждений Выполнение функций бюджетными учреждениями Другие общегосударственные вопросы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Учреждения по обеспечению хозяйственного обслуживания Специальные объекты Выполнение функций бюджетными учреждениями Обеспечение деятельности подведомственных учреждений Выполнение функций бюджетными учреждениями Национальная экономика Прикладные научные исследования в области национальной экономики Прикладные научные исследования и разработки Обеспечение деятельности подведомственных учреждений Выполнение функций бюджетными учреждениями Образование Дошкольное образование Детские дошкольные учреждения Обеспечение деятельности подведомственных учреждений Выполнение функций бюджетными учреждениями Профессиональная подготовка, переподготовка и повышение квалификации Институты повышения квалификации Обеспечение деятельности подведомственных учреждений Выполнение функций бюджетными учреждениями Учебные заведения и курсы по переподготовке кадров Переподготовка и повышение квалификации кадров Выполнение функций государственными органами Мероприятия в области образования Подготовка управленческих кадров для организаций народного хозяйства Российской Федерации Фонд софинансирования Высшее и послевузовское профессиональное образование Высшие учебные заведения Обеспечение деятельности подведомственных учреждений Выполнение функций бюджетными учреждениями Прикладные научные исследования в области образования Прикладные научные исследования и разработки Обеспечение деятельности подведомственных учреждений Выполнение функций бюджетными учреждениями Другие вопросы в области образования Учреждения, обеспечивающие предоставление услуг в сфере образования Обеспечение деятельности подведомственных учреждений Выполнение функций бюджетными учреждениями Здравоохранение Амбулаторная помощь Поликлиники, амбулатории, диагностические центры Обеспечение деятельности подведомственных учреждений Выполнение функций бюджетными учреждениями Санаторно-оздоровительная помощь Санатории, пансионаты, дома отдыха и турбазы Обеспечение деятельности подведомственных учреждений Выполнение функций бюджетными учреждениями ФЕДЕРАЛЬНАЯ СЛУЖБА ПО НАДЗОРУ В СФЕРЕ ЗАЩИТЫ ПРАВ ПОТРЕБИТЕЛЕЙ И БЛАГОПОЛУЧИЯ ЧЕЛОВЕКА Здравоохранение Санитарно-эпидемиологическое благополучие Больницы, клиники, госпитали, медико-санитарные части Обеспечение деятельности подведомственных учреждений Выполнение функций бюджетными учреждениями Поликлиники, амбулатории, диагностические центры Обеспечение деятельности подведомственных учреждений Выполнение функций бюджетными учреждениями Дезинфекционные станции Обеспечение деятельности подведомственных учреждений Выполнение функций бюджетными учреждениями Противочумные организации Обеспечение деятельности подведомственных учреждений Выполнение функций бюджетными учреждениями Учреждения, обеспечивающие государственный санитарно- эпидемиологический надзор Обеспечение деятельности подведомственных учреждений Выполнение функций бюджетными учреждениями Прикладные научные исследования в области здравоохранения Прикладные научные исследования и разработки Обеспечение деятельности подведомственных учреждений Выполнение функций бюджетными учреждениями Другие вопросы в области здравоохранения Руководство и управление в сфере установленных функций Центральный аппарат Выполнение функций государственными органами Территориальные органы Выполнение функций государственными органами ФЕДЕРАЛЬНАЯ СЛУЖБА ПО ТРУДУ И ЗАНЯТОСТИ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Национальная экономика Общеэкономические вопросы Руководство и управление в сфере установленных функций Территориальные органы Выполнение функций государственными органами Реализация государственных функций, связанных с общегосударственным управлением Субсидии на возмещение расходов по содержанию специальных объектов Субсидии юридическим лицам Реализация государственной политики занятости населения Осуществление полномочий Российской Федерации в области содействия занятости населения, включая расходы по осуществлению этих полномочий Фонд компенсаций ФЕДЕРАЛЬНАЯ СЛУЖБА ФИНАНСОВО- БЮДЖЕТНОГО НАДЗОРА Общегосударственные вопросы Обеспечение деятельности финансовых, налоговых и таможенных органов и органов финансового (финансово- бюджетного) надзора Руководство и управление в сфере установленных функций Территориальные органы Выполнение функций государственными органами ФЕДЕРАЛЬНАЯ ТАМОЖЕННАЯ СЛУЖБА Общегосударственные вопросы Обеспечение деятельности финансовых, налоговых и таможенных органов и органов финансового (финансово- бюджетного) надзора Руководство и управление в сфере установленных функций Зарубежный аппарат Выполнение функций государственными органами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Выполнение функций государственными органами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Учреждения по обеспечению хозяйственного обслуживания Обеспечение деятельности подведомственных учреждений Выполнение функций бюджетными учреждениями Воинские формирования (органы, подразделения)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Реализация других функций, связанных с обеспечением национальной безопасности и правоохранительной деятельности Специальные объекты Функционирование органов в сфере национальной безопасности, правоохранительной деятельности и обороны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Национальная экономика Другие вопросы в области национальной экономики Реализация государственных функций, связанных с общегосударственным управлением Реализация мероприятий, связанных с созданием и обеспечением функционирования инновационного центра "Сколково" Субсидии некоммерческой организации "Фонд развития Центра разработки и коммерциализации новых технологий" на компенсацию затрат участников проекта создания инновационного центра "Сколково" по уплате таможенных платежей Субсидии некоммерческим организациям Образование Высшее и послевузовское профессиональное образование Высшие учебные заведения Обеспечение деятельности подведомственных учреждений Выполнение функций бюджетными учреждениями Здравоохранение Стационарная медицинская помощь Больницы, клиники, госпитали, медико-санитарные части Обеспечение деятельности подведомственных учреждений Выполнение функций бюджетными учреждениями Амбулаторная помощь Поликлиники, амбулатории, диагностические центры Обеспечение деятельности подведомственных учреждений Выполнение функций бюджетными учреждениями Санаторно-оздоровительная помощь Санатории, пансионаты, дома отдыха и турбазы Обеспечение деятельности подведомственных учреждений Выполнение функций бюджетными учреждениями Социальная политика Пенсионное обеспечение Пенсии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 исполнительной системы, и их семей" Пенсии военнослужащим, членам их семей и лицам, приравненным к ним по пенсионному обеспечению, а также пособия и иные выплаты в рамках пенсионного обеспечения Социальные выплаты Социальное обеспечение населения Социальная помощь Пособия и компенсации военнослужащим, приравненным к ним лицам, а также уволенным из их числа (за исключением публичных нормативных обязательств) Социальные выплаты Реализация государственных функций в области социальной политики Указ Президента Российской Федерации от 30 мая 1994 года № 1110 "О размере компенсационных выплат отдельным категориям граждан" Компенсационные выплаты отдельным категориям граждан Социальные выплаты ФЕДЕРАЛЬНОЕ АРХИВНОЕ АГЕНТСТВО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Прикладные научные исследования в области общегосударственных вопросов Прикладные научные исследования и разработки Обеспечение деятельности подведомственных учреждений Выполнение функций бюджетными учреждениями Другие общегосударственные вопросы Реализация государственных функций, связанных с общегосударственным управлением Обеспечение деятельности особо ценных объектов (учреждений) культурного наследия народов Российской Федерации Выполнение функций бюджетными учреждениями Обеспечение деятельности подведомственных учреждений Выполнение функций бюджетными учреждениями ФЕДЕРАЛЬНАЯ СЛУЖБА ГОСУДАРСТВЕННОЙ СТАТИСТИКИ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Прикладные научные исследования в области общегосударственных вопросов Прикладные научные исследования и разработки Обеспечение деятельности подведомственных учреждений Выполнение функций бюджетными учреждениями Другие общегосударственные вопросы Руководство и управление в сфере установленных функций Центральный аппарат Выполнение функций государственными органами Территориальные органы Выполнение функций государственными органами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Учреждения по обеспечению хозяйственного обслуживания Специальные объекты Выполнение функций государственными органами Социальная политика Социальное обеспечение населения Федеральные целевые программы Федеральная целевая программа "Жилище" на 2011-2015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ФЕДЕРАЛЬНАЯ СЛУЖБА ПО РЕГУЛИРОВАНИЮ АЛКОГОЛЬНОГО РЫНКА Общегосударственные вопросы Обеспечение деятельности финансовых, налоговых и таможенных органов и органов финансового (финансово- бюджетного) надзора Руководство и управление в сфере установленных функций Территориальные органы Выполнение функций государственными органами ФЕДЕРАЛЬНАЯ АНТИМОНОПОЛЬНАЯ СЛУЖБА Национальная экономика Общеэкономические вопросы Руководство и управление в сфере установленных функций Центральный аппарат Выполнение функций государственными органами Территориальные органы Выполнение функций государственными органами Образование Другие вопросы в области образования Субсидии федеральным автономным учреждениям, созданным на базе имущества, находящегося в федеральной собственности Субсидии федеральным автономным учреждениям на финансовое обеспечение выполнения государственного задания на оказание государственных услуг (выполнение работ) Субсидии некоммерческим организациям ФЕДЕРАЛЬНОЕ АГЕНТСТВО ПО УПРАВЛЕНИЮ ГОСУДАРСТВЕННЫМ ИМУЩЕСТВОМ Общегосударственные вопросы Другие общегосударственные вопросы Руководство и управление в сфере установленных функций Центральный аппарат Выполнение функций государственными органами Территориальные органы Выполнение функций государственными органами Здравоохранение Амбулаторная помощь Поликлиники, амбулатории, диагностические центры Обеспечение деятельности подведомственных учреждений Выполнение функций бюджетными учреждениями Другие вопросы в области здравоохранения Учреждения по обеспечению хозяйственного обслуживания Специальные объекты Выполнение функций бюджетными учреждениями ФЕДЕРАЛЬНАЯ СЛУЖБА ПО ИНТЕЛЛЕКТУАЛЬНОЙ СОБСТВЕННОСТИ, ПАТЕНТАМ И ТОВАРНЫМ ЗНАКАМ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Прикладные научные исследования в области общегосударственных вопросов Прикладные научные исследования и разработки Обеспечение деятельности подведомственных учреждений Выполнение функций бюджетными учреждениями Образование Высшее и послевузовское профессиональное образование Высшие учебные заведения Обеспечение деятельности подведомственных учреждений Выполнение функций бюджетными учреждениями ФЕДЕРАЛЬНАЯ СЛУЖБА ПО ГИДРОМЕТЕОРОЛОГИИ И МОНИТОРИНГУ ОКРУЖАЮЩЕЙ СРЕДЫ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Другие общегосударственные вопросы Руководство и управление в сфере установленных функций Центральный аппарат Выполнение функций государственными органами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Учреждения по обеспечению хозяйственного обслуживания Специальные объекты Выполнение функций бюджетными учреждениями Национальная экономика Прикладные научные исследования в области национальной экономики Прикладные научные исследования и разработки Обеспечение деятельности подведомственных учреждений Выполнение функций бюджетными учреждениями Охрана окружающей среды Другие вопросы в области охраны окружающей среды Учреждения, обеспечивающие предоставление услуг в сфере гидрометеорологии и мониторинга окружающей среды Обеспечение деятельности подведомственных учреждений Выполнение функций бюджетными учреждениями Российская антарктическая и арктическая экспедиции Обеспечение деятельности подведомственных учреждений Выполнение функций бюджетными учреждениями Образование Среднее профессиональное образование Средние специальные учебные заведения Обеспечение деятельности подведомственных учреждений Выполнение функций бюджетными учреждениями Культура, кинематография Культура Музеи и постоянные выставки Обеспечение деятельности подведомственных учреждений Выполнение функций бюджетными учреждениями ФЕДЕРАЛЬНОЕ АГЕНТСТВО ПО ГОСУДАРСТВЕННЫМ РЕЗЕРВАМ Общегосударственные вопросы Государственный материальный резерв Руководство и управление в сфере установленных функций Центральный аппарат Выполнение функций государственными органами Территориальные органы Выполнение функций государственными органами Обеспечение государственного материального резерва Обеспечение деятельности подведомственных учреждений Выполнение функций бюджетными учреждениями Прикладные научные исследования в области общегосударственных вопросов Прикладные научные исследования и разработки Обеспечение деятельности подведомственных учреждений Выполнение функций бюджетными учреждениями Образование Среднее профессиональное образование Средние специальные учебные заведения Обеспечение деятельности подведомственных учреждений Выполнение функций бюджетными учреждениями Социальная политика Социальное обеспечение населения Федеральные целевые программы Федеральная целевая программа "Жилище" на 2011-2015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ФЕДЕРАЛЬНОЕ АГЕНТСТВО ПО ТЕХНИЧЕСКОМУ РЕГУЛИРОВАНИЮ И МЕТРОЛОГИИ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Национальная экономика Общеэкономические вопросы Руководство и управление в сфере установленных функций Территориальные органы Выполнение функций государственными органами Другие вопросы в области национальной экономики Реализация государственных функций, связанных с общегосударственным управлением Субсидии на возмещение расходов по содержанию специальных объектов Субсидии юридическим лицам ФЕДЕРАЛЬНОЕ АГЕНТСТВО ПО ТУРИЗМУ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МИНИСТЕРСТВО РОССИЙСКОЙ ФЕДЕРАЦИИ ПО ДЕЛАМ ГРАЖДАНСКОЙ ОБОРОНЫ, ЧРЕЗВЫЧАЙНЫМ СИТУАЦИЯМ И ЛИКВИДАЦИИ ПОСЛЕДСТВИЙ СТИХИЙНЫХ БЕДСТВИЙ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Национальная безопасность и правоохранительная деятельность Защита населения и территории от чрезвычайных ситуаций природного и техногенного характера, гражданская оборона Руководство и управление в сфере установленных функций Центральный аппарат Выполнение функций государственными органами Территориальные органы Выполнение функций государственными органами Зарубежный аппарат Выполнение функций государственными органами Вещевое обеспечение Вещевое обеспечение вне рамок государственного оборонного заказа Выполнение функций государственными органами Воинские формирования (органы, подразделения)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Вещевое обеспечение Вещевое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Реализация других функций, связанных с обеспечением национальной безопасности и правоохранительной деятельности Продукция производственно- технического назначения Функционирование органов в сфере национальной безопасности, правоохранительной деятельности и обороны Поисковые и аварийно- спасательные учреждения Вещевое обеспечение Вещевое обеспечение вне рамок государственного оборонного заказа Выполнение функций бюджетными учреждениями Обеспечение деятельности подведомственных учреждений Выполнение функций бюджетными учреждениями Обеспечение пожарной безопасности Воинские формирования (органы, подразделения)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Обеспечение деятельности договорных подразделений федеральной противопожарной службы Военный персонал Денежное довольствие военнослужащих и сотрудников правоохранительных органов Функционирование органов в сфере национальной безопасности, правоохранительной деятельности и обороны Выплаты в соответствии с законодательством Российской Федерации, зависящие от размера денежного довольствия Функционирование органов в сфере национальной безопасности, правоохранительной деятельности и обороны Оплата и хранение специального топлива и горюче-смазочных материалов Оплата и хранение специального топлива и горюче-смазочных материалов вне рамок государственного оборонного заказа Функционирование органов в сфере национальной безопасности, правоохранительной деятельности и обороны Вещевое обеспечение Вещевое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Компенсация стоимости вещевого имущества Функционирование органов в сфере национальной безопасности, правоохранительной деятельности и обороны Обеспечение деятельности подведомственных учреждений Выполнение функций бюджетными учреждениями Реализация других функций, связанных с обеспечением национальной безопасности и правоохранительной деятельности Продукция производственно- технического назначения Функционирование органов в сфере национальной безопасности, правоохранительной деятельности и обороны Прикладные научные исследования в области национальной безопасности и правоохранительной деятельности Прикладные научные исследования и разработки Выполнение научно- исследовательских и опытно- конструкторских работ по государственным контрактам Функционирование органов в сфере национальной безопасности, правоохранительной деятельности и обороны Обеспечение деятельности подведомственных учреждений Выполнение функций бюджетными учреждениями Образование Дошкольное образование Детские дошкольные учреждения Обеспечение деятельности подведомственных учреждений Выполнение функций бюджетными учреждениями Профессиональная подготовка, переподготовка и повышение квалификации Учебные заведения и курсы по переподготовке кадров Обеспечение деятельности подведомственных учреждений Выполнение функций бюджетными учреждениями Высшее и послевузовское профессиональное образование Высшие учебные заведения Вещевое обеспечение Вещевое обеспечение вне рамок государственного оборонного заказа Выполнение функций бюджетными учреждениями Обеспечение деятельности подведомственных учреждений Выполнение функций бюджетными учреждениями Здравоохранение Амбулаторная помощь Поликлиники, амбулатории, диагностические центры Обеспечение деятельности подведомственных учреждений Выполнение функций бюджетными учреждениями ФЕДЕРАЛЬНАЯ НАЛОГОВАЯ СЛУЖБА Общегосударственные вопросы Обеспечение деятельности финансовых, налоговых и таможенных органов и органов финансового (финансово- бюджетного) надзора Руководство и управление в сфере установленных функций Центральный аппарат Выполнение функций государственными органами Территориальные органы Выполнение функций государственными органами Учреждения по обеспечению хозяйственного обслуживания Специальные объекты Выполнение функций бюджетными учреждениями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Другие общегосударственные вопросы Учреждения по обеспечению хозяйственного обслуживания Обеспечение деятельности подведомственных учреждений Выполнение функций бюджетными учреждениями Образование Общее образование Учреждения по внешкольной работе с детьми Обеспечение деятельности подведомственных учреждений Выполнение функций бюджетными учреждениями Профессиональная подготовка, переподготовка и повышение квалификации Институты повышения квалификации Обеспечение деятельности подведомственных учреждений Выполнение функций бюджетными учреждениями Здравоохранение Амбулаторная помощь Поликлиники, амбулатории, диагностические центры Обеспечение деятельности подведомственных учреждений Выполнение функций бюджетными учреждениями Санаторно-оздоровительная помощь Санатории, пансионаты, дома отдыха и турбазы Обеспечение деятельности подведомственных учреждений Выполнение функций бюджетными учреждениями Социальная политика Социальное обеспечение населения Федеральные целевые программы Федеральная целевая программа "Жилище" на 2011-2015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ФЕДЕРАЛЬНАЯ СЛУЖБА ПО ОБОРОННОМУ ЗАКАЗУ Национальная оборона Другие вопросы в области национальной обороны Руководство и управление в сфере установленных функций Центральный аппарат Выполнение функций государственными органами МИНИСТЕРСТВО ОБОРОНЫ РОССИЙСКОЙ ФЕДЕРАЦИИ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Национальная оборона Вооруженные Силы Российской Федерации Международное сотрудничество Инспекционная деятельность и другие расходы Выполнение международных обязательств Воинские формирования (органы, подразделения) Военный персонал Денежное довольствие военнослужащих и сотрудников правоохранительных органов Функционирование органов в сфере национальной безопасности, правоохранительной деятельности и обороны Выплаты в соответствии с законодательством Российской Федерации, зависящие от размера денежного довольствия Функционирование органов в сфере национальной безопасности, правоохранительной деятельности и обороны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Выполнение международных обязательств Выполнение функций государственными органами Функционирование органов в сфере национальной безопасности, правоохранительной деятельности и обороны Накопительно-ипотечная система жилищного обеспечения военнослужащих Накопительно-ипотечная система жилищного обеспечения военнослужащих Социальные выплаты Реализация государственных функций, связанных с обеспечением национальной обороны Обеспечение мероприятий по укреплению доверия в военной области Функционирование органов в сфере национальной безопасности, правоохранительной деятельности и обороны Специальные мероприятия Выполнение международных обязательств Выполнение функций государственными органами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Мобилизационная и вневойсковая подготовка Руководство и управление в сфере установленных функций Осуществление первичного воинского учета на территориях, где отсутствуют военные комиссариаты Фонд компенсаций Подготовка и участие в обеспечении коллективной безопасности и миротворческой деятельности Участие в миротворческой деятельности Военный персонал Денежное довольствие военнослужащих и сотрудников правоохранительных органов Функционирование органов в сфере национальной безопасности, правоохранительной деятельности и обороны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Жилищно-коммунальное хозяйство Жилищное хозяйство Бюджетные инвестиции в объекты капитального строительства, не включенные в целевые программы Обеспечение военнослужащих служебным и постоянным жильем Обеспечение военнослужащих федеральных органов исполнительной власти, в которых законом предусмотрена военная служба, служебными жилыми помещениями и жилыми помещениями в общежитиях Бюджетные инвестиции Образование Дошкольное образование Детские дошкольные учреждения Обеспечение деятельности подведомственных учреждений Выполнение функций бюджетными учреждениями Общее образование Школы - детские сады, школы начальные, неполные средние и средние Военный персонал Денежное довольствие военнослужащих и сотрудников правоохранительных органов Выполнение функций бюджетными учреждениями Обеспечение деятельности подведомственных учреждений Выполнение функций бюджетными учреждениями Начальное профессиональное образование Специальные профессионально- технические училища Обеспечение деятельности подведомственных учреждений Выполнение функций бюджетными учреждениями Среднее профессиональное образование Средние специальные учебные заведения Военный персонал Денежное довольствие военнослужащих и сотрудников правоохранительных органов Выполнение функций бюджетными учреждениями Обеспечение деятельности подведомственных учреждений Выполнение функций бюджетными учреждениями Профессиональная подготовка, переподготовка и повышение квалификации Институты повышения квалификации Военный персонал Денежное довольствие военнослужащих и сотрудников правоохранительных органов Выполнение функций бюджетными учреждениями Обеспечение деятельности подведомственных учреждений Выполнение функций бюджетными учреждениями Высшее и послевузовское профессиональное образование Высшие учебные заведения Обеспечение деятельности подведомственных учреждений Выполнение функций бюджетными учреждениями Молодежная политика и оздоровление детей Мероприятия по проведению оздоровительной кампании детей Обеспечение деятельности подведомственных учреждений Выполнение функций бюджетными учреждениями Культура, кинематография Культура Учреждения культуры и мероприятия в сфере культуры и кинематографии Обеспечение деятельности подведомственных учреждений Выполнение функций бюджетными учреждениями Здравоохранение Стационарная медицинская помощь Больницы, клиники, госпитали, медико-санитарные части Военный персонал Денежное довольствие военнослужащих и сотрудников правоохранительных органов Выполнение функций бюджетными учреждениями Обеспечение деятельности подведомственных учреждений Выполнение функций бюджетными учреждениями Санаторно-оздоровительная помощь Санатории, пансионаты, дома отдыха и турбазы Обеспечение деятельности подведомственных учреждений Выполнение функций бюджетными учреждениями Другие вопросы в области здравоохранения Реализация государственных функций, связанных с общегосударственным управлением Выполнение других обязательств государства Прочие выплаты по обязательствам государства Прочие расходы Социальная политика Пенсионное обеспечение Пенсии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 исполнительной системы, и их семей" Пенсии военнослужащим, членам их семей и лицам, приравненным к ним по пенсионному обеспечению, а также пособия и иные выплаты в рамках пенсионного обеспечения Социальные выплаты Социальное обеспечение населения Социальная помощь Указ Президента Российской Федерации от 26 декабря 2006 года № 1455 "О компенсационных выплатах лицам, осуществляющим уход за нетрудоспособными гражданами" Компенсационные выплаты лицам, осуществляющим уход за нетрудоспособными гражданами Социальные выплаты Пособия и компенсации военнослужащим, приравненным к ним лицам, а также уволенным из их числа (за исключением публичных нормативных обязательств) Социальные выплаты Реализация государственных функций в области социальной политики Приобретение жилья гражданами, уволенными с военной службы, проживающими совместно с членами их семей в Мурманской и Архангельской областях и не вставшими до 1 января 2005 года на учет в качестве нуждающихся в жилых помещениях в органах местного самоуправления по избранному месту постоянного жительства Социальные выплаты МИНИСТЕРСТВО ВНУТРЕННИХ ДЕЛ РОССИЙСКОЙ ФЕДЕРАЦИИ Национальная безопасность и правоохранительная деятельность Органы внутренних дел Руководство и управление в сфере установленных функций Центральный аппарат Выполнение функций государственными органами Зарубежный аппарат Выполнение функций государственными органами Бюджетные инвестиции в объекты капитального строительства, не включенные в целевые программы Строительство специальных и военных объектов Бюджетные инвестиции Воинские формирования (органы, подразделения) Военный персонал Дополнительное денежное стимулирование военнослужащих Министерства обороны Российской Федерации и сотрудников органов внутренних дел Министерства внутренних дел Российской Федерации Функционирование органов в сфере национальной безопасности, правоохранительной деятельности и обороны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Вещевое обеспечение Вещевое обеспечение в рамках государственного оборонного заказа Функционирование органов в сфере национальной безопасности, правоохранительной деятельности и обороны Обеспечение деятельности вневедомственной охраны Вещевое обеспечение Вещевое обеспечение в рамках государственного оборонного заказа Функционирование органов в сфере национальной безопасности, правоохранительной деятельности и обороны Разработка, закупка и ремонт вооружений, военной и специальной техники, продукции производственно-технического назначения и имущества в рамках государственного оборонного заказа Закупки вооружений, военной и специальной техники, продукции производственно-технического назначения и имущества в рамках государственного оборонного заказа вне рамок государственной программы вооружения Автобронетанковая техника Функционирование органов в сфере национальной безопасности, правоохранительной деятельности и обороны Стрелковое и холодное оружие Функционирование органов в сфере национальной безопасности, правоохранительной деятельности и обороны Электронная техника и средства связи Функционирование органов в сфере национальной безопасности, правоохранительной деятельности и обороны Боеприпасы Функционирование органов в сфере национальной безопасности, правоохранительной деятельности и обороны Другие вооружения, военная и специальная техника Функционирование органов в сфере национальной безопасности, правоохранительной деятельности и обороны Внутренние войска Воинские формирования (органы, подразделения)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Продовольственное обеспечение Продовольственное обеспечение в рамках государственного оборонного заказа Функционирование органов в сфере национальной безопасности, правоохранительной деятельности и обороны Вещевое обеспечение Вещевое обеспечение в рамках государственного оборонного заказа Функционирование органов в сфере национальной безопасности, правоохранительной деятельности и обороны Прикладные научные исследования в области национальной безопасности и правоохранительной деятельности Прикладные научные исследования и разработки Вещевое обеспечение Вещевое обеспечение в рамках государственного оборонного заказа Выполнение функций бюджетными учреждениями Образование Дошкольное образование Детские дошкольные учреждения Обеспечение деятельности подведомственных учреждений Выполнение функций бюджетными учреждениями Общее образование Школы - детские сады, школы начальные, неполные средние и средние Обеспечение деятельности подведомственных учреждений Выполнение функций бюджетными учреждениями Среднее профессиональное образование Средние специальные учебные заведения Вещевое обеспечение Вещевое обеспечение в рамках государственного оборонного заказа Выполнение функций бюджетными учреждениями Обеспечение деятельности подведомственных учреждений Выполнение функций бюджетными учреждениями Профессиональная подготовка, переподготовка и повышение квалификации Институты повышения квалификации Вещевое обеспечение Вещевое обеспечение в рамках государственного оборонного заказа Выполнение функций бюджетными учреждениями Обеспечение деятельности подведомственных учреждений Выполнение функций бюджетными учреждениями Высшее и послевузовское профессиональное образование Высшие учебные заведения Вещевое обеспечение Вещевое обеспечение в рамках государственного оборонного заказа Выполнение функций бюджетными учреждениями Обеспечение деятельности подведомственных учреждений Выполнение функций бюджетными учреждениями Здравоохранение Стационарная медицинская помощь Больницы, клиники, госпитали, медико-санитарные части Вещевое обеспечение Вещевое обеспечение в рамках государственного оборонного заказа Выполнение функций бюджетными учреждениями Обеспечение деятельности подведомственных учреждений Выполнение функций бюджетными учреждениями Амбулаторная помощь Поликлиники, амбулатории, диагностические центры Вещевое обеспечение Вещевое обеспечение в рамках государственного оборонного заказа Выполнение функций бюджетными учреждениями Обеспечение деятельности подведомственных учреждений Выполнение функций бюджетными учреждениями Санаторно-оздоровительная помощь Санатории, пансионаты, дома отдыха и турбазы Вещевое обеспечение Вещевое обеспечение в рамках государственного оборонного заказа Выполнение функций бюджетными учреждениями Обеспечение деятельности подведомственных учреждений Выполнение функций бюджетными учреждениями Санитарно-эпидемиологическое благополучие Органы, осуществляющие государственный санитарно- эпидемиологический надзор Обеспечение деятельности подведомственных учреждений Выполнение функций бюджетными учреждениями Социальная политика Социальное обеспечение населения Социальная помощь Федеральный закон от 12 января 1996 года № 8-ФЗ "О погребении и похоронном деле" Возмещение федеральными органами исполнительной власти расходов на погребение Социальные выплаты Пособия и компенсации военнослужащим, приравненным к ним лицам, а также уволенным из их числа (за исключением публичных нормативных обязательств) Социальные выплаты Реализация государственных функций в области социальной политики Постановление Верховного Совета Российской Федерации от 23 декабря 1992 года № 4202-I "Об утверждении Положения о службе в органах внутренних дел Российской Федерации и текста Присяги сотрудника органов внутренних дел Российской Федерации" Пособия, выплаты и компенсации лицам, уволенным со службы в органах внутренних дел с правом на пенсию, а также членам их семей Социальные выплаты ФЕДЕРАЛЬНАЯ СЛУЖБА БЕЗОПАСНОСТИ РОССИЙСКОЙ ФЕДЕРАЦИИ Социальная политика Социальное обеспечение населения Социальная помощь Пособия и компенсации военнослужащим, приравненным к ним лицам, а также уволенным из их числа (за исключением публичных нормативных обязательств) Социальные выплаты Указ Президента Российской Федерации от 27 декабря 1999 года № 1708 "О дополнительных мерах социальной поддержки Героев Советского Союза, Героев Российской Федерации и полных кавалеров ордена Славы - участников Великой Отечественной войны 1941-1945 годов" Дополнительное пожизненное ежемесячное материальное обеспечение Героям Советского Союза, Героям Российской Федерации и полным кавалерам ордена Славы - участникам Великой Отечественной войны 1941-1945 годов Социальные выплаты Реализация государственных функций в области социальной политики Указ Президента Российской Федерации от 29 октября 2009 года № 1219 "О дополнительных мерах по усилению социальной защиты детей военнослужащих и сотрудников некоторых федеральных органов исполнительной власти, погибших (умерших), пропавших без вести при исполнении обязанностей военной службы (служебных обязанностей)" Ежемесячное пособие детям отдельных категорий военнослужащих и сотрудников некоторых федеральных органов исполнительной власти, погибших (умерших), пропавших без вести при исполнении обязанностей военной службы (служебных обязанностей) Социальные выплаты РОССИЙСКАЯ АКАДЕМИЯ СЕЛЬСКОХОЗЯЙСТВЕННЫХ НАУК Общегосударственные вопросы Фундаментальные исследования Поддержка государственных академий наук и их региональных отделений Центральный аппарат Выполнение функций бюджетными учреждениями Обеспечение деятельности подведомственных учреждений Выполнение функций бюджетными учреждениями ФЕДЕРАЛЬНАЯ МИГРАЦИОННАЯ СЛУЖБА Национальная безопасность и правоохранительная деятельность Миграционная политика Руководство и управление в сфере установленных функций Центральный аппарат Выполнение функций государственными органами Территориальные органы Выполнение функций государственными органами Зарубежный аппарат Выполнение функций государственными органами Реализация государственных функций, связанных с общегосударственным управлением Выполнение других обязательств государства Прочие выплаты по обязательствам государства Прочие расходы Обеспечение деятельности учреждений по реализации миграционной политики Обеспечение деятельности подведомственных учреждений Выполнение функций бюджетными учреждениями ФЕДЕРАЛЬНАЯ СЛУЖБА РОССИЙСКОЙ ФЕДЕРАЦИИ ПО КОНТРОЛЮ ЗА ОБОРОТОМ НАРКОТИКОВ Национальная безопасность и правоохранительная деятельность Органы по контролю за оборотом наркотических средств и психотропных веществ Руководство и управление в сфере установленных функций Зарубежный аппарат Выполнение функций государственными органами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Выполнение функций государственными органами Воинские формирования (органы, подразделения)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Образование Профессиональная подготовка, переподготовка и повышение квалификации Институты повышения квалификации Обеспечение деятельности подведомственных учреждений Выполнение функций бюджетными учреждениями Здравоохранение Санаторно-оздоровительная помощь Санатории, пансионаты, дома отдыха и турбазы Обеспечение деятельности подведомственных учреждений Выполнение функций бюджетными учреждениями Социальная политика Пенсионное обеспечение Пенсии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 исполнительной системы, и их семей" Пенсии военнослужащим, членам их семей и лицам, приравненным к ним по пенсионному обеспечению, а также пособия и иные выплаты в рамках пенсионного обеспечения Социальные выплаты ФОНД СОДЕЙСТВИЯ РАЗВИТИЮ МАЛЫХ ФОРМ ПРЕДПРИЯТИЙ В НАУЧНО- ТЕХНИЧЕСКОЙ СФЕРЕ Национальная экономика Прикладные научные исследования в области национальной экономики Прикладные научные исследования и разработки Обеспечение функционирования аппаратов фондов поддержки научной и (или) научно- технической деятельности Выполнение функций бюджетными учреждениями ФЕДЕРАЛЬНОЕ КОСМИЧЕСКОЕ АГЕНТСТВО Общегосударственные вопросы Международные отношения и международное сотрудничество Международное сотрудничество Обеспечение реализации соглашений с правительствами иностранных государств и организациями Выполнение международных обязательств Национальная экономика Исследование и использование космического пространства Мероприятия в области исследования и использования космического пространства в мирных целях Обеспечение деятельности подведомственных учреждений Выполнение функций бюджетными учреждениями Другие вопросы в области национальной экономики Руководство и управление в сфере установленных функций Зарубежный аппарат Выполнение функций государственными органами Реализация государственных функций, связанных с общегосударственным управлением Субсидии на возмещение расходов по содержанию специальных объектов Субсидии юридическим лицам Реализация мероприятий по празднованию 50-летия полета в космос Ю.А.Гагарина Выполнение функций государственными органами Премии, стипендии за выдающиеся заслуги Постановление Правительства Российской Федерации от 4 апреля 2011 года № 240 "О премиях Правительства Российской Федерации имени Ю.А.Гагарина в области космической деятельности" Премии Правительства Российской Федерации имени Ю.А.Гагарина в области космической деятельности Прочие расходы ФЕДЕРАЛЬНОЕ АГЕНТСТВО ПО ОБУСТРОЙСТВУ ГОСУДАРСТВЕННОЙ ГРАНИЦЫ РОССИЙСКОЙ ФЕДЕРАЦИИ Национальная экономика Другие вопросы в области национальной экономики Обустройство государственной границы Российской Федерации Обеспечение функционирования пунктов пропуска через государственную границу Российской Федерации Содержание пунктов пропуска через государственную границу Российской Федерации Выполнение функций бюджетными учреждениями ФЕДЕРАЛЬНОЕ АГЕНТСТВО СПЕЦИАЛЬНОГО СТРОИТЕЛЬСТВА Национальная оборона Другие вопросы в области национальной обороны Воинские формирования (органы, подразделения)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Продовольственное обеспечение Продовольственное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Вещевое обеспечение Вещевое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Образование Высшее и послевузовское профессиональное образование Высшие учебные заведения Обеспечение деятельности подведомственных учреждений Выполнение функций бюджетными учреждениями Здравоохранение Стационарная медицинская помощь Больницы, клиники, госпитали, медико-санитарные части Обеспечение деятельности подведомственных учреждений Выполнение функций бюджетными учреждениями Амбулаторная помощь Больницы, клиники, госпитали, медико-санитарные части Обеспечение деятельности подведомственных учреждений Выполнение функций бюджетными учреждениями УПОЛНОМОЧЕННЫЙ ПО ПРАВАМ ЧЕЛОВЕКА В РОССИЙСКОЙ ФЕДЕРАЦИИ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УПРАВЛЕНИЕ ДЕЛАМИ ПРЕЗИДЕНТА РОССИЙСКОЙ ФЕДЕРАЦИИ Общегосударственные вопросы Функционирование Президента Российской Федерации Руководство и управление в сфере установленных функций Администрация Президента Российской Федерации Выполнение функций государственными органами Управление делами Президента Российской Федерации Выполнение функций государственными органами Обеспечение визитов делегаций высших органов власти за рубеж Выполнение функций государственными органами Международные отношения и международное сотрудничество Реализация государственных функций, связанных с общегосударственным управлением Строительство объектов за пределами территории Российской Федерации Субсидии юридическим лицам Фундаментальные исследования Поддержка организаций, осуществляющих фундаментальные исследования Обеспечение деятельности подведомственных учреждений Выполнение функций бюджетными учреждениями Прикладные научные исследования в области общегосударственных вопросов Прикладные научные исследования и разработки Обеспечение деятельности подведомственных учреждений Выполнение функций бюджетными учреждениями Другие общегосударственные вопросы Руководство и управление в сфере установленных функций Субсидии организациям на возмещение расходов по обеспечению содержания и эксплуатации федерального недвижимого имущества, расположенного за пределами территории Российской Федерации Субсидии юридическим лицам Общее руководство и управление общими службами и услугами Управления делами Президента Российской Федерации Транспортное обеспечение федеральных органов власти Центральные транспортные комбинаты Выполнение функций бюджетными учреждениями Эксплуатация зданий Выполнение функций бюджетными учреждениями Комбинаты питания Выполнение функций бюджетными учреждениями Реализация государственных функций, связанных с общегосударственным управлением Субсидии на возмещение расходов по содержанию специальных объектов Субсидии юридическим лицам Учреждения по обеспечению хозяйственного обслуживания Специальные объекты Выполнение функций бюджетными учреждениями Обеспечение авиационных перевозок высших должностных лиц Российской Федерации Обеспечение деятельности подведомственных учреждений Выполнение функций бюджетными учреждениями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Образование Дошкольное образование Детские дошкольные учреждения Обеспечение деятельности подведомственных учреждений Выполнение функций бюджетными учреждениями Общее образование Школы - детские сады, школы начальные, неполные средние и средние Обеспечение деятельности подведомственных учреждений Выполнение функций бюджетными учреждениями Среднее профессиональное образование Средние специальные учебные заведения Обеспечение деятельности подведомственных учреждений Выполнение функций бюджетными учреждениями Профессиональная подготовка, переподготовка и повышение квалификации Институты повышения квалификации Обеспечение деятельности подведомственных учреждений Выполнение функций бюджетными учреждениями Высшее и послевузовское профессиональное образование Высшие учебные заведения Обеспечение деятельности подведомственных учреждений Выполнение функций бюджетными учреждениями Культура, кинематография Культура Библиотеки Уплата налога на имущество организаций и земельного налога Выполнение функций бюджетными учреждениями Обеспечение деятельности подведомственных учреждений Выполнение функций бюджетными учреждениями Театры, цирки, концертные и другие организации исполнительских искусств Обеспечение деятельности особо ценных объектов (учреждений) культурного наследия народов Российской Федерации Выполнение функций бюджетными учреждениями Обеспечение деятельности подведомственных учреждений Выполнение функций бюджетными учреждениями Другие вопросы в области культуры, кинематографии Учреждения культуры и мероприятия в сфере культуры и кинематографии Обеспечение деятельности подведомственных учреждений Выполнение функций бюджетными учреждениями Здравоохранение Стационарная медицинская помощь Больницы, клиники, госпитали, медико-санитарные части Обеспечение деятельности подведомственных учреждений Выполнение функций бюджетными учреждениями Амбулаторная помощь Поликлиники, амбулатории, диагностические центры Обеспечение деятельности подведомственных учреждений Выполнение функций бюджетными учреждениями Санаторно-оздоровительная помощь Санатории, пансионаты, дома отдыха и турбазы Обеспечение деятельности подведомственных учреждений Выполнение функций бюджетными учреждениями Санитарно-эпидемиологическое благополучие Учреждения, обеспечивающие государственный санитарно- эпидемиологический надзор Обеспечение деятельности подведомственных учреждений Выполнение функций бюджетными учреждениями Прикладные научные исследования в области здравоохранения Прикладные научные исследования и разработки Обеспечение деятельности подведомственных учреждений Выполнение функций бюджетными учреждениями Другие вопросы в области здравоохранения Учреждения, обеспечивающие предоставление услуг в сфере здравоохранения Обеспечение деятельности подведомственных учреждений Выполнение функций бюджетными учреждениями Социальная политика Социальное обеспечение населения Федеральные целевые программы Федеральная целевая программа "Жилище" на 2011-2015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СЧЕТНАЯ ПАЛАТА РОССИЙСКОЙ ФЕДЕРАЦИИ Общегосударственные вопросы Прикладные научные исследования в области общегосударственных вопросов Прикладные научные исследования и разработки Обеспечение деятельности подведомственных учреждений Выполнение функций бюджетными учреждениями ФЕДЕРАЛЬНАЯ СЛУЖБА ПО ТАРИФАМ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МИНИСТЕРСТВО РЕГИОНАЛЬНОГО РАЗВИТИЯ РОССИЙСКОЙ ФЕДЕРАЦИИ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Другие общегосударственные вопросы Руководство и управление в сфере установленных функций Центральный аппарат Выполнение функций государственными органами Территориальные органы Выполнение функций государственными органами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Реализация государственных функций, связанных с общегосударственным управлением Субсидии на возмещение расходов по содержанию специальных объектов Субсидии юридическим лицам Обеспечение мероприятий по реформированию государственной и муниципальной службы Выполнение функций государственными органами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Национальная экономика Другие вопросы в области национальной экономики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Федеральные целевые программы Федеральная целевая программа "Экономическое и социальное развитие Дальнего Востока и Забайкалья на период до 2013 года" Развитие г. Владивостока как центра международного сотрудничества в Азиатско-Тихоокеанском регионе Бюджетные инвестиции Прочие расходы Жилищно-коммунальное хозяйство Коммунальное хозяйство Федеральные целевые программы Федеральная целевая программа "Экономическое и социальное развитие Дальнего Востока и Забайкалья на период до 2013 года" Развитие г. Владивостока как центра международного сотрудничества в Азиатско-Тихоокеанском регионе Взнос в уставный капитал открытого акционерного общества "Федеральная сетевая компания Единой энергетической системы" (г. Москва) Бюджетные инвестиции в объекты капитального строительства, не включенные в целевые программы Бюджетные инвестиции в объекты капитального строительства государственной собственности субъектов Российской Федерации (объекты капитального строительства собственности муниципальных образований) Бюджетные инвестиции в объекты капитального строительства собственности муниципальных образований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Благоустройство Иные безвозмездные и безвозвратные перечисления Капитальный ремонт и ремонт дворовых территорий многоквартирных домов,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 Фонд софинансирования Другие вопросы в области жилищно-коммунального хозяйства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Фонд софинансирования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Культура, кинематография Культура Федеральные целевые программы Федеральная целевая программа "Экономическое и социальное развитие Дальнего Востока и Забайкалья на период до 2013 года" Развитие г. Владивостока как центра международного сотрудничества в Азиатско- Тихоокеанском регионе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Библиотеки Обеспечение деятельности подведомственных учреждений Выполнение функций бюджетными учреждениями Социальная политика Социальное обеспечение населения Федеральные целевые программы Федеральная целевая программа "Жилище" на 2011-2015 годы Подпрограмма "Выполнение государственных обязательств по обеспечению жильем категорий граждан, установленных федеральным законодательством" Приобретение жилья гражданами, уволенными с военной службы (службы), и приравненными к ним лицами Социальные выплаты Фонд компенсаций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Социальная помощь Обеспечение жильем инвалидов войны и инвалидов боевых действий, участников Великой Отечественной войны, ветеранов боевых действий, военнослужащих, проходивших военную службу в период с 22 июня 1941 года по 3 сентября 1945 года, граждан, награжденных знаком "Жителю блокадного Ленинграда", лиц, работавших на военных объектах в период Великой Отечественной войны, членов семей погибших (умерших) инвалидов войны, участников Великой Отечественной войны, ветеранов боевых действий, инвалидов и семей, имеющих детей-инвалидов Обеспечение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Фонд компенсаций Межбюджетные трансферты общего характера бюджетам субъектов Российской Федерации и муниципальных образований Прочие межбюджетные трансферты общего характера Иные безвозмездные и безвозвратные перечисления Средства, передаваемые для компенсации дополнительных расходов, возникших в результате решений, принятых органами власти другого уровня Иные межбюджетные трансферты МИНИСТЕРСТВО ИНОСТРАННЫХ ДЕЛ РОССИЙСКОЙ ФЕДЕРАЦИИ Общегосударственные вопросы Международные отношения и международное сотрудничество Руководство и управление в сфере установленных функций Зарубежный аппарат Выполнение функций государственными органами Международное сотрудничество Взносы в международные организации Выполнение международных обязательств Реализация государственной политики в отношении соотечественников за рубежом Обеспечение мероприятий по поддержке соотечественников, проживающих за рубежом Прочие расходы Прикладные научные исследования в области общегосударственных вопросов Прикладные научные исследования и разработки Обеспечение деятельности подведомственных учреждений Выполнение функций бюджетными учреждениями Другие общегосударственные вопросы Руководство и управление в сфере установленных функций Центральный аппарат Выполнение функций государственными органами Территориальные органы Выполнение функций государственными органами Обеспечение деятельности подведомственных учреждений Выполнение функций бюджетными учреждениями Образование Общее образование Школы - детские сады, школы начальные, неполные средние и средние Обеспечение деятельности подведомственных учреждений Выполнение функций бюджетными учреждениями Школы-интернаты Обеспечение деятельности подведомственных учреждений Выполнение функций бюджетными учреждениями Среднее профессиональное образование Средние специальные учебные заведения Обеспечение деятельности подведомственных учреждений Выполнение функций бюджетными учреждениями Профессиональная подготовка, переподготовка и повышение квалификации Институты повышения квалификации Обеспечение деятельности подведомственных учреждений Выполнение функций бюджетными учреждениями Высшее и послевузовское профессиональное образование Высшие учебные заведения Обеспечение деятельности подведомственных учреждений Выполнение функций бюджетными учреждениями Здравоохранение Стационарная медицинская помощь Больницы, клиники, госпитали, медико-санитарные части Обеспечение деятельности подведомственных учреждений Выполнение функций бюджетными учреждениями МИНИСТЕРСТВО ЮСТИЦИИ РОССИЙСКОЙ ФЕДЕРАЦИИ Общегосударственные вопросы Другие общегосударственные вопросы Реализация государственных функций, связанных с общегосударственным управлением Обеспечение мероприятий, связанных с направлением российских юристов для участия в работе Европейского Суда по правам человека Субсидии некоммерческим организациям Национальная безопасность и правоохранительная деятельность Органы юстиции Руководство и управление в сфере установленных функций Центральный аппарат Выполнение функций государственными органами Территориальные органы Выполнение функций государственными органами Зарубежный аппарат Выполнение функций государственными органами Государственная регистрация актов гражданского состояния Фонд компенсаций Реализация государственных функций, связанных с общегосударственным управлением Обеспечение деятельности подведомственных учреждений Выполнение функций бюджетными учреждениями Учреждения по обеспечению хозяйственного обслуживания Специальные объекты Выполнение функций бюджетными учреждениями Реализация других функций, связанных с обеспечением национальной безопасности и правоохранительной деятельности Обеспечение деятельности подведомственных учреждений Выполнение функций бюджетными учреждениями Образование Среднее профессиональное образование Средние специальные учебные заведения Обеспечение деятельности подведомственных учреждений Выполнение функций бюджетными учреждениями Высшее и послевузовское профессиональное образование Учебные заведения и курсы по переподготовке кадров Обеспечение деятельности подведомственных учреждений Выполнение функций бюджетными учреждениями Социальная политика Социальное обеспечение населения Федеральные целевые программы Федеральная целевая программа "Жилище" на 2011-2015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РОССИЙСКАЯ АКАДЕМИЯ НАУК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Фундаментальные исследования Поддержка государственных академий наук и их региональных отделений Центральный аппарат Выполнение функций бюджетными учреждениями Обеспечение деятельности особо ценных объектов (учреждений) культурного наследия народов Российской Федерации Выполнение функций бюджетными учреждениями Обеспечение деятельности подведомственных учреждений Выполнение функций бюджетными учреждениями Учреждения по обеспечению хозяйственного обслуживания Специальные объекты Выполнение функций бюджетными учреждениями Образование Дошкольное образование Детские дошкольные учреждения Обеспечение деятельности подведомственных учреждений Выполнение функций бюджетными учреждениями Высшее и послевузовское профессиональное образование Высшие учебные заведения Обеспечение деятельности подведомственных учреждений Выполнение функций бюджетными учреждениями Культура, кинематография Культура Учреждения культуры и мероприятия в сфере культуры и кинематографии Обеспечение деятельности подведомственных учреждений Выполнение функций бюджетными учреждениями Здравоохранение Стационарная медицинская помощь Больницы, клиники, госпитали, медико-санитарные части Обеспечение деятельности подведомственных учреждений Выполнение функций бюджетными учреждениями Амбулаторная помощь Поликлиники, амбулатории, диагностические центры Обеспечение деятельности подведомственных учреждений Выполнение функций бюджетными учреждениями Санаторно-оздоровительная помощь Санатории, пансионаты, дома отдыха и турбазы Обеспечение деятельности подведомственных учреждений Выполнение функций бюджетными учреждениями ФЕДЕРАЛЬНАЯ СЛУЖБА ИСПОЛНЕНИЯ НАКАЗАНИЙ Национальная безопасность и правоохранительная деятельность Система исполнения наказаний Воинские формирования (органы, подразделения)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Функционирование органов в сфере национальной безопасности, правоохранительной деятельности и обороны Образование Дошкольное образование Детские дошкольные учреждения Обеспечение деятельности подведомственных учреждений Выполнение функций бюджетными учреждениями Общее образование Школы - детские сады, школы начальные, неполные средние и средние Обеспечение деятельности подведомственных учреждений Выполнение функций бюджетными учреждениями Начальное профессиональное образование Профессионально-технические училища Обеспечение деятельности подведомственных учреждений Выполнение функций бюджетными учреждениями Профессиональная подготовка, переподготовка и повышение квалификации Институты повышения квалификации Обеспечение деятельности подведомственных учреждений Выполнение функций бюджетными учреждениями Высшее и послевузовское профессиональное образование Высшие учебные заведения Обеспечение деятельности подведомственных учреждений Выполнение функций бюджетными учреждениями Здравоохранение Стационарная медицинская помощь Больницы, клиники, госпитали, медико-санитарные части Обеспечение деятельности подведомственных учреждений Выполнение функций бюджетными учреждениями Санаторно-оздоровительная помощь Санатории, пансионаты, дома отдыха и турбазы Обеспечение деятельности подведомственных учреждений Выполнение функций бюджетными учреждениями Санитарно-эпидемиологическое благополучие Органы, осуществляющие государственный санитарно- эпидемиологический надзор Обеспечение деятельности подведомственных учреждений Выполнение функций бюджетными учреждениями Социальная политика Социальное обеспечение населения Федеральные целевые программы Федеральная целевая программа "Жилище" на 2011-2015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ФЕДЕРАЛЬНАЯ СЛУЖБА ГОСУДАРСТВЕННОЙ РЕГИСТРАЦИИ, КАДАСТРА И КАРТОГРАФИИ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Национальная экономика Другие вопросы в области национальной экономики Руководство и управление в сфере установленных функций Центральный аппарат Выполнение функций государственными органами Территориальные органы Выполнение функций государственными органами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Реализация государственных функций, связанных с общегосударственным управлением Специальные объекты Субсидии юридическим лицам Земельные кадастровые палаты Обеспечение деятельности подведомственных учреждений Выполнение функций бюджетными учреждениями ФЕДЕРАЛЬНАЯ СЛУЖБА СУДЕБНЫХ ПРИСТАВОВ Национальная безопасность и правоохранительная деятельность Органы юстиции Руководство и управление в сфере установленных функций Центральный аппарат Выполнение функций государственными органами Территориальные органы Выполнение функций государственными органами Здравоохранение Санаторно-оздоровительная помощь Санатории, пансионаты, дома отдыха и турбазы Обеспечение деятельности подведомственных учреждений Выполнение функций бюджетными учреждениями ГОСУДАРСТВЕННАЯ ДУМА ФЕДЕРАЛЬНОГО СОБРАНИЯ РОССИЙСКОЙ ФЕДЕРАЦИИ Общегосударственные вопросы Функционирование законодательных (представительных) органов государственной власти и представительных органов муниципальных образований Руководство и управление в сфере установленных функций Центральный аппарат Выполнение функций государственными органами Депутаты Государственной Думы и их помощники Выполнение функций государственными органами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СОВЕТ ФЕДЕРАЦИИ ФЕДЕРАЛЬНОГО СОБРАНИЯ РОССИЙСКОЙ ФЕДЕРАЦИИ Общегосударственные вопросы</w:t>
      </w:r>
    </w:p>
    <w:p>
      <w:r>
        <w:rPr>
          <w:b/>
        </w:rPr>
        <w:t xml:space="preserve">9. </w:t>
      </w:r>
      <w:r>
        <w:t>после строки 100" дополнить строкой следующего содержания: 100"</w:t>
      </w:r>
    </w:p>
    <w:p>
      <w:r>
        <w:rPr>
          <w:b/>
        </w:rPr>
        <w:t xml:space="preserve">9. </w:t>
      </w:r>
      <w:r>
        <w:t>после строки 100" дополнить строкой следующего содержания: 100"</w:t>
      </w:r>
    </w:p>
    <w:p>
      <w:r>
        <w:rPr>
          <w:b/>
        </w:rPr>
        <w:t xml:space="preserve">9. </w:t>
      </w:r>
      <w:r>
        <w:t>строку 100" исключить</w:t>
      </w:r>
    </w:p>
    <w:p>
      <w:r>
        <w:rPr>
          <w:b/>
        </w:rPr>
        <w:t xml:space="preserve">9. </w:t>
      </w:r>
      <w:r>
        <w:t>строку исключить</w:t>
      </w:r>
    </w:p>
    <w:p>
      <w:r>
        <w:rPr>
          <w:b/>
        </w:rPr>
        <w:t xml:space="preserve">9. </w:t>
      </w:r>
      <w:r>
        <w:t>после строки дополнить строкой следующего содержания:</w:t>
      </w:r>
    </w:p>
    <w:p>
      <w:r>
        <w:rPr>
          <w:b/>
        </w:rPr>
        <w:t xml:space="preserve">9. </w:t>
      </w:r>
      <w:r>
        <w:t>строку исключить</w:t>
      </w:r>
    </w:p>
    <w:p>
      <w:r>
        <w:rPr>
          <w:b/>
        </w:rPr>
        <w:t xml:space="preserve">9. </w:t>
      </w:r>
      <w:r>
        <w:t>строку исключить</w:t>
      </w:r>
    </w:p>
    <w:p>
      <w:r>
        <w:rPr>
          <w:b/>
        </w:rPr>
        <w:t xml:space="preserve">9. </w:t>
      </w:r>
      <w:r>
        <w:t>после строки дополнить строкой следующего содержания:</w:t>
      </w:r>
    </w:p>
    <w:p>
      <w:r>
        <w:rPr>
          <w:b/>
        </w:rPr>
        <w:t xml:space="preserve">9. </w:t>
      </w:r>
      <w:r>
        <w:t>после строки дополнить строкой следующего содержания:</w:t>
      </w:r>
    </w:p>
    <w:p>
      <w:r>
        <w:rPr>
          <w:b/>
        </w:rPr>
        <w:t xml:space="preserve">9. </w:t>
      </w:r>
      <w:r>
        <w:t>после строки дополнить строкой следующего содержания:</w:t>
      </w:r>
    </w:p>
    <w:p>
      <w:r>
        <w:rPr>
          <w:b/>
        </w:rPr>
        <w:t xml:space="preserve">9. </w:t>
      </w:r>
      <w:r>
        <w:t>строку изложить в следующей редакции:</w:t>
      </w:r>
    </w:p>
    <w:p>
      <w:r>
        <w:rPr>
          <w:b/>
        </w:rPr>
        <w:t xml:space="preserve">9. </w:t>
      </w:r>
      <w:r>
        <w:t>после строки дополнить строкой следующего содержания:</w:t>
      </w:r>
    </w:p>
    <w:p>
      <w:r>
        <w:rPr>
          <w:b/>
        </w:rPr>
        <w:t xml:space="preserve">9. </w:t>
      </w:r>
      <w:r>
        <w:t>сноску "*******" изложить в следующей редакции: "******* Администраторами данных доходов являются федеральные органы государственной власти, которые в соответствии с законодательством Российской Федерации наделены полномочиями по взысканию на основании исполнительных документов сумм в возмещение федеральному бюджету средств, выплаченных на покрытие процессуальных издержек."</w:t>
      </w:r>
    </w:p>
    <w:p>
      <w:r>
        <w:rPr>
          <w:b/>
        </w:rPr>
        <w:t xml:space="preserve">9. </w:t>
      </w:r>
      <w:r>
        <w:t>строку изложить в следующей редакции:</w:t>
      </w:r>
    </w:p>
    <w:p>
      <w:r>
        <w:rPr>
          <w:b/>
        </w:rPr>
        <w:t xml:space="preserve">9. </w:t>
      </w:r>
      <w:r>
        <w:t>строку изложить в следующей редакции:</w:t>
      </w:r>
    </w:p>
    <w:p>
      <w:r>
        <w:rPr>
          <w:b/>
        </w:rPr>
        <w:t xml:space="preserve">9. </w:t>
      </w:r>
      <w:r>
        <w:t>после строки дополнить строкой следующего содержания:</w:t>
      </w:r>
    </w:p>
    <w:p>
      <w:r>
        <w:rPr>
          <w:b/>
        </w:rPr>
        <w:t xml:space="preserve">9. </w:t>
      </w:r>
      <w:r>
        <w:t>после строки дополнить строкой следующего содержания:</w:t>
      </w:r>
    </w:p>
    <w:p>
      <w:r>
        <w:rPr>
          <w:b/>
        </w:rPr>
        <w:t xml:space="preserve">9. </w:t>
      </w:r>
      <w:r>
        <w:t>строку изложить в следующей редакции:</w:t>
      </w:r>
    </w:p>
    <w:p>
      <w:r>
        <w:rPr>
          <w:b/>
        </w:rPr>
        <w:t xml:space="preserve">9. </w:t>
      </w:r>
      <w:r>
        <w:t>строку 020 04 11 1003703 1 053 000,0" изложить в следующей редакции: 020 04 11 1003703 1 053 000,0"</w:t>
      </w:r>
    </w:p>
    <w:p>
      <w:r>
        <w:rPr>
          <w:b/>
        </w:rPr>
        <w:t xml:space="preserve">9. </w:t>
      </w:r>
      <w:r>
        <w:t>строку 020 04 12 3408319 6 082 000,0" изложить в следующей редакции: 020 04 12 3408319 6 082 000,0"</w:t>
      </w:r>
    </w:p>
    <w:p>
      <w:r>
        <w:rPr>
          <w:b/>
        </w:rPr>
        <w:t xml:space="preserve">9. </w:t>
      </w:r>
      <w:r>
        <w:t>строку 055 09 01 4850400 19 030 600,0" изложить в следующей редакции: 055 09 01 4850400 19 030 600,0"</w:t>
      </w:r>
    </w:p>
    <w:p>
      <w:r>
        <w:rPr>
          <w:b/>
        </w:rPr>
        <w:t xml:space="preserve">9. </w:t>
      </w:r>
      <w:r>
        <w:t>строку 074 07 08 1000600 19 500,0" изложить в следующей редакции: 074 07 08 1000600 19 500,0"</w:t>
      </w:r>
    </w:p>
    <w:p>
      <w:r>
        <w:rPr>
          <w:b/>
        </w:rPr>
        <w:t xml:space="preserve">9. </w:t>
      </w:r>
      <w:r>
        <w:t>строку 074 07 09 1000600 264 500,0" изложить в следующей редакции: 074 07 09 1000600 264 500,0"</w:t>
      </w:r>
    </w:p>
    <w:p>
      <w:r>
        <w:rPr>
          <w:b/>
        </w:rPr>
        <w:t xml:space="preserve">9. </w:t>
      </w:r>
      <w:r>
        <w:t>строку 082 04 05 2670600 144 000,0" изложить в следующей редакции: 082 04 05 2670600 144 000,0"</w:t>
      </w:r>
    </w:p>
    <w:p>
      <w:r>
        <w:rPr>
          <w:b/>
        </w:rPr>
        <w:t xml:space="preserve">9. </w:t>
      </w:r>
      <w:r>
        <w:t>строку 095 07 09 1000600 125 500,0" изложить в следующей редакции: 095 07 09 1000600 125 500,0"</w:t>
      </w:r>
    </w:p>
    <w:p>
      <w:r>
        <w:rPr>
          <w:b/>
        </w:rPr>
        <w:t xml:space="preserve">9. </w:t>
      </w:r>
      <w:r>
        <w:t>строку 595 5 255 305,4" изложить в следующей редакции: 595 5 255 305,4"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