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наркотических средствах и психотропных веществах" в связи с совершенствованием контроля за оборотом прекурсоров наркотических средств и психотропных веществ</w:t>
      </w:r>
    </w:p>
    <w:p>
      <w:r>
        <w:rPr>
          <w:b/>
        </w:rPr>
        <w:t>Статья None. Федеральный закон   от 14.06.2011 № 139-ФЗ</w:t>
      </w:r>
    </w:p>
    <w:p>
      <w:r>
        <w:t>О внесении изменений в Федеральный закон "О наркотических средствах и психотропных веществах" в связи с совершенствованием контроля за оборотом прекурсоров наркотических средств и психотропных веществ РОССИЙСКАЯ ФЕДЕРАЦИЯ ФЕДЕРАЛЬНЫЙ ЗАКОН О внесении изменений в Федеральный закон "О наркотических средствах и психотропных веществах" в связи с совершенствованием контроля за оборотом прекурсоров наркотических средств и психотропных веществ Принят Государственной Думой 3 июня 2011 года Одобрен Советом Федерации 8 июня 2011 года Статья 1 Внести в Федеральный закон от 8 января 1998 года № 3-ФЗ "О наркотических средствах и психотропных веществах" (Собрание законодательства Российской Федерации, 1998, № 2, ст. 219; 2003, № 2, ст. 167; № 27, ст. 2700; 2005, № 19, ст. 1752; 2006, № 44, ст. 4535; 2007, № 30, ст. 3748; 2008, № 30, ст. 3592; № 48, ст. 5515; № 52, ст. 6233; 2009, № 29, ст. 3614; 2010, № 21, ст. 2525) следующие изменения</w:t>
      </w:r>
    </w:p>
    <w:p>
      <w:r>
        <w:t>абзац двадцатый статьи 1 после слов "психотропных веществ" дополнить словами "и их прекурсоров"</w:t>
      </w:r>
    </w:p>
    <w:p>
      <w:r>
        <w:t>в абзаце втором пункта 1 статьи 2 слова "и психотропных веществ" заменить словами ", психотропных веществ и их прекурсоров"</w:t>
      </w:r>
    </w:p>
    <w:p>
      <w:r>
        <w:t>в пункте 2 статьи 4: а) абзац второй дополнить словами "и внесенных в Список I прекурсоров"; б) абзац третий дополнить словами "и внесенных в Список I прекурсоров"</w:t>
      </w:r>
    </w:p>
    <w:p>
      <w:r>
        <w:t>в статье 5: а) пункт 1 после слов "уничтожение наркотических средств, психотропных веществ)" дополнить словами "и внесенных в Список I прекурсоров (разработку, переработку, ввоз (вывоз), уничтожение внесенных в Список I прекурсоров)"; б) пункт 2 после слов "внесенных в списки I и II," дополнить словами "прекурсоров, внесенных в Список I,"</w:t>
      </w:r>
    </w:p>
    <w:p>
      <w:r>
        <w:t>в статье 8: а) в наименовании слова "и психотропных веществ" заменить словами ", психотропных веществ и внесенных в Список I прекурсоров"; б) в пункте 1 слова "и психотропных веществ" заменить словами ", психотропных веществ и внесенных в Список I прекурсоров"; в) в пункте 2 слова "и психотропных веществ" заменить словами ", психотропных веществ и внесенных в Список I прекурсоров"; г) в пункте 3 слова "и психотропными веществами" заменить словами ", психотропными веществами и внесенными в Список I прекурсорами"</w:t>
      </w:r>
    </w:p>
    <w:p>
      <w:r>
        <w:t>в наименовании главы III слова "и психотропных веществ" заменить словами ", психотропных веществ и внесенных в Список I прекурсоров"</w:t>
      </w:r>
    </w:p>
    <w:p>
      <w:r>
        <w:t>в статье 10: а) в наименовании слова "и психотропных веществ" заменить словами ", психотропных веществ и внесенных в Список I прекурсоров"; б) в пункте 1 слова "и психотропных веществ" заменить словами ", психотропных веществ и внесенных в Список I прекурсоров"; в) в пункте 2 слова "и психотропных веществ" заменить словами ", психотропных веществ и внесенных в Список I прекурсоров", после слов "психотропных веществ" дополнить словами ", внесенных в Список I прекурсоров"; г) в пункте 3: в абзаце первом слова "и психотропных веществ" заменить словами ", психотропных веществ и внесенных в Список I прекурсоров"; в абзаце третьем слова "и психотропных веществ, и (или)" заменить словами ", психотропных веществ и внесенных в Список I прекурсоров, и (или)"; в абзаце четвертом слова "или психотропным веществам либо" заменить словами ", психотропным веществам, внесенным в Список I прекурсорам или"; в абзаце пятом слова "или психотропным веществам либо" заменить словами ", психотропным веществам, внесенным в Список I прекурсорам или"; д) в пункте 4 слова "и психотропных веществ" заменить словами ", психотропных веществ и внесенных в Список I прекурсоров"</w:t>
      </w:r>
    </w:p>
    <w:p>
      <w:r>
        <w:t>в статье 14: а) в пункте 1 слова "и психотропных веществ" заменить словами ", психотропных веществ и прекурсоров"; б) пункт 5 изложить в следующей редакции: "5. Разрешается переработка наркотических средств, психотропных веществ или прекурсоров, внесенных в Список I и изъятых из незаконного оборота, для получения других наркотических средств, психотропных веществ или их прекурсоров и последующего использования их в целях, предусмотренных настоящим Федеральным законом, а также для получения веществ, не являющихся наркотическими средствами, психотропными веществами или их прекурсорами."</w:t>
      </w:r>
    </w:p>
    <w:p>
      <w:r>
        <w:t>в статье 16: а) в наименовании слова "и психотропных веществ" заменить словами ", психотропных веществ и их прекурсоров"; б) дополнить пунктом 4 следующего содержания: "4. Разработка новых прекурсоров наркотических средств и психотропных веществ, внесенных в Список I, осуществляется в целях, в порядке и на условиях, которые определены для наркотических средств и психотропных веществ, внесенных в Список I."</w:t>
      </w:r>
    </w:p>
    <w:p>
      <w:r>
        <w:t>в статье 17: а) в наименовании слова "и психотропных веществ" заменить словами ", психотропных веществ и внесенных в Список I прекурсоров"; б) в пункте 1 слова "Производство наркотических средств и психотропных веществ, внесенных в Список I" заменить словами "Производство наркотических средств, психотропных веществ и прекурсоров, внесенных в Список I", после слов "Изготовление аналитических (стандартных) образцов наркотических средств, психотропных веществ" дополнить словами "и прекурсоров"; в) пункт 4 после слов "внесенных в списки I и II," дополнить словами "а также внесенных в Список I прекурсоров,"</w:t>
      </w:r>
    </w:p>
    <w:p>
      <w:r>
        <w:t>статью 19 изложить в следующей редакции: "Статья 19. Переработка наркотических средств, психотропных веществ и внесенных в Список I прекурсоров Переработка наркотических средств, психотропных веществ и внесенных в Список I прекурсоров в целях получения других наркотических средств, психотропных веществ или внесенных в Список I прекурсоров, препаратов, внесенных в списки II и III, а также в целях получения на их основе веществ, не являющихся наркотическими средствами, психотропными веществами или внесенными в Список I прекурсорами, осуществляется государственными унитарными предприятиями в порядке, установленном Правительством Российской Федерации, при наличии лицензии на указанный вид деятельности."</w:t>
      </w:r>
    </w:p>
    <w:p>
      <w:r>
        <w:t>в статье 20: а) в наименовании слова "и психотропных веществ" заменить словами ", психотропных веществ и внесенных в Список I прекурсоров"; б) в пункте 1 слова "и психотропных веществ" заменить словами ", психотропных веществ и внесенных в Список I прекурсоров"; в) в пункте 2 слова "и психотропных веществ" заменить словами ", психотропных веществ и внесенных в Список I прекурсоров"</w:t>
      </w:r>
    </w:p>
    <w:p>
      <w:r>
        <w:t>в статье 21: а) в наименовании слова "и психотропных веществ" заменить словами ", психотропных веществ и внесенных в Список I прекурсоров"; б) в пункте 1 слова "и психотропных веществ" заменить словами ", психотропных веществ и внесенных в Список I прекурсоров"; в) в пункте 2 слова "и психотропных веществ" заменить словами ", психотропных веществ и внесенных в Список I прекурсоров"; г) в пункте 3 слова "и психотропных веществ" заменить словами ", психотропных веществ и внесенных в Список I прекурсоров"</w:t>
      </w:r>
    </w:p>
    <w:p>
      <w:r>
        <w:t>в статье 22: а) в наименовании слова "и психотропных веществ" заменить словами ", психотропных веществ и внесенных в Список I прекурсоров"; б) в пункте 1 слова "и психотропных веществ" заменить словами ", психотропных веществ и внесенных в Список I прекурсоров"</w:t>
      </w:r>
    </w:p>
    <w:p>
      <w:r>
        <w:t>статью 23 изложить в следующей редакции: "Статья 23. Отпуск, реализация и распределение наркотических средств и психотропных веществ, а также отпуск и реализация внесенных в Список I прекурсоров Отпуск, реализация и распределение наркотических средств и психотропных веществ, а также отпуск и реализация внесенных в Список I прекурсоров осуществляются юридическими лицами в порядке, установленном Правительством Российской Федерации, при наличии лицензий на указанные виды деятельности."</w:t>
      </w:r>
    </w:p>
    <w:p>
      <w:r>
        <w:t>в статье 24: а) в наименовании слова "и психотропных веществ" заменить словами ", психотропных веществ и внесенных в Список I прекурсоров"; б) слова "и психотропных веществ" заменить словами ", психотропных веществ и внесенных в Список I прекурсоров"</w:t>
      </w:r>
    </w:p>
    <w:p>
      <w:r>
        <w:t>пункт 1 статьи 28 после слов "внесенных в" дополнить словами "Список I и"</w:t>
      </w:r>
    </w:p>
    <w:p>
      <w:r>
        <w:t>пункт 2 статьи 29 изложить в следующей редакции: "2. Уничтожение наркотических средств, психотропных веществ и внесенных в Список I прекурсоров может осуществляться в случаях, если: истек срок годности; наркотическое средство, психотропное вещество или внесенный в Список I прекурсор подвергались химическому или физическому воздействию, следствием которого стала их непригодность, исключающая возможность восстановления или переработки; неиспользованные наркотические средства были приняты от родственников умерших больных; трудно определить, является препарат наркотическим средством, психотропным веществом или внесенным в Список I прекурсором; конфискованные наркотическое средство, психотропное вещество или внесенный в Список I прекурсор не могут быть использованы в медицинских, научных или иных целях, а также в других случаях, предусмотренных законодательством Российской Федерации."</w:t>
      </w:r>
    </w:p>
    <w:p>
      <w:r>
        <w:t>в статье 30: а) наименование дополнить словами ", внесенных в Список IV"; б) абзац четвертый пункта 2 после слова "использования" дополнить словом ", перевозки"; в) абзац второй пункта 3 после слова "использования" дополнить словом ", перевозки"; г) пункт 12 после слова "прекурсоров," дополнить словами "внесенных в Список IV,"</w:t>
      </w:r>
    </w:p>
    <w:p>
      <w:r>
        <w:t>в статье 37: а) в пункте 1: в абзаце первом слова "и психотропных веществ" заменить словами ", психотропных веществ и внесенных в Список I прекурсоров"; абзац второй после слов "внесенных в" дополнить словами "Список I,"; абзац третий после слов "внесенных в" дополнить словами "Список I,"; б) пункт 2 после слов "а также прекурсоров, внесенных в" дополнить словами "Список I,"</w:t>
      </w:r>
    </w:p>
    <w:p>
      <w:r>
        <w:t>статью 39 изложить в следующей редакции: "Статья 39. Регистрация операций с наркотическими средствами, психотропными веществами и внесенными в Список I прекурсорами При осуществлении деятельности, связанной с оборотом наркотических средств, психотропных веществ и внесенных в Список I прекурсоров, любые операции, в результате которых изменяются количество и состояние наркотических средств и психотропных веществ, а также количество внесенных в Список I прекурсоров, подлежат регистрации в специальных журналах лицами, на которых эта обязанность возложена приказом руководителя юридического лица. Указанные журналы хранятся в течение 10 лет после внесения в них последней записи. Порядок ведения и хранения указанных журналов устанавливается Правительством Российской Федерации.". Статья 2 Настоящий Федеральный закон вступает в силу по истечении ста двадцати дней после дня его официального опубликования. Президент Российской Федерации Д.Медведев Москва, Кремль 14 июня 2011 года № 139-ФЗ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