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обеспечении доступа к услугам естественных монополий в сфере электроэнергетики, включая основы ценообразования и тарифной политики</w:t>
      </w:r>
    </w:p>
    <w:p>
      <w:r>
        <w:rPr>
          <w:b/>
        </w:rPr>
        <w:t>Статья None. Федеральный закон   от 11.07.2011 № 174-ФЗ</w:t>
      </w:r>
    </w:p>
    <w:p>
      <w:r>
        <w:t>О ратификации Соглашения об обеспечении доступа к услугам естественных монополий в сфере электроэнергетики, включая основы ценообразования и тарифной политики РОССИЙСКАЯ ФЕДЕРАЦИЯ ФЕДЕРАЛЬНЫЙ ЗАКОН О ратификации Соглашения об обеспечении доступа к услугам естественных монополий в сфере электроэнергетики, включая основы ценообразования и тарифной политики Принят Государственной Думой 1 июля 2011 года Одобрен Советом Федерации 6 июля 2011 года Ратифицировать Соглашение об обеспечении доступа к услугам естественных монополий в сфере электроэнергетики, включая основы ценообразования и тарифной политики, подписанное в городе Санкт-Петербурге 19 ноября 2010 года. Президент Российской Федерации Д.Медведев Москва, Кремль 11 июля 2011 года № 174-ФЗ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