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единых правилах государственной поддержки сельского хозяйства</w:t>
      </w:r>
    </w:p>
    <w:p>
      <w:r>
        <w:rPr>
          <w:b/>
        </w:rPr>
        <w:t>Статья None. Федеральный закон   от 11.07.2011 № 177-ФЗ</w:t>
      </w:r>
    </w:p>
    <w:p>
      <w:r>
        <w:t>О ратификации Соглашения о единых правилах государственной поддержки сельского хозяйства РОССИЙСКАЯ ФЕДЕРАЦИЯ ФЕДЕРАЛЬНЫЙ ЗАКОН О ратификации Соглашения о единых правилах государственной поддержки сельского хозяйства Принят Государственной Думой 1 июля 2011 года Одобрен Советом Федерации 6 июля 2011 года Ратифицировать Соглашение о единых правилах государственной поддержки сельского хозяйства, подписанное в городе Москве 9 декабря 2010 года. Президент Российской Федерации Д.Медведев Москва, Кремль 11 июля 2011 года № 177-ФЗ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