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единых принципах и правилах регулирования деятельности субъектов естественных монополий</w:t>
      </w:r>
    </w:p>
    <w:p>
      <w:r>
        <w:rPr>
          <w:b/>
        </w:rPr>
        <w:t>Статья None. Федеральный закон   от 11.07.2011 № 183-ФЗ</w:t>
      </w:r>
    </w:p>
    <w:p>
      <w:r>
        <w:t>О ратификации Соглашения о единых принципах и правилах регулирования деятельности субъектов естественных монополий РОССИЙСКАЯ ФЕДЕРАЦИЯ ФЕДЕРАЛЬНЫЙ ЗАКОН О ратификации Соглашения о единых принципах и правилах регулирования деятельности субъектов естественных монополий Принят Государственной Думой 28 июня 2011 года Одобрен Советом Федерации 6 июля 2011 года Ратифицировать Соглашение о единых принципах и правилах регулирования деятельности субъектов естественных монополий, подписанное в городе Москве 9 декабря 2010 года. Президент Российской Федерации Д.Медведев Москва, Кремль 11 июля 2011 года № 183-ФЗ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