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организации, управления, функционирования и развития общих рынков нефти и нефтепродуктов Республики Беларусь, Республики Казахстан и Российской Федерации</w:t>
      </w:r>
    </w:p>
    <w:p>
      <w:r>
        <w:rPr>
          <w:b/>
        </w:rPr>
        <w:t>Статья None. Федеральный закон   от 11.07.2011 № 189-ФЗ</w:t>
      </w:r>
    </w:p>
    <w:p>
      <w:r>
        <w:t>О ратификации Соглашения о порядке организации, управления, функционирования и развития общих рынков нефти и нефтепродуктов Республики Беларусь, Республики Казахстан и Российской Федерации РОССИЙСКАЯ ФЕДЕРАЦИЯ ФЕДЕРАЛЬНЫЙ ЗАКОН О ратификации Соглашения о порядке организации, управления, функционирования и развития общих рынков нефти и нефтепродуктов Республики Беларусь, Республики Казахстан и Российской Федерации Принят Государственной Думой 1 июля 2011 года Одобрен Советом Федерации 6 июля 2011 года Ратифицировать Соглашение о порядке организации, управления, функционирования и развития общих рынков нефти и нефтепродуктов Республики Беларусь, Республики Казахстан и Российской Федерации, подписанное в городе Москве 9 декабря 2010 года. Президент Российской Федерации Д.Медведев Москва, Кремль 11 июля 2011 года № 189-ФЗ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