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
        <w:rPr>
          <w:b/>
        </w:rPr>
        <w:t>Статья None. Федеральный закон   от 11.07.2011 № 197-ФЗ</w:t>
      </w:r>
    </w:p>
    <w:p>
      <w:r>
        <w:t>О внесении изменений в статью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РОССИЙСКАЯ ФЕДЕРАЦИЯ ФЕДЕРАЛЬНЫЙ ЗАКОН О внесении изменений в статью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Принят Государственной Думой 1 июля 2011 года Одобрен Советом Федерации 6 июля 2011 года Внести в статью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следующие изменения</w:t>
      </w:r>
    </w:p>
    <w:p>
      <w:r>
        <w:t>в части 5 слова "1 января 2012 года" заменить словами "1 июля 2012 года", слова "природного газа," исключить</w:t>
      </w:r>
    </w:p>
    <w:p>
      <w:r>
        <w:t>дополнить частью 5 1 следующего содержания: "5 1 . До 1 января 2015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
    <w:p>
      <w:r>
        <w:t>в части 6 слова "1 января 2012 года" заменить словами "1 июля 2012 года", слова "и (или) системам централизованного газоснабжения," исключить, после слов "иным системам централизованного снабжения энергетическими ресурсами," дополнить словами "за исключением систем централизованного газоснабжения,", слова "природного газа," исключить</w:t>
      </w:r>
    </w:p>
    <w:p>
      <w:r>
        <w:t>дополнить частью 6 1 следующего содержания: "6 1 . До 1 января 2015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газа, а также ввод установленных приборов учета в эксплуатацию."</w:t>
      </w:r>
    </w:p>
    <w:p>
      <w:r>
        <w:t>в части 7 слова "частях 3 -6" заменить словами "частях 3 - 6 1 "</w:t>
      </w:r>
    </w:p>
    <w:p>
      <w:r>
        <w:t>в части 9 слова "частями 5 и 6" заменить словами "частями 5 - 6 1 "</w:t>
      </w:r>
    </w:p>
    <w:p>
      <w:r>
        <w:t>часть 10 дополнить предложением следующего содержания: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лицам, указанным в частях 5 1 и 6 1 настоящей статьи, предложения об оснащении таких объектов приборами учета природного газа."</w:t>
      </w:r>
    </w:p>
    <w:p>
      <w:r>
        <w:t>в части 12 слова "и до 1 января 2013 года (в отношении объектов, предусмотренных частями 5 и 6 настоящей статьи)" заменить словами ", до 1 июля 2013 года (в отношении объектов, предусмотренных частями 5 и 6 настоящей статьи,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до 1 января 2016 года (в отношении объектов, предусмотренных частями 5 1 и 6 1 настоящей статьи, в части оснащения их приборами учета используемого природного газа)", слова "требований частей 3 -6" заменить словами "требований частей 3 - 6 1 ", слова "обязанностей, предусмотренных частями 5 и 6" заменить словами "обязанностей, предусмотренных частями 5 - 6 1 ", слова "и 1 января 2013 года (в отношении объектов, указанных в частях 5 и 6 настоящей статьи, и введенных в эксплуатацию после дня вступления в силу настоящего Федерального закона аналогичных объектов)" заменить словами ", после 1 июля 2013 года (в отношении предусмотренных частями 5 и 6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после 1 января 2016 года (в отношении предусмотренных частями 5 1 и 6 1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Президент Российской Федерации Д.Медведев Москва, Кремль 11 июля 2011 года № 197-ФЗ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