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19 Федерального закона от 11 июля 2001 года № 95-ФЗ "О политических партиях" (Собрание законодательства Российской Федерации, 2001, № 29, ст. 2950; 2002, № 12, ст. 1093; 2005, № 30, ст. 3104) следующие изменения</w:t>
      </w:r>
    </w:p>
    <w:p>
      <w:r>
        <w:t>пункт 4 дополнить новым вторым предложением следующего содержания: "В случае внесения изменений в устав политической партии федеральный уполномоченный орган размещает на указанном сайте текст устава с учетом этих изменений в пятидневный срок со дня государственной регистрации изменений, внесенных в устав политической партии."</w:t>
      </w:r>
    </w:p>
    <w:p>
      <w:r>
        <w:t>дополнить пунктом 7 следующего содержания: "7. Федеральный уполномоченный орган представляет в Центральную избирательную комиссию Российской Федерации заверенную копию устава политической партии в печатном и машиночитаемом виде в пятидневный срок со дня государственной регистрации политической партии либо изменений, внесенных в ее устав."</w:t>
      </w:r>
    </w:p>
    <w:p>
      <w:r>
        <w:rPr>
          <w:b/>
        </w:rPr>
        <w:t>Статья 2</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 39, ст. 3642; 2003, № 26, ст. 2572; № 27, ст. 2711, 2716; 2004, № 24, ст. 2335; № 33, ст. 3368; № 35, ст. 3607; № 50, ст. 4950; 2005, № 27, ст. 2708; № 30, ст. 3104; 2006, № 29, ст. 3124, 3125; № 31, ст. 3427; № 50, ст. 5303; 2007, № 1, ст. 37; № 6, ст. 681; № 10, ст. 1151; № 17, ст. 1938; № 18, ст. 2118; № 31, ст. 4008, 4011; 2008, № 30, ст. 3605, 3616; № 48, ст. 5517; № 52, ст. 6229, 6236; 2009, № 1, ст. 30; № 7, ст. 771; № 14, ст. 1577; № 20, ст. 2391; № 23, ст. 2763; № 29, ст. 3633, 3640; № 45, ст. 5268; № 52, ст. 6433; 2010, № 17, ст. 1986; № 23, ст. 2794, 2799; № 27, ст. 3417; № 31, ст. 4191; № 41, ст. 5192; 2011, № 1, ст. 16; № 11, ст. 1503; № 13, ст. 1685; № 25, ст. 3536) следующие изменения: 1) подпункты 44 и 45 статьи 2 признать утратившими силу; 2) в статье 35: а) в пункте 10 слова ", подтверждающем факт внесения записи об избирательном объединении в единый государственный реестр юридических лиц" заменить словами "о государственной регистрации избирательного объединения"; б) пункт 14 дополнить новым пятым предложением следующего содержания: "При этом законом не может быть предусмотрена обязанность представления копии устава политической партии."; в) в пункте 141: в подпункте "г" слова ", подтверждающего факт внесения записи об избирательном объединении в единый государственный реестр юридических лиц" заменить словами "о государственной регистрации избирательного объединения"; подпункт "д" изложить в следующей редакции: "д) 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 г) в пункте 145: в подпункте "а" слова ", подтверждающего факт внесения записи об избирательном объединении в единый государственный реестр юридических лиц" заменить словами "о государственной регистрации избирательного объединения"; подпункт "б" изложить в следующей редакции: "б) для общественных объединений (за исключением политических партий, их региональных отделений и иных структурных подразделений) - копию устава общественного объединения, заверенную постоянно действующим руководящим органом общественного объединения;"; д) дополнить пунктом 146 следующего содержания: "146. В случае, если избирательным объединением выдвинуты кандидаты по нескольким одномандатным и (или) многомандатным избирательным округам, в избирательную комиссию, осуществляющую регистрацию кандидатов, документы, предусмотренные подпунктами "а" и "б" пункта 145 настоящей статьи, может представить уполномоченный представитель избирательного объединения либо первый представивший указанные документы кандидат, выдвинутый этим избирательным объединением. В таком случае иные кандидаты, выдвинутые этим избирательным объединением, документы, предусмотренные подпунктами "а" и "б" пункта 145 настоящей статьи, в эту же избирательную комиссию могут не представлять."; 3) в статье 37: а) в пункте 7 слово "дееспособному" исключить, после слов "18 лет" дополнить словами "и не признанному судом недееспособным", четвертое предложение исключить; б) пункт 8 изложить в следующей редакции: "8. Форма подписного листа для сбора подписей избирателей в поддержку выдвижения федеральных списков кандидатов в депутаты Государственной Думы Федерального Собрания Российской Федерации, выдвижения (самовыдвижения) кандидатов на должность Президента Российской Федерации, порядок его заполнения и заверения, порядок проверки подписей избирателей и основания признания подписей избирателей недостоверными и (или) недействительными устанавливаются федеральным законом. Подписные листы для сбора подписей избирателей в поддержку выдвижения списков кандидатов, выдвижения (самовыдвижения) кандидатов в депутаты законодательного (представительного) органа государственной власти субъекта Российской Федерации изготавливаются и оформляются по формам согласно приложениям 4 и 5 к настоящему Федеральному закону, в поддержку выдвижения (самовыдвижения) кандидата на должность главы муниципального образования - согласно приложению 6 к настоящему Федеральному закону, в поддержку выдвижения списков кандидатов, выдвижения (самовыдвижения) кандидатов в депутаты представительного органа муниципального образования - согласно приложениям 7 и 8 к настоящему Федеральному закону. Подписные листы для сбора подписей участников референдума в поддержку инициативы проведения референдума субъекта Российской Федерации, местного референдума изготавливаются и оформляются по форме согласно приложению 9 к настоящему Федеральному закону. Форма подписного листа с подписями избирателей в поддержку выдвижения членов выборного органа местного самоуправления, порядок его заполнения и заверения, порядок проверки подписей избирателей и основания признания подписей избирателей недостоверными и (или) недействительными устанавливаются законом субъекта Российской Федерации."; в) пункт 9 изложить в следующей редакции: "9. В случае наличия у кандидата в депутаты законодательного (представительного) органа государственной власти субъекта Российской Федерации, кандидата на должность главы муниципального образования, кандидата в депутаты представительного органа муниципального образования, данные которых указываются в подписном листе, неснятой и непогашенной судимости дополнительно в подписном листе указываются сведения о судимости кандидата. Если кандидат в депутаты законодательного (представительного) органа государственной власти субъекта Российской Федерации, кандидат на должность главы муниципального образования, кандидат в депутаты представительного органа муниципального образования, сведения о которых содержатся в подписном листе, в заявлении о согласии баллотироваться в орган государственной власти субъекта Российской Федерации, орган местного самоуправления в соответствии с пунктом 2 статьи 33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г) дополнить пунктами 10 - 16 следующего содержания: "10. На выборах в органы государственной власти субъектов Российской Федерации, при выдвижении инициативы проведения референдума субъекта Российской Федерации в подписном листе указывается номер специального избирательного счета, специального счета фонда референдума, с которых произведена оплата изготовления подписных листов.</w:t>
      </w:r>
    </w:p>
    <w:p>
      <w:r>
        <w:rPr>
          <w:b/>
        </w:rPr>
        <w:t xml:space="preserve">11. </w:t>
      </w:r>
      <w:r>
        <w:t>Избиратель, участник референдума ставят в подписном листе свою подпись и дату ее внесения, а также указывают свои фамилию, имя, отчество, год рождения (в возрасте 18 лет на день голосования - дополнительно день и месяц рождения), адрес места жительства, серию, номер паспорта или документа, заменяющего паспорт гражданина. Данные об избирателе, участнике референдума, ставящих в подписном листе свою подпись и дату ее внесения, могут вноситься в подписной лист по просьбе избирателя, участника референдума лицом, осуществляющим сбор подписей в поддержку кандидата, списка кандидатов, инициативы проведения референдума. Указанные данные вносятся только рукописным способом, при этом использование карандашей не допускается. Подпись и дату ее внесения избиратель, участник референдума ставят собственноручно. Избиратель вправе ставить подпись в поддержку выдвижения различных кандидатов, списков кандидатов, но только один раз в поддержку одного и того же кандидата, списка кандидатов. Участник референдума вправе ставить подпись в поддержку одной и той же инициативы проведения референдума только один раз</w:t>
      </w:r>
    </w:p>
    <w:p>
      <w:r>
        <w:rPr>
          <w:b/>
        </w:rPr>
        <w:t xml:space="preserve">12. </w:t>
      </w:r>
      <w:r>
        <w:t>Каждый подписной лист должен быть заверен подписью лица, осуществлявшего сбор подписей избирателей, участников референдума. При заверении подписного листа лицо, осуществлявшее сбор подписей избирателей, участников референдума, собственноручно указывает свои фамилию, имя и отчество, дату рождения, адрес места жительства, серию, номер и дату выдачи паспорта или документа, заменяющего паспорт гражданина, наименование или код выдавшего его органа, а также ставит свою подпись и дату ее внесения</w:t>
      </w:r>
    </w:p>
    <w:p>
      <w:r>
        <w:rPr>
          <w:b/>
        </w:rPr>
        <w:t xml:space="preserve">13. </w:t>
      </w:r>
      <w:r>
        <w:t>Каждый подписной лист с подписями избирателей в поддержку выдвижения списка кандидатов должен быть заверен уполномоченным представителем избирательного объединения. Каждый подписной лист с подписями избирателей в поддержку выдвижения (самовыдвижения) кандидата должен быть заверен кандидатом. Каждый подписной лист с подписями избирателей в поддержку инициативы проведения референдума должен быть заверен уполномоченным представителем инициативной группы по проведению референдума. При заверении подписного листа уполномоченный представитель избирательного объединения, кандидат, уполномоченный представитель инициативной группы по проведению референдума напротив своих фамилии, имени и отчества собственноручно ставят свою подпись и дату ее внесения</w:t>
      </w:r>
    </w:p>
    <w:p>
      <w:r>
        <w:rPr>
          <w:b/>
        </w:rPr>
        <w:t xml:space="preserve">14. </w:t>
      </w:r>
      <w:r>
        <w:t>При сборе подписей в поддержку выдвижения кандидата, списка кандидатов, инициативы проведения референдума допускается заполнение подписного листа на лицевой и оборотной сторонах. При этом оборотная сторона является продолжением лицевой стороны с единой нумерацией подписей, а заверительные записи вносятся на оборотной стороне подписного листа непосредственно после последней подписи избирателя</w:t>
      </w:r>
    </w:p>
    <w:p>
      <w:r>
        <w:rPr>
          <w:b/>
        </w:rPr>
        <w:t xml:space="preserve">15. </w:t>
      </w:r>
      <w:r>
        <w:t>После окончания сбора подписей кандидат, уполномоченные представители избирательного объединения, уполномоченные представители инициативной группы по проведению референдума подсчитывают общее число собранных подписей избирателей, участников референдума и составляют в двух экземплярах протокол об итогах сбора подписей по форме, установленной комиссией, организующей выборы, референдум. Каждый экземпляр протокола подписывается соответственно кандидатом, уполномоченным представителем избирательного объединения, уполномоченным представителем инициативной группы по проведению референдума</w:t>
      </w:r>
    </w:p>
    <w:p>
      <w:r>
        <w:rPr>
          <w:b/>
        </w:rPr>
        <w:t xml:space="preserve">16. </w:t>
      </w:r>
      <w:r>
        <w:t>Подписные листы представляются в комиссию в сброшюрованном и пронумерованном виде. Вместе с подписными листами в комиссию представляется протокол об итогах сбора подписей на бумажном носителе в двух экземплярах и в машиночитаемом виде. Законом может быть предусмотрено, что при проведении выборов депутатов законодательного (представительного) органа государственной власти субъекта Российской Федерации, при выдвижении инициативы проведения референдума субъекта Российской Федерации кандидат, избирательное объединение, инициативная группа по проведению референдума обязаны составить и представить в комиссию список лиц, осуществлявших сбор подписей избирателей, участников референдума, нотариально удостоверить сведения о лицах, осуществлявших сбор подписей, и подписи этих лиц, а также представить в комиссию список указанных лиц в машиночитаемом виде по форме, установленной комиссией, организующей выборы, референдум. Законом не может быть предусмотрено представление списка лиц, осуществлявших сбор подписей избирателей, если все подписи были собраны кандидатом, выдвинутым непосредственно, в поддержку своей кандидатуры.";</w:t>
      </w:r>
    </w:p>
    <w:p>
      <w:r>
        <w:rPr>
          <w:b/>
        </w:rPr>
        <w:t xml:space="preserve">62. </w:t>
      </w:r>
      <w:r>
        <w:t>Если при проверке подписей избирателей, участников референдума обнаруживается несколько подписей одного и того же избирателя, участника референдума в поддержку выдвижения одного и того же кандидата, списка кандидатов, одной и той же инициативы проведения референдума, достоверной считается только одна подпись, а остальные подписи считаются недействительными</w:t>
      </w:r>
    </w:p>
    <w:p>
      <w:r>
        <w:rPr>
          <w:b/>
        </w:rPr>
        <w:t xml:space="preserve">63. </w:t>
      </w:r>
      <w:r>
        <w:t>Недостоверной признается подпись, выполненная от имени одного лица другим лицом, на основании заключения эксперта, привлеченного к работе по проверке подписей избирателей, участников референдума в соответствии с пунктом 3 настоящей статьи</w:t>
      </w:r>
    </w:p>
    <w:p>
      <w:r>
        <w:rPr>
          <w:b/>
        </w:rPr>
        <w:t xml:space="preserve">64. </w:t>
      </w:r>
      <w:r>
        <w:t>Недействительными признаются:</w:t>
      </w:r>
    </w:p>
    <w:p>
      <w:r>
        <w:rPr>
          <w:b/>
        </w:rPr>
        <w:t xml:space="preserve">65. </w:t>
      </w:r>
      <w:r>
        <w:t>При обнаружении в подписном листе заполненной строки (заполненных строк), не соответствующей (не соответствующих) требованиям настоящего Федерального закона, не учитывается только подпись в данной строке (данных строках), за исключением случаев, предусмотренных подпунктами "з", "и", "м" и "о" пункта 64 настоящей статьи</w:t>
      </w:r>
    </w:p>
    <w:p>
      <w:r>
        <w:rPr>
          <w:b/>
        </w:rPr>
        <w:t xml:space="preserve">66. </w:t>
      </w:r>
      <w:r>
        <w:t>Специально оговоренные избирателем, участником референдума или лицом, заверяющим подписной лист, при составлении подписного листа исправления и помарки не могут служить основанием для признания подписи избирателя, участника референдума недействительной, если не установлена ее недостоверность или недействительность в соответствии с подпунктами "з", "и", "м" и "о" пункта 64 настоящей статьи.";</w:t>
      </w:r>
    </w:p>
    <w:p>
      <w:r>
        <w:rPr>
          <w:b/>
        </w:rPr>
        <w:t xml:space="preserve">16. </w:t>
      </w:r>
      <w:r>
        <w:t>в статье 38:</w:t>
      </w:r>
    </w:p>
    <w:p>
      <w:r>
        <w:rPr>
          <w:b/>
        </w:rPr>
        <w:t xml:space="preserve">16. </w:t>
      </w:r>
      <w:r>
        <w:t>пункт 11 после слов "за исключением подписных листов с подписями избирателей" дополнить словами "и списка лиц, осуществлявших сбор подписей избирателей, участников референдума"</w:t>
      </w:r>
    </w:p>
    <w:p>
      <w:r>
        <w:rPr>
          <w:b/>
        </w:rPr>
        <w:t xml:space="preserve">16. </w:t>
      </w:r>
      <w:r>
        <w:t>пункт 3 дополнить предложениями следующего содержания: "К проверке могут привлекаться члены нижестоящих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Заключения экспертов могут служить основанием для признания недостоверными и (или) недействительными содержащихся в подписных листах сведений об избирателях, участниках референдума и их подписей. Заключения экспертов излагаются в письменной форме в ведомостях проверки подписных листов или ином документе."</w:t>
      </w:r>
    </w:p>
    <w:p>
      <w:r>
        <w:rPr>
          <w:b/>
        </w:rPr>
        <w:t xml:space="preserve">16. </w:t>
      </w:r>
      <w:r>
        <w:t>дополнить пунктом 31 следующего содержания: "31. Для установления достоверности содержащихся в подписных листах сведений об избирателях, участниках референдума на выборах депутатов законодательного (представительного) органа государственной власти субъекта Российской Федерации, главы и депутатов представительного органа городского округа, не имеющего территориального деления, муниципального района, внутригородской территории города федерального значения, при выдвижении инициативы проведения референдума субъекта Российской Федерации, референдума городского округа, не имеющего территориального деления, муниципального района, внутригородской территории города федерального значения используется ГАС "Выборы", включая регистр избирателей, участников референдума. Для установления достоверности содержащихся в подписных листах сведений об избирателях, участниках референдума на выборах главы и депутатов представительного органа городского округа, имеющего территориальное деление, поселения, при выдвижении инициативы проведения референдума городского округа, имеющего территориальное деление, поселения по решению избирательной комиссии субъекта Российской Федерации может использоваться ГАС "Выборы", включая регистр избирателей, участников референдума."</w:t>
      </w:r>
    </w:p>
    <w:p>
      <w:r>
        <w:rPr>
          <w:b/>
        </w:rPr>
        <w:t xml:space="preserve">16. </w:t>
      </w:r>
      <w:r>
        <w:t>дополнить пунктами 61 - 66 следующего содержания: "61. По результатам проверки подписей избирателей, участников референдума и соответствующих им сведений об избирателях, участниках референдума, содержащихся в подписных листах, подпись избирателя, участника референдума может быть признана достоверной либо недостоверной и (или) недействительной</w:t>
      </w:r>
    </w:p>
    <w:p>
      <w:r>
        <w:rPr>
          <w:b/>
        </w:rPr>
        <w:t xml:space="preserve">64. </w:t>
      </w:r>
      <w:r>
        <w:t>подписи избирателей, участников референдума, собранные до дня оплаты изготовления подписных листов, а на выборах в органы местного самоуправления, при выдвижении инициативы проведения местного референдума - до дня, следующего за днем уведомления комиссии о выдвижении кандидата, заверения списка кандидатов, регистрации инициативной группы по проведению местного референдума</w:t>
      </w:r>
    </w:p>
    <w:p>
      <w:r>
        <w:rPr>
          <w:b/>
        </w:rPr>
        <w:t xml:space="preserve">64. </w:t>
      </w:r>
      <w:r>
        <w:t>подписи лиц, не обладающих активным избирательным правом, правом на участие в референдуме</w:t>
      </w:r>
    </w:p>
    <w:p>
      <w:r>
        <w:rPr>
          <w:b/>
        </w:rPr>
        <w:t xml:space="preserve">64. </w:t>
      </w:r>
      <w:r>
        <w:t>подписи избирателей, участников референдума, указавших в подписном листе сведения, не соответствующие действительности. В этом случае подпись может быть признана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либо заключения эксперта, привлеченного к работе по проверке подписей избирателей, участников референдума в соответствии с пунктом 3 настоящей статьи</w:t>
      </w:r>
    </w:p>
    <w:p>
      <w:r>
        <w:rPr>
          <w:b/>
        </w:rPr>
        <w:t xml:space="preserve">64. </w:t>
      </w:r>
      <w:r>
        <w:t>подписи избирателей, участников референдума без указания каких-либо из сведений, требуемых в соответствии с настоящим Федеральным законом, и (или) без указания даты собственноручного внесения избирателем, участником референдума своей подписи в подписной лист</w:t>
      </w:r>
    </w:p>
    <w:p>
      <w:r>
        <w:rPr>
          <w:b/>
        </w:rPr>
        <w:t xml:space="preserve">64. </w:t>
      </w:r>
      <w:r>
        <w:t>подписи избирателей, участников референдума, сведения о которых внесены в подписной лист нерукописным способом или карандашом</w:t>
      </w:r>
    </w:p>
    <w:p>
      <w:r>
        <w:rPr>
          <w:b/>
        </w:rPr>
        <w:t xml:space="preserve">64. </w:t>
      </w:r>
      <w:r>
        <w:t>подписи избирателей, участников референдума с исправлениями в датах их внесения в подписной лист, если эти исправления специально не оговорены избирателями, участниками референдума, а также подписи избирателей, участников референдума, даты внесения которых проставлены избирателями, участниками референдума несобственноручно, - на основании заключения эксперта, привлеченного к работе по проверке подписей избирателей, участников референдума в соответствии с пунктом 3 настоящей статьи</w:t>
      </w:r>
    </w:p>
    <w:p>
      <w:r>
        <w:rPr>
          <w:b/>
        </w:rPr>
        <w:t xml:space="preserve">64. </w:t>
      </w:r>
      <w:r>
        <w:t>подписи избирателей, участников референдума с исправлениями в соответствующих им сведениях об избирателях, участниках референдума, если эти исправления специально не оговорены избирателями, участниками референдума или лицами, осуществляющими сбор подписей избирателей, участников референдума</w:t>
      </w:r>
    </w:p>
    <w:p>
      <w:r>
        <w:rPr>
          <w:b/>
        </w:rPr>
        <w:t xml:space="preserve">64. </w:t>
      </w:r>
      <w:r>
        <w:t>все подписи избирателей, участников референдума в подписном листе в случае, если подписной лист не заверен собственноручно подписями лица, осуществлявшего сбор подписей избирателей, участников референдума, и (или) уполномоченного представителя избирательного объединения, выдвинувшего список кандидатов, кандидата, уполномоченного представителя инициативной группы по проведению референдума, либо если хотя бы одна из этих подписей недостоверна, либо если подписной лист заверен лицом, осуществлявшим сбор подписей избирателей, участников референдума, не достигшим к моменту сбора подписей возраста 18 лет, и (или) указанное лицо признано судом недееспособным, либо если не указана или не внесена собственноручно хотя бы одна из дат заверения подписного листа, либо если в сведениях о лице, осуществлявшем сбор подписей избирателей, участников референдума, и (или) в дате внесения подписи указанным лицом и (или) уполномоченным представителем избирательного объединения, выдвинувшего список кандидатов, кандидатом, уполномоченным представителем инициативной группы по проведению референдума имеются исправления, специально не оговоренные соответственно лицом, осуществлявшим сбор подписей избирателей, участников референдума, уполномоченным представителем избирательного объединения, выдвинувшего список кандидатов, кандидатом, уполномоченным представителем инициативной группы по проведению референдума, либо если сведения о лице, осуществлявшем сбор подписей избирателей, участников референдума, и (или) об уполномоченном представителе избирательного объединения, выдвинувшего список кандидатов, о кандидате, об уполномоченном представителе инициативной группы по проведению референдума указаны в подписном листе не в полном объеме или не соответствуют действительности, либо если сведения о лице, осуществлявшем сбор подписей избирателей, участников референдума, не внесены им собственноручно</w:t>
      </w:r>
    </w:p>
    <w:p>
      <w:r>
        <w:rPr>
          <w:b/>
        </w:rPr>
        <w:t xml:space="preserve">64. </w:t>
      </w:r>
      <w:r>
        <w:t>все подписи избирателей, участников референдума в подписном листе, форма которого не соответствует требованиям приложений 4 - 9 к настоящему Федеральному закону, и (или) в который не внесены сведения, предусмотренные пунктами 9 и 10 статьи 37 настоящего Федерального закона, и (или) который изготовлен с несоблюдением требований, предусмотренных пунктом 5 статьи 37 настоящего Федерального закона</w:t>
      </w:r>
    </w:p>
    <w:p>
      <w:r>
        <w:rPr>
          <w:b/>
        </w:rPr>
        <w:t xml:space="preserve">64. </w:t>
      </w:r>
      <w:r>
        <w:t>подписи избирателей, участников референдума, собранные с нарушением требований, предусмотренных пунктом 6 статьи 37 настоящего Федерального закона; л) подписи избирателей, участников референдума, если сведения о них внесены в подписной лист не самими избирателями, участниками референдума, ставящими подписи, и не лицом, осуществлявшим сбор подписей избирателей, участников референдума, внесенных в этот подписной лист, - на основании заключения эксперта, привлеченного к работе по проверке подписей избирателей, участников референдума в соответствии с пунктом 3 настоящей статьи; м) все подписи избирателей, участников референдума в подписном листе, который заверен осуществлявшим сбор подписей лицом, не внесенным в список, составленный в соответствии с пунктом 16 статьи 37 настоящего Федерального закона (если составление списка лиц, осуществлявших сбор подписей избирателей, участников референдума, предусмотрено законом); н) подписи избирателей, участников референдума, которые внесены в подписной лист позднее заверения подписного листа лицом, осуществлявшим сбор подписей избирателей, участников референдума, и (или) уполномоченным представителем избирательного объединения, выдвинувшего список кандидатов, кандидатом, уполномоченным представителем инициативной группы по проведению референдума; о) все подписи избирателей, участников референдума в подписном листе, если заверительная запись лица, осуществлявшего сбор подписей избирателей, участников референдума, внесена позднее внесения заверительной записи уполномоченного представителя избирательного объединения, выдвинувшего список кандидатов, кандидата, уполномоченного представителя инициативной группы по проведению референдума</w:t>
      </w:r>
    </w:p>
    <w:p>
      <w:r>
        <w:rPr>
          <w:b/>
        </w:rPr>
        <w:t xml:space="preserve">66. </w:t>
      </w:r>
      <w:r>
        <w:t>дополнить приложениями 4 - 9 следующего содержания: "Приложение 4к Федеральному закону "Об основных гарантиях избирательных прав и права на участие в референдуме граждан Российской Федерации" ПОДПИСНОЙ ЛИСТ Выборы депутатов ___________________________________________________________ (наименование законодательного (представительного) органа государственной власти субъекта Российской Федерации) 1 "___" ________________ года (дата голосования) Мы, нижеподписавшиеся, поддерживаем выдвижение списка кандидатов в депутаты ___________________________________________________________________ (наименование законодательного (представительного) органа государственной власти субъекта Российской Федерации) от избирательного объединения _______________________________________________, (наименование избирательного объединения) во главе которого находятся: _________________________________________________. (фамилии, имена и отчества не менее чем первых трех кандидатов из списка кандидатов) 2 Подписной лист удостоверяю: 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избирательного объединения _____________________ (фамилия, имя, отчество, подпись и дата ее внесения) Специальный избирательный счет № ____________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В случае, если отсутствует общерегиональная часть списка кандидатов, в подписном листе слова "во главе которого находятся:", соответствующая строка и текст подстрочника к ней не воспроизводятся. (Пункт 5 утратил силу в части дополнения приложением 4 - Федеральный закон от 02.05.2012 № 41-ФЗ) Приложение 5к Федеральному закону "Об основных гарантиях избирательных прав и права на участие в референдуме граждан Российской Федерации" ПОДПИСНОЙ ЛИСТ Выборы депутатов ___________________________________________________________ (наименование законодательного (представительного) органа государственной власти субъекта Российской Федерации) 1 "___" ________________ года (дата голосования) Мы, нижеподписавшиеся, поддерживаем___________________________________ (самовыдвижение или выдвижение от избирательного объединения с указанием наименования избирательного объединения) кандидата в депутаты по ________________________________ гражданина Российской (наименование или номер избирательного округа) Федерации _________________________________________________________________, (фамилия, имя, отчество) родившегося ____________, работающего ______________________________________, (дата рождения) (место работы, занимаемая должность или род занятий) проживающего______________________________________________________________. (наименования субъекта Российской Федерации, района, города, иного населенного пункта, где находится место жительства) Подписной лист удостоверяю: 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Кандидат___________________________________________________________________ (фамилия, имя, отчество, подпись и дата ее внесения) Специальный избирательный счет № ___________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______________________________ 1 Текст подстрочников, а также примечание и сноска в изготовленном подписном листе могут не воспроизводиться. Приложение 6к Федеральному закону "Об основных гарантиях избирательных прав и права на участие в референдуме граждан Российской Федерации" ПОДПИСНОЙ ЛИСТ Выборы ____________________________________________________________________ (наименование главы муниципального образования в соответствии с уставом муниципального образования) 1 "____" __________________ года (дата голосования) Мы, нижеподписавшиеся, поддерживаем __________________________________ (самовыдвижение или выдвижение от избирательного объединения с указанием наименования избирательного объединения) кандидата на должность главы ________________________________________________ (наименование муниципального образования в соответствии с уставом муниципального образования) гражданина ________________________________________________________________, (гражданство) (фамилия, имя, отчество) родившегося ____________, работающего ______________________________________, (дата рождения) (место работы, занимаемая должность или род занятий) проживающего _____________________________________________________________. (наименования субъекта Российской Федерации, района, города, иного населенного пункта, где находится место жительства) Подписной лист удостоверяю: 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___________________________________________________________________ (фамилия, имя, отчество, подпись и дата ее внесения)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______________________________ 1 Текст подстрочников, а также примечание и сноска в изготовленном подписном листе могут не воспроизводиться. Приложение 7к Федеральному закону "Об основных гарантиях избирательных прав и права на участие в референдуме граждан Российской Федерации" ПОДПИСНОЙ ЛИСТ Выборы депутатов___________________________________________________________ (наименование представительного органа муниципального образования в соответствии с уставом муниципального образования) 1 "___" __________________ года (дата голосования) Мы, нижеподписавшиеся, поддерживаем выдвижение списка кандидатов от избирательного объединения _________________________________________________, (наименование избирательного объединения) во главе которого находятся: _________________________________________________. (фамилии, имена и отчества, даты рождения не менее чем первых трех кандидатов из списка) 2 Подписной лист удостоверяю: 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избирательного объединения_________________ ___________________________________________________________________________ (фамилия, имя, отчество, подпись и дата ее внесения)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______________________________ 1 Текст подстрочников, а также примечание и сноски в изготовленном подписном листе могут не воспроизводиться. 2 В случае, если отсутствует общемуниципальная часть списка кандидатов, в подписном листе слова "во главе которого находятся", соответствующая строка и текст подстрочника к ней не воспроизводятся. (Пункт 5 утратил силу в части дополнения приложением 7 - Федеральный закон от 02.05.2012 № 41-ФЗ) Приложение 8к Федеральному закону "Об основных гарантиях избирательных прав и права на участие в референдуме граждан Российской Федерации" ПОДПИСНОЙ ЛИСТ Выборы депутатов __________________________________________________________ (наименование представительного органа муниципального образования в соответствии с уставом муниципального образования) 1 "____" __________________ года (дата голосования) Мы, нижеподписавшиеся, поддерживаем _____________________________________________________________________________________________________________ (самовыдвижение или выдвижение от избирательного объединения с указанием наименования избирательного объединения) кандидата в депутаты по ______________________________________________________ (наименование или номер избирательного округа) гражданина ________________________________________________________________, (гражданство) (фамилия, имя, отчество) родившегося ____________, работающего ______________________________________, (дата рождения) (место работы, занимаемая должность или род занятий) проживающего______________________________________________________________. (наименования субъекта Российской Федерации, района, города, иного населенного пункта, где находится место жительства) Подписной лист удостоверяю: _________________________________________________ (фамилия, имя, отчество,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___________________________________________________________________ (фамилия, имя, отчество, подпись и дата ее внесения)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сведения о котором содержатся в подписном листе, в заявлении о согласии баллотироваться в соответствии с пунктом 2 статьи 33 Федерального закона "Об основных гарантиях избирательных прав и права на участие в референдуме граждан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сведений о месте жительства кандидата или после сведений о судимости кандидата. ______________________________ 1 Текст подстрочников, а также примечание и сноска в изготовленном подписном листе могут не воспроизводиться. Приложение 9к Федеральному закону"Об основных гарантиях избирательных прав и права на участие в референдуме граждан Российской Федерации" ПОДПИСНОЙ ЛИСТ РЕФЕРЕНДУМА ___________________________________________________________________________ (наименование субъекта Российской Федерации, муниципального образования) 1 Мы, нижеподписавшиеся, поддерживаем инициативу проведения референдума по вопросу (вопросам): ___________________________________________________________________________ (вопрос (вопросы) референдума) Подписной лист удостоверяю: 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собственноручная подпись члена инициативной группы по проведению референдума субъекта Российской Федерации (местного референдума), осуществлявшего сбор подписей, и дата ее внесения) Уполномоченный представитель инициативной группы по проведению референдума субъекта Российской Федерации (местного референдума): ___________________________________________________________________________ (фамилия, имя, отчество, собственноручные подпись и дата ее внесения) ___________________________________________________________________________ (номер регистрационного свидетельства, выданного инициативной группе по проведению референдума субъекта Российской Федерации (местного референдума), дата его выдачи и наименование комиссии, выдавшей указанное свидетельство) Специальный счет референдума № ________2 ______________________________ 1 Текст подстрочников, а также сноски в изготовленном подписном листе могут не воспроизводиться. 2 Указывается в случае сбора подписей в поддержку инициативы проведения референдума субъекта Российской Федерации."</w:t>
      </w:r>
    </w:p>
    <w:p>
      <w:r>
        <w:rPr>
          <w:b/>
        </w:rPr>
        <w:t>Статья 3</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3124; № 31, ст. 3427; 2007, № 18, ст. 2118; 2009, № 7, ст. 771; № 20, ст. 2391; № 23, ст. 2763; № 29, ст. 3633; 2010, № 17, ст. 1986) следующие изменения</w:t>
      </w:r>
    </w:p>
    <w:p>
      <w:r>
        <w:t>в подпункте 1 пункта 9 статьи 35 слова "устава политической партии и документа, подтверждающего факт внесения записи о политической партии в единый государственный реестр юридических лиц" заменить словами "документа о государственной регистрации политической партии, выданного федеральным органом исполнительной власти, уполномоченным на осуществление функций в сфере регистрации политических партий"</w:t>
      </w:r>
    </w:p>
    <w:p>
      <w:r>
        <w:t>в статье 36: а) в пункте 5 слова "При сборе подписей избирателей в подписном" заменить словами "В подписном", слова ", либо делается запись: "Самовыдвижение" исключить, второе предложение изложить в следующей редакции: "В случае наличия у кандидата неснятой и непогашенной судимости дополнительно в подписном листе указываются сведения о судимости кандидата.", слова "тираж изготовленных подписных листов" исключить; б) пункт 6 изложить в следующей редакции: "6. Если кандидат в заявлении о согласии баллотироваться в соответствии с пунктом 8 статьи 34 либо подпунктом 1 пункта 11 статьи 35 настоящего Федерального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в) в пункте 13 слово ", который" заменить словами "в двух экземплярах, каждый экземпляр которого"</w:t>
      </w:r>
    </w:p>
    <w:p>
      <w:r>
        <w:t>подпункт 21 пункта 1 статьи 37 дополнить словами ", а также список указанных лиц в машиночитаемом виде по форме, установленной Центральной избирательной комиссией Российской Федерации"</w:t>
      </w:r>
    </w:p>
    <w:p>
      <w:r>
        <w:t>в статье 38: а) в пункте 3 слова "и привлеченных специалистов" заменить словами "и организаций, созданных для обеспечения ее деятельности", слова "специализированных организаций, осуществляющих учет населения Российской Федерации, а также иных государственных органов" заменить словами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 а также иные лица в соответствии с пунктом 19 статьи 28 Федерального закона "Об основных гарантиях избирательных прав и права на участие в референдуме граждан Российской Федерации", третье предложение изложить в следующей редакции: "Заключения экспертов могут служить основанием для признания недостоверными и (или) недействительными содержащихся в подписных листах сведений об избирателях и их подписей.", дополнить предложением следующего содержания: "Заключения экспертов излагаются в письменной форме в ведомостях проверки подписных листов или ином документе."; б) в пункте 6 слова "или недействительной" заменить словами "и (или) недействительной"; в) в пункте 7 слова "заверяющими подписные листы" заменить словами "осуществляющими сбор подписей избирателей"; г) пункт 9 признать утратившим силу; д) пункт 10 изложить в следующей редакции: "10. Недостоверной признается подпись, выполненная от имени одного лица другим лицом, на основании заключения эксперта, привлеченного к работе по проверке подписей избирателей в соответствии с пунктом 3 настоящей статьи."; е) в пункте 11: подпункт 2 дополнить словами ", при сборе подписей за пределами территории Российской Федерации - подписи избирателей, не проживающих постоянно за пределами территории Российской Федерации"; подпункт 3 изложить в следующей редакции: "3) подписи избирателей, указавших в подписном листе сведения, не соответствующие действительности. В этом случае подпись может быть признана недействительной только при наличии официальной справки органа, осуществляющего регистрацию граждан Российской Федерации по месту пребывания и по месту жительства в пределах Российской Федерации, сведений, подписанных должностным лицом избирательной комиссии субъекта Российской Федерации, в том числе полученных по каналам связи в электронном виде в рамках ГАС "Выборы" и подписанных электронной цифровой подписью, либо заключения эксперта, привлеченного к работе по проверке подписей избирателей в соответствии с пунктом 3 настоящей статьи;"; в подпункте 6 слова "на основании письменного заключения эксперта, привлеченного к проверке в соответствии с пунктом 3 настоящей статьи" заменить словами "на основании заключения эксперта, привлеченного к работе по проверке подписей избирателей в соответствии с пунктом 3 настоящей статьи"; подпункт 8 после слов "либо если хотя бы одна из этих подписей недостоверна," дополнить словами "либо если подписной лист заверен лицом, осуществлявшим сбор подписей избирателей, не достигшим к моменту сбора подписей возраста 18 лет, и (или) указанное лицо признано судом недееспособным,", после слова "указаны" дополнить словами "в подписном листе"; в подпункте 10 слова "на основании письменного заключения эксперта, привлеченного к работе по проверке достоверности подписей в соответствии с пунктом 3 настоящей статьи" заменить словами "на основании заключения эксперта, привлеченного к работе по проверке подписей избирателей в соответствии с пунктом 3 настоящей статьи"; подпункт 11 изложить в следующей редакции: "11) все подписи избирателей в подписном листе, форма которого не соответствует требованиям, установленным приложениями 1 и 2 к настоящему Федеральному закону, и (или) в который не внесены сведения, предусмотренные пунктами 5 и 6 статьи 36 настоящего Федерального закона, и (или) который изготовлен с несоблюдением требований, предусмотренных пунктом 3 статьи 36 настоящего Федерального закона;"; дополнить подпунктами 13 и 14 следующего содержания: "13) подписи избирателей, которые внесены в подписной лист позднее заверения подписного листа лицом, осуществлявшим сбор подписей избирателей, и (или) уполномоченным представителем политической партии, выдвинувшей кандидата, кандидатом, выдвинутым в порядке самовыдвижения, или его доверенным лицом</w:t>
      </w:r>
    </w:p>
    <w:p>
      <w:r>
        <w:t>все подписи избирателей в подписном листе, если заверительная запись лица, осуществлявшего сбор подписей избирателей, внесена позднее заверительной записи уполномоченного представителя политической партии, выдвинувшей кандидата, кандидата, выдвинутого в порядке самовыдвижения, или его доверенного лица."; ж) в пункте 12 слова "и 12" заменить словами ", 12 и 14"; з) в пункте 13 слова "и 11" заменить словами ", 11, 12 и 14"; и) в пункте 20 слова "с подпунктами 11 - 4" заменить словами "с подпунктами 11, 2, 3 и 4"</w:t>
      </w:r>
    </w:p>
    <w:p>
      <w:r>
        <w:t>приложения 1 и 2 изложить в следующей редакции: "Приложение 1к Федеральному закону "О выборах Президента Российской Федерации" (в редакции Федерального закона "О внесении изменений в отдельные законодательные акты Российской Федерации") ПОДПИСНОЙ ЛИСТ Выборы Президента Российской Федерации "___" __________ 20__ года ___________________________________________________________________________ (наименование субъекта Российской Федерации, на территории которого осуществлялся сбор подписей избирателей, если сбор подписей избирателей осуществлялся среди избирателей, проживающих за пределами территории Российской Федерации, - наименование иностранного государства) 1 Номер и дата принятия решения Центральной избирательной комиссии Российской Федерации о регистрации группы избирателей, созданной для поддержки самовыдвижения кандидата: __________________________________________________ (фамилия, имя, отчество) Мы, нижеподписавшиеся, поддерживаем самовыдвижение кандидата на должность Президента Российской Федерации гражданина Российской Федерации ___________________________________________________________________________, (фамилия, имя, отчество) родившегося _______________________________________________________________, (дата рождения) работающего _______________________________________________________________, (основное место работы или службы кандидата, занимаемая им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проживающего______________________________________________________________. (наименования субъекта Российской Федерации, района, города, иного населенного пункта, где находится место жительства) Подписной лист удостоверяю: 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Кандидат (доверенное лицо кандидата) ________________________________________ (фамилия, имя, отчество, подпись и дата ее внесения) Специальный избирательный счет № _______________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в заявлении о согласии баллотироваться в соответствии с пунктом 8 статьи 34 Федерального закона "О выборах Президента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______________________________ 1 Текст подстрочников, а также примечание и сноска в изготовленном подписном листе могут не воспроизводиться. Приложение 2к Федеральному закону"О выборах Президента Российской Федерации" (в редакции Федерального закона "О внесении изменений в отдельные законодательные акты Российской Федерации") ПОДПИСНОЙ ЛИСТ Выборы Президента Российской Федерации "___" __________ 20__ года ___________________________________________________________________________ (наименование субъекта Российской Федерации, на территории которого осуществлялся сбор подписей избирателей, если сбор подписей избирателей осуществлялся среди избирателей, проживающих за пределами территории Российской Федерации, - наименование иностранного государства) 1 Номер и дата принятия решения Центральной избирательной комиссии Российской Федерации о регистрации уполномоченного представителя (уполномоченных представителей) политической партии: _________________________ (наименование политической партии) Мы, нижеподписавшиеся, поддерживаем выдвижение политической партией ______________________________________________________ кандидата на должность (наименование политической партии) Президента Российской Федерации гражданина Российской Федерации __________________________________, родившегося ____________________________, (фамилия, имя, отчество) (дата рождения) работающего_______________________________________________________________, (основное место работы или службы кандидата, занимаемая им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проживающего______________________________________________________________. (наименования субъекта Российской Федерации, района, города, иного населенного пункта, где находится место жительства) Подписной лист удостоверяю: _________________________________________________ (фамилия, имя, отчество, дата рождения, адрес места жительства, серия и номер паспорта или документа, заменяющего паспорт гражданина, с указанием даты его выдачи, наименования или кода выдавшего его органа, подпись лица, осуществлявшего сбор подписей, и дата ее внесения) Уполномоченный представитель политической партии ____________________________ (фамилия, имя, отчество, подпись и дата ее внесения) Специальный избирательный счет № _______________ Примечание. В случае наличия у кандидата, данные которого указываются в подписном листе, неснятой и непогашенной судимости в подписном листе после отчества кандидата указываются сведения о судимости кандидата. Если кандидат в заявлении о согласии баллотироваться в соответствии с подпунктом 1 пункта 11 статьи 35 Федерального закона "О выборах Президента Российской Федерации"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после отчества кандидата или после сведений о судимости кандидата. ______________________________ 1 Текст подстрочников, а также примечание и сноска в изготовленном подписном листе могут не воспроизводиться."</w:t>
      </w:r>
    </w:p>
    <w:p>
      <w:r>
        <w:rPr>
          <w:b/>
        </w:rPr>
        <w:t>Статья 4</w:t>
      </w:r>
    </w:p>
    <w:p>
      <w:r>
        <w:t>(Утратила силу - Федеральный закон от 22.02.2014 № 20-ФЗ)</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2, 35, 37, 38, приложений 4 - 9 к Федеральному закону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и референдумов, назначенных после дня вступления в силу настоящего Федерального закона</w:t>
      </w:r>
    </w:p>
    <w:p>
      <w:r>
        <w:rPr>
          <w:b/>
        </w:rPr>
        <w:t xml:space="preserve">3. </w:t>
      </w:r>
      <w:r>
        <w:t>Министерство юстиции Российской Федерации представляет в Центральную избирательную комиссию Российской Федерации заверенные копии уставов зарегистрированных политических партий в печатном и машиночитаемом виде в пятидневный срок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