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2011 год и на плановый период 2012 и 2013 годов"</w:t>
      </w:r>
    </w:p>
    <w:p>
      <w:r>
        <w:rPr>
          <w:b/>
        </w:rPr>
        <w:t>Статья 1</w:t>
      </w:r>
    </w:p>
    <w:p>
      <w:r>
        <w:t>Внести в Федеральный закон от 13 декабря 2010 года № 357-ФЗ "О федеральном бюджете на 2011 год и на плановый период 2012 и 2013 годов" (Собрание законодательства Российской Федерации, 2010, № 51, ст. 6809; 2011, № 23, ст. 3245; № 30, ст. 4599) следующие изменения</w:t>
      </w:r>
    </w:p>
    <w:p>
      <w:r>
        <w:t>в части 1 статьи 1: а) в абзаце первом слова "в размере 53 274,0 млрд. рублей" заменить словами "в размере 53 332,0 млрд. рублей"; б) в пункте 1 слова "в сумме 10 303 412 278,0 тыс. рублей" заменить словами "в сумме 11 121 358 590,0 тыс. рублей"; в) в пункте 2 слова "в сумме 11 022 477 366,9 тыс. рублей" заменить словами "в сумме 11 121 358 590,0 тыс. рублей"; г) в пункте 3 слова "в сумме 4 732 253 419,1 тыс. рублей" заменить словами "в сумме 4 554 955 557,5 тыс. рублей"; д) в пункте 4 слова "в сумме 43,8 млрд. долларов США, или 31,5 млрд. евро" заменить словами "в сумме 40,8 млрд. долларов США, или 28,9 млрд. евро"; е) пункт 5 признать утратившим силу</w:t>
      </w:r>
    </w:p>
    <w:p>
      <w:r>
        <w:t>пункт 3 части 3 статьи 5 изложить в следующей редакции: "3) уплата процентов, начисленных при нарушении срока возврата излишне уплаченных или излишне взысканных таможенных пошлин, налогов, таможенных сборов, специальных, антидемпинговых, компенсационных пошлин, соответствующих пеней, уплата процентов, начисленных на суммы излишне уплаченных или излишне взысканных таможенных пошлин, налогов, таможенных сборов, специальных, антидемпинговых, компенсационных пошлин, подлежат отражению по отдельному коду подвида доходов соответствующих кодов классификации доходов бюджетов, предусмотренных для учета вывозных таможенных пошлин, налогов, таможенных сборов, а также по отдельному коду подвида доходов соответствующих кодов классификации доходов бюджетов, предусмотренных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w:t>
      </w:r>
    </w:p>
    <w:p>
      <w:r>
        <w:t>в статье 7: а) в части 1 слова "в сумме 296 717 507,5 тыс. рублей" заменить словами "в сумме 320 186 098,7 тыс. рублей"; б) в пункте 1 части 2 слова "9 (секретно), 91 (секретно), 92 (секретно), 10 (совершенно секретно) и 101 (совершенно секретно)" заменить словами "82, 9 (секретно), 91 (секретно), 92 (секретно), 93 (секретно), 10 (совершенно секретно), 101 (совершенно секретно) и 102 (совершенно секретно)"; в) в пункте 1 части 3 слова "15 (секретно), 151 (секретно) и 152 (секретно)" заменить словами "142, 15 (секретно), 151 (секретно), 152 (секретно) и 153 (секретно)"; г) в пункте 1 части 4 слова "18 (секретно) и 181 (секретно)" заменить словами "18 (секретно), 181 (секретно) и 182 (секретно)"; д) в пункте 1 части 5 слова "20, 201, 21 (секретно), 211 (секретно), 212 (секретно), 22 (совершенно секретно) и 221 (совершенно секретно)" заменить словами "20, 201, 202, 21 (секретно), 211 (секретно), 212 (секретно), 213 (секретно), 22 (совершенно секретно) и 221 (совершенно секретно)"; е) дополнить частью 7 следующего содержания: "7. Предоставление финансовой поддержки субъектам Российской Федерации за счет имущественного взноса Российской Федерации в государственную корпорацию - Фонд содействия реформированию жилищно-коммунального хозяйства в объеме 22 000 000,0 тыс. рублей осуществляется в порядке, установленном Правительством Российской Федерации."</w:t>
      </w:r>
    </w:p>
    <w:p>
      <w:r>
        <w:t>в статье 11: а) в части 1: в пункте 1 слова "в сумме 15 678 040,0 тыс. рублей" заменить словами "в сумме 18 654 296,7 тыс. рублей"; в абзаце втором пункта 2 слова "в сумме 9 700 000,0 тыс. рублей" заменить словами "в сумме 10 218 000,0 тыс. рублей", слова "отечественного производства и" заменить словами "отечественного производства,", дополнить словами "и в сумме 518 000,0 тыс. рублей в целях финансирования работ по проекту "Изделие 476"; в пункте 3 слова "в сумме 244 200,0 тыс. рублей" заменить словами "в сумме 194 256,0 тыс. рублей"; в пункте 4 слова "в сумме 40 000 000,0 тыс. рублей" заменить словами "в сумме 70 146 903,0 тыс. рублей", дополнить словами "и в сумме 17 758 300,0 тыс. рублей в целях проведения работ по модернизации объектов инфраструктуры железнодорожного транспорта общего пользования"; в пункте 8 слова "в сумме 1 100 000,0 тыс. рублей" заменить словами "в сумме 2 918 919,8 тыс. рублей", дополнить словами ", на погашение основного долга по указанным кредитам и на финансирование мероприятий по модернизации производства"; в пункте 101: в абзаце первом слова "в сумме 1 084 520,6 тыс. рублей" заменить словами "в сумме 1 996 830,2 тыс. рублей"; в абзаце третьем слова "в сумме 48 757,5 тыс. рублей" заменить словами "в сумме 47 893,4 тыс. рублей"; в абзаце четвертом слова "в сумме 515 381,1 тыс. рублей" заменить словами "в сумме 746 236,2 тыс. рублей"; дополнить абзацем следующего содержания: "открытого акционерного общества "Российские железные дороги" (город Москва) в сумме 682 318,6 тыс. рублей;"; в пункте 102 слова "в сумме 25 000 000,0 тыс. рублей" заменить словами "в сумме 47 241 700,0 тыс. рублей"; пункт 103 признать утратившим силу; дополнить пунктами 104 и 105 следующего содержания: "104) открытого акционерного общества "Российский сельскохозяйственный банк" (город Москва) в 2011 году в сумме 40 000 000,0 тыс. рублей в целях кредитования организаций агропромышленного комплекса, крестьянских (фермерских) хозяйств, граждан, ведущих личное подсобное хозяйство, сельскохозяйственных потребительских кооперативов</w:t>
      </w:r>
    </w:p>
    <w:p>
      <w:r>
        <w:t>открытого акционерного общества "Росагролизинг" (город Москва) в 2011 году в сумме 3 500 000,0 тыс. рублей в целях обновления парка сельскохозяйственной техники;"; в пункте 11: абзац восьмой признать утратившим силу; в абзаце тридцатом слова "в сумме 4 053 000,0 тыс. рублей" заменить словами "в сумме 2 170 000,0 тыс. рублей"; в абзаце тридцать первом слова "в сумме 55 000,0 тыс. рублей" заменить словами "в сумме 90 000,0 тыс. рублей"; в абзаце тридцать седьмом слова "в сумме 16 952 690,0 тыс. рублей" заменить словами "в сумме 17 861 810,0 тыс. рублей"; в абзаце сорок девятом слова "в сумме 1 339 300,0 тыс. рублей" заменить словами "в сумме 826 800,0 тыс. рублей"; в абзаце семидесятом слова "в сумме 773 000,0 тыс. рублей" заменить словами "в сумме 743 000,0 тыс. рублей"; в абзаце семьдесят первом слова "в сумме 50 000,0 тыс. рублей" заменить словами "в сумме 80 000,0 тыс. рублей"; в абзаце семьдесят четвертом слова "в сумме 33 100,0 тыс. рублей" заменить словами "в сумме 56 560,0 тыс. рублей"; в абзаце сто первом слова "в 2011 году в сумме 35 000,0 тыс. рублей," исключить; в абзаце сто шестом слова "в 2011 году в сумме 1 000 000,0 тыс. рублей," исключить; в абзаце сто восьмом слова "в 2011 году в сумме 25 000,0 тыс. рублей," исключить; дополнить абзацами следующего содержания: "открытого акционерного общества "Воткинский завод" (город Воткинск, Удмуртская Республика) в 2011 году в сумме 69 203,0 тыс. рублей; открытого акционерного общества "Калужский научно-исследовательский институт телемеханических устройств" (город Калуга) в 2011 году в сумме 90 000,0 тыс. рублей; открытого акционерного общества "Научно-исследовательский институт "Вектор" (город Санкт-Петербург) в 2011 году в сумме 60 000,0 тыс. рублей; открытого акционерного общества "Федеральный научно-производственный центр "Нижегородский научно-исследовательский институт радиотехники" (город Нижний Новгород) в 2011 году в сумме 70 000,0 тыс. рублей."; б) дополнить частью 4 следующего содержания: "4. Правительство Российской Федерации вправе принять в 2011 году передаваемые государственной корпорацией "Агентство по страхованию вкладов" по цене приобретения в казну Российской Федерации акции открытого акционерного общества междугородной и международной электрической связи "Ростелеком", приобретенные государственной корпорацией при осуществлении в соответствии с Федеральным законом от 27 октября 2008 года № 175-ФЗ "О дополнительных мерах для укрепления стабильности банковской системы в период до 31 декабря 2011 года" мероприятий по предупреждению банкротства банков."</w:t>
      </w:r>
    </w:p>
    <w:p>
      <w:r>
        <w:t>в пункте 2 части 5 статьи 12 слова "в сумме 69 882 740,7 тыс. рублей" заменить словами "в сумме 77 717 013,9 тыс. рублей"</w:t>
      </w:r>
    </w:p>
    <w:p>
      <w:r>
        <w:t>в статье 13: а) в части 1 слова "в сумме до 44 000 000,0 тыс. рублей" заменить словами "в сумме до 50 850 000,0 тыс. рублей"; б) в части 4 слова "в сумме до 282 599,9 тыс. рублей" заменить словами "в сумме до 286 248,8 тыс. рублей"</w:t>
      </w:r>
    </w:p>
    <w:p>
      <w:r>
        <w:t>в статье 20: а) в части 1 слова "на 2011 год согласно приложению 42 к настоящему Федеральному закону и" исключить; б) в части 2 слова "на сумму до 11 450 000,0 тыс. рублей" заменить словами "на сумму до 13 150 000,0 тыс. рублей"; в) в части 5: в пункте 1 слова "в сумме 369 107 125,5 тыс. рублей" заменить словами "в сумме 299 080 571,2 тыс. рублей"; в пункте 2 слова "в сумме 70 739 421,5 тыс. рублей" заменить словами "в сумме 68 377 586,4 тыс. рублей"; в пункте 3 слова "в сумме 49 994 844,9 тыс. рублей" заменить словами "в сумме 46 056 921,3 тыс. рублей"; г) дополнить частью 6 следующего содержания: "6. Правительство Российской Федерации вправе в 2011 году принять решение о передаче в собственность города Москвы облигаций внешних облигационных займов Российской Федерации с окончательной датой погашения в 2030 году, полученных Министерством финансов Российской Федерации в соответствии с постановлением Правительства Российской Федерации от 27 июля 1998 года № 841 "Об урегулировании задолженности перед федеральным бюджетом по кредитам в иностранных валютах, предоставленным предприятиям и организациям до 1 января 1992 г.". Передача осуществляется по рыночной стоимости облигаций, определяемой в порядке, установленном федеральным органом исполнительной власти по контролю и надзору в сфере финансовых рынков в соответствии с Налоговым кодексом Российской Федерации."</w:t>
      </w:r>
    </w:p>
    <w:p>
      <w:r>
        <w:t>в статье 24: а) в части 1: в пункте 1 слова "а также" исключить, дополнить словами ", а также на подготовку и проведение мероприятий в связи с участием Российской Федерации в международных финансовых и экономических организациях и форумах"; в пункте 7 слова "в объеме до 13 015 192,0 тыс. рублей" заменить словами "в объеме до 7 058 066,8 тыс. рублей"; пункт 10 после слов "занятости населения," дополнить словами "на меры социальной поддержки граждан, подвергшихся воздействию радиации вследствие радиационных аварий и ядерных испытаний,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 пункт 17 изложить в следующей редакции: "17) бюджетных ассигнований, предусмотренных по подразделу "Социальное обеспечение населения" раздела "Социальная политика" классификации расходов бюджетов, на покрытие складывающихся в процессе исполнения бюджета Пенсионного фонда Российской Федерации и бюджета Фонда социального страхования Российской Федерации дефицитов бюджетов указанных фондов и на предоставление материнского (семейного) капитала в объеме до 192 476 504,6 тыс. рублей, в том числе до 38 075 260,1 тыс. рублей на покрытие дефицита бюджета Фонда социального страхования Российской Федерации, образовавшегося в процессе исполнения бюджета фонда в 2010 году;"; дополнить пунктами 19 и 20 следующего содержания: "19)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выплат федеральным государственным гражданским служащим компенсаций в размере четырехмесячного денежного содержания при увольнении с федеральной государственной гражданской службы в связи с реализацией Указа Президента Российской Федерации от 31 декабря 2010 года № 1657 "Об оптимизации численности федеральных государственных гражданских служащих и работников федеральных государственных органов"</w:t>
      </w:r>
    </w:p>
    <w:p>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главным распорядителям средств федерального бюджета, на уплату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и территориальные фонды обязательного медицинского страхования на обязательное медицинское страхование в связи с индексацией предельной величины базы для начисления страховых взносов."; б) в части 2: пункт 2 дополнить словами ", а также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 в пункте 27 слова "трансфертов бюджету Пенсионного фонда Российской Федерации" заменить словами "трансфертов бюджетам Пенсионного фонда Российской Федерации и Фонда социального страхования Российской Федерации", слово "подразделу" заменить словами "подразделам "Пенсионное обеспечение" и", слова "исполнения бюджета Пенсионного фонда Российской Федерации" заменить словами "исполнения бюджетов Пенсионного фонда Российской Федерации и Фонда социального страхования Российской Федерации"; дополнить пунктами 36 и 37 следующего содержания: "36) перераспределение бюджетных ассигнований, предусмотренных по разделам "Общегосударственные вопросы", "Национальная оборона" и "Национальная безопасность и правоохранительная деятельность" классификации расходов бюджетов на реализацию государственного оборонного заказа, между разделами, подразделами, целевыми статьями, видами расходов классификации расходов бюджетов на основании принятых в установленном Правительством Российской Федерации порядке решений об уточнении государственного оборонного заказа на 2011 год и на плановый период 2012 и 2013 годов</w:t>
      </w:r>
    </w:p>
    <w:p>
      <w:r>
        <w:t>перераспределение бюджетных ассигнований, предусмотренных Министерству обороны Российской Федерации на содержание имущества военных городков, не имеющих перспектив применения для нужд Вооруженных Сил Российской Федерации, при принятии решений о передаче указанного имущества в собственность субъектов Российской Федерации и муниципальных образований."</w:t>
      </w:r>
    </w:p>
    <w:p>
      <w:r>
        <w:t>в приложении 6: а) после строки дополнить строкой следующего содержания: б) после строки дополнить строками следующего содержания: в) после строки дополнить строкой следующего содержания: г) после строки дополнить строкой следующего содержания: д) строку изложить в следующей редакции: е) строку изложить в следующей редакции:</w:t>
      </w:r>
    </w:p>
    <w:p>
      <w:r>
        <w:t>в приложении 7: а) строку изложить в следующей редакции: б) строку изложить в следующей редакции:</w:t>
      </w:r>
    </w:p>
    <w:p>
      <w:r>
        <w:t>в приложении 8: а) строку изложить в следующей редакции: б) строку изложить в следующей редакции: в) строку изложить в следующей редакции: г) строку изложить в следующей редакции:</w:t>
      </w:r>
    </w:p>
    <w:p>
      <w:r>
        <w:t>в приложении 81: а) строку изложить в следующей редакции: б) строку изложить в следующей редакции:</w:t>
      </w:r>
    </w:p>
    <w:p>
      <w:r>
        <w:t>дополнить приложением 82 следующего содержания: "Приложение 82к Федеральному закону"О федеральном бюджете на 2011 год и на плановый период 2012 и 2013 годов" Изменение ведомственной структуры расходов федерального бюджета на 2011 год, предусмотренной приложением 8 к Федеральному закону "О федеральном бюджете на 2011 год и на плановый период 2012 и 2013 годов" (тыс. рублей) Наименование Мин Рз ПР ЦСР ВР Сумма В С Е Г О +115 344 757,9 МИНИСТЕРСТВО ПРОМЫШЛЕННОСТИ И ТОРГОВЛИ РОССИЙСКОЙ ФЕДЕРАЦИИ 020 +27 553,6 Национальная оборона 020 02 -1 027 820,0 Другие вопросы в области национальной обороны 020 02 09 -1 027 820,0 Реализация государственных функций, связанных с обеспечением национальной обороны 020 02 09 2140000 -1 026 360,0 Субсидии казенным предприятиям оборонно-промышленного комплекса 020 02 09 2140700 +300 000,0 Субсидии юридическим лицам 020 02 09 2140700 006 +300 000,0 Субсидии стратегическим организациям оборонно-промышленного комплекса с целью предупреждения банкротства 020 02 09 2143000 -1 326 360,0 Субсидии юридическим лицам 020 02 09 2143000 006 -1 326 360,0 Премии, стипендии за выдающиеся заслуги 020 02 09 5090000 -1 460,0 Указ Президента Российской Федерации от 24 февраля 2004 года № 233 "О мерах государственной поддержки работников организаций оборонно-промышленного комплекса Российской Федерации" 020 02 09 5090400 -1 460,0 Ежемесячная стипендия работникам организаций оборонно-промышленного комплекса Российской Федерации за выдающиеся заслуги в области создания вооружения, военной и специальной техники 020 02 09 5090401 -1 460,0 Прочие расходы 020 02 09 5090401 013 -1 460,0 Национальная экономика 020 04 +1 055 373,6 Общеэкономические вопросы 020 04 01 -117 920,0 Реализация государственных функций в области национальной экономики 020 04 01 3400000 -117 920,0 Техническое регулирование и обеспечение единства измерений 020 04 01 3400100 -117 920,0 Техническое регулирование 020 04 01 3400101 -117 920,0 Выполнение функций государственными органами 020 04 01 3400101 012 -117 920,0 Прикладные научные исследования в области национальной экономики 020 04 11 +5 300,0 Прикладные научные исследования и разработки 020 04 11 0810000 -60 700,0 Научное сопровождение инновационных проектов государственного значения 020 04 11 0810200 -60 700,0 Выполнение функций государственными органами 020 04 11 0810200 012 -60 700,0 Федеральные целевые программы 020 04 11 1000000 +66 000,0 Федеральная целевая программа "Национальная технологическая база" на 2007-2011 годы 020 04 11 1003700 +66 000,0 Расходы общепрограммного характера по федеральной целевой программе "Национальная технологическая база" на 2007-2011 годы 020 04 11 1003702 +101 000,0 Научно-исследовательские и опытно-конструкторские работы 020 04 11 1003702 015 +101 000,0 Подпрограмма "Развитие отечественного станкостроения и инструментальной промышленности" на 2011-2016 годы 020 04 11 1003704 -35 000,0 Научно-исследовательские и опытно-конструкторские работы 020 04 11 1003704 015 -35 000,0 Другие вопросы в области национальной экономики 020 04 12 +1 167 993,6 Субсидии государственным корпорациям 020 04 12 0990000 +722 000,0 Субсидии Государственной корпорации по содействию разработке, производству и экспорту высокотехнологичной промышленной продукции "Ростехнологии" 020 04 12 0990400 +722 000,0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"Ростехнологии" в целях предоставления беспроцентного займа федеральному государственному унитарному предприятию "Научно-производственное предприятие "Исток" 020 04 12 0990404 +722 000,0 Субсидии некоммерческим организациям 020 04 12 0990404 019 +722 000,0 Федеральные целевые программы 020 04 12 1000000 +111 553,6 Федеральная целевая программа "Национальная технологическая база" на 2007-2011 годы 020 04 12 1003700 -101 000,0 Расходы общепрограммного характера по федеральной целевой программе "Национальная технологическая база" на 2007-2011 годы 020 04 12 1003702 -101 000,0 Взнос в уставный капитал открытого акционерного общества "Корпорация "Тактическое ракетное вооружение", г. Королев, Московская область 020 04 12 1003702 178 -101 000,0 Федеральная целевая программа "Развитие электронной компонентной базы и радиоэлектроники" на 2008-2015 годы 020 04 12 1006800 Бюджетные инвестиции 020 04 12 1006800 003 -220 000,0 Взнос в уставный капитал открытого акционерного общества "Рыбинский завод приборостроения", г. Рыбинск, Ярославская область 020 04 12 1006800 344 +35 000,0 Взнос в уставный капитал открытого акционерного общества "Научно-исследовательский институт полупроводниковых приборов", г. Томск 020 04 12 1006800 368 -35 000,0 Взнос в уставный капитал открытого акционерного общества "Федеральный научно-производственный центр "Нижегородский научно-исследовательский институт радиотехники", г. Нижний Новгород 020 04 12 1006800 400 +70 000,0 Взнос в уставный капитал открытого акционерного общества "Калужский научно-исследовательский институт телемеханических устройств", г. Калуга 020 04 12 1006800 623 +90 000,0 Взнос в уставный капитал открытого акционерного общества "Научно-исследовательский институт "Вектор", г. Санкт-Петербург 020 04 12 1006800 624 +60 000,0 Федеральная целевая программа "Развитие гражданской морской техники" на 2009-2016 годы 020 04 12 1007400 +212 553,6 Бюджетные инвестиции 020 04 12 1007400 003 +212 553,6 Реализация государственных функций в области национальной экономики 020 04 12 3400000 +340 180,0 Взнос Российской Федерации в уставные капиталы 020 04 12 3400200 +2 336 919,8 Приобретение дополнительных акций, выпускаемых при увеличении уставного капитала открытого акционерного общества "Объединенная авиастроительная корпорация" 020 04 12 3400200 077 +518 000,0 Взнос Российской Федерации в уставный капитал открытого акционерного общества "Производственное объединение "Северное машиностроительное предприятие" путем размещения дополнительных акций 020 04 12 3400200 537 +1 818 919,8 Субсидии организациям народных художественных промыслов на поддержку производства и реализации изделий народных художественных промыслов 020 04 12 3400500 +200 000,0 Субсидии юридическим лицам 020 04 12 3400500 006 +200 000,0 Государственная поддержка отдельных отраслей промышленности и топливно-энергетического комплекса 020 04 12 3408300 -2 196 739,8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2010-2011 годах, на осуществление сезонных закупок сырья и материалов для производства товаров народного потребления и продукции производственно-технического назначения 020 04 12 3408303 +70 000,0 Субсидии юридическим лицам 020 04 12 3408303 006 +70 000,0 Субсидии организациям легкой и текстильной промышленности на возмещение части затрат на уплату процентов по кредитам, полученным в российских кредитных организациях в 2006-2011 годах, на осуществление технического перевооружения 020 04 12 3408304 -173 000,0 Субсидии юридическим лицам 020 04 12 3408304 006 -173 000,0 Субсидии российским транспортным компаниям и пароходствам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2008-2011 годах, и организациям рыбохозяйственного комплекса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2009-2011 годах, на закупку гражданских судов, изготовленных на российских верфях, на срок до 5 лет 020 04 12 3408306 +43 423,0 Субсидии юридическим лицам 020 04 12 3408306 006 +43 423,0 Субсидии российским транспортным компаниям и пароходствам, а также организациям рыбохозяйственного комплекса на возмещение части затрат на уплату лизинговых платежей по договорам лизинга, заключенным в 2008-2012 годах с российскими лизинговыми компаниями на приобретение гражданских судов, изготовленных на российских верфях 020 04 12 3408307 -50 062,8 Субсидии юридическим лицам 020 04 12 3408307 006 -50 062,8 Субсидии российским производителям самолетов и вертолетов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2008-2011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020 04 12 3408308 -488 000,0 Субсидии юридическим лицам 020 04 12 3408308 006 -488 000,0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2008-2011 годах на закупку воздушных судов отечественного производства с последующей передачей их российским авиакомпаниям по договорам лизинга 020 04 12 3408309 -330 000,0 Субсидии юридическим лицам 020 04 12 3408309 006 -330 000,0 Субсидии российским производителям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2008-2011 годах на техническое перевооружение на срок до 5 лет,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020 04 12 3408311 -219 100,0 Субсидии юридическим лицам 020 04 12 3408311 006 -219 100,0 Субсидии российским организациям сельскохозяйственного и тракторного машиностроения, лесопромышленного комплекса, машиностроения для нефтегазового комплекса и станкоинструментальной промышленности и предприятиям спецметаллургии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2008-2011 годах на техническое перевооружение на срок до 5 лет 020 04 12 3408314 -500 000,0 Субсидии юридическим лицам 020 04 12 3408314 006 -500 000,0 Субсидии на возмещение части затрат на уплату процентов по кредитам, полученным организациями лесопромышленного комплекса в российских кредитных организациях в 2010-2011 годах на создание межсезонных запасов древесины, сырья и топлива 020 04 12 3408316 -150 000,0 Субсидии юридическим лицам 020 04 12 3408316 006 -150 000,0 Субсидии российским организациям транспортного машиностроения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в 2008-2011 годах на технологическое перевооружение 020 04 12 3408321 -400 000,0 Субсидии юридическим лицам 020 04 12 3408321 006 -400 000,0 Премии, стипендии за выдающиеся заслуги 020 04 12 5090000 -5 740,0 Указ Президента Российской Федерации от 29 апреля 2010 года № 518 "О мерах государственной поддержки молодых работников организаций оборонно-промышленного комплекса Российской Федерации" 020 04 12 5090900 -5 740,0 Стипендии молодым работникам организаций оборонно-промышленного комплекса 020 04 12 5090901 -5 740,0 Прочие расходы 020 04 12 5090901 013 -5 740,0 МИНИСТЕРСТВО ЭНЕРГЕТИКИ РОССИЙСКОЙ ФЕДЕРАЦИИ 022 -795 009,0 Национальная экономика 022 04 -795 009,0 Топливно-энергетический комплекс 022 04 02 -1 025 000,0 Федеральные целевые программы 022 04 02 1000000 -1 025 000,0 Федеральная целевая программа "Экономическое и социальное развитие Дальнего Востока и Забайкалья на период до 2013 года" 022 04 02 1004600 -1 025 000,0 Экономическое и социальное развитие Дальнего Востока и Забайкалья на период до 2013 года 022 04 02 1004602 -1 025 000,0 Взнос в уставный капитал открытого акционерного общества "Камчатский газоэнергетический комплекс" (г. Петропавловск-Камчатский, Камчатский край) 022 04 02 1004602 304 -25 000,0 Взнос в уставный капитал открытого акционерного общества "РАО Энергетические системы Востока", г. Благовещенск, Амурская область 022 04 02 1004602 603 -1 000 000,0 Другие вопросы в области национальной экономики 022 04 12 +229 991,0 Реализация государственных функций в области национальной экономики 022 04 12 3400000 +229 991,0 Взнос Российской Федерации в уставные капиталы 022 04 12 3400200 +229 991,0 Приобретение дополнительных акций, выпускаемых при увеличении уставного капитала открытого акционерного общества "Федеральная сетевая компания Единой энергетической системы" 022 04 12 3400200 080 -864,1 Приобретение дополнительных акций, выпускаемых при увеличении уставного капитала открытого акционерного общества "РАО Энергетические системы Востока" 022 04 12 3400200 090 +230 855,1 ФЕДЕРАЛЬНАЯ СЛУЖБА ПО НАДЗОРУ В СФЕРЕ ПРИРОДОПОЛЬЗОВАНИЯ 048 +21 000,0 Охрана окружающей среды 048 06 +21 000,0 Охрана объектов растительного и животного мира и среды их обитания 048 06 03 -5 000,0 Природоохранные учреждения 048 06 03 4110000 -5 000,0 Обеспечение деятельности подведомственных учреждений 048 06 03 4119900 -5 000,0 Выполнение функций бюджетными учреждениями 048 06 03 4119900 001 -5 000,0 Другие вопросы в области охраны окружающей среды 048 06 05 +26 000,0 Руководство и управление в сфере установленных функций 048 06 05 0010000 +26 000,0 Центральный аппарат 048 06 05 0010400 +8 000,0 Выполнение функций государственными органами 048 06 05 0010400 012 +5 000,0 Реализация государственных полномочий по проведению государственной экологической экспертизы 048 06 05 0010400 444 +3 000,0 Территориальные органы 048 06 05 0011500 +18 000,0 Реализация государственных полномочий по проведению государственной экологической экспертизы 048 06 05 0011500 444 +18 000,0 ФЕДЕРАЛЬНОЕ АГЕНТСТВО ПО НЕДРОПОЛЬЗОВАНИЮ 049 Национальная экономика 049 04 Воспроизводство минерально-сырьевой базы 049 04 04 Учреждения, обеспечивающие предоставление услуг в сфере недропользования 049 04 04 2530000 Уплата налога на имущество организаций и земельного налога 049 04 04 2539500 -492,8 Выполнение функций бюджетными учреждениями 049 04 04 2539500 001 -492,8 Обеспечение деятельности подведомственных учреждений 049 04 04 2539900 +492,8 Выполнение функций бюджетными учреждениями 049 04 04 2539900 001 +492,8 МИНИСТЕРСТВО ПРИРОДНЫХ РЕСУРСОВ И ЭКОЛОГИИ РОССИЙСКОЙ ФЕДЕРАЦИИ 051 -13 973,8 Общегосударственные вопросы 051 01 +26,2 Другие общегосударственные вопросы 051 01 13 +26,2 Международное сотрудничество 051 01 13 0300000 +26,2 Обеспечение мероприятий, предусмотренных соглашениями с международными финансовыми организациями 051 01 13 0300300 +26,2 Реализация соглашений с международными финансовыми организациями 051 01 13 0300301 +13,1 Выполнение международных обязательств 051 01 13 0300301 011 +13,1 Софинансирование, связанное с реализацией соглашений с международными финансовыми организациями 051 01 13 0300302 +13,1 Выполнение международных обязательств 051 01 13 0300302 011 +13,1 Национальная экономика 051 04 Общеэкономические вопросы 051 04 01 +3 000,0 Руководство и управление в сфере установленных функций 051 04 01 0010000 +3 000,0 Центральный аппарат 051 04 01 0010400 +3 000,0 Выполнение функций государственными органами 051 04 01 0010400 012 +3 000,0 Воспроизводство минерально-сырьевой базы 051 04 04 -15 000,0 Геологическое изучение недр 051 04 04 2500000 -15 000,0 Геолого-разведочные и другие работы в области геологического изучения недр 051 04 04 2500100 -15 000,0 Выполнение функций государственными органами 051 04 04 2500100 012 -15 000,0 Другие вопросы в области национальной экономики 051 04 12 +12 000,0 Территориальные фонды информации 051 04 12 2510000 +12 000,0 Обеспечение деятельности подведомственных учреждений 051 04 12 2519900 +12 000,0 Выполнение функций бюджетными учреждениями 051 04 12 2519900 001 +12 000,0 Охрана окружающей среды 051 06 -14 000,0 Охрана объектов растительного и животного мира и среды их обитания 051 06 03 -45 500,0 Состояние окружающей среды и природопользования 051 06 03 4100000 -45 500,0 Природоохранные мероприятия 051 06 03 4100100 -45 500,0 Выполнение функций государственными органами 051 06 03 4100100 012 -115 500,0 Иные межбюджетные трансферты 051 06 03 4100100 017 +70 000,0 Другие вопросы в области охраны окружающей среды 051 06 05 +31 500,0 Реализация государственных функций, связанных с общегосударственным управлением 051 06 05 0920000 +31 500,0 Имущественный взнос в автономную некоммерческую организацию "Единый информационный центр" 051 06 05 0923300 +31 500,0 Субсидии некоммерческим организациям 051 06 05 0923300 019 +31 500,0 ФЕДЕРАЛЬНОЕ АГЕНТСТВО ЛЕСНОГО ХОЗЯЙСТВА 053 +312 000,0 Национальная экономика 053 04 +312 000,0 Лесное хозяйство 053 04 07 +312 000,0 Руководство и управление в сфере установленных функций 053 04 07 0010000 -7 500,0 Центральный аппарат 053 04 07 0010400 -4 800,0 Выполнение функций государственными органами 053 04 07 0010400 012 -4 800,0 Территориальные органы 053 04 07 0011500 -2 700,0 Выполнение функций государственными органами 053 04 07 0011500 012 -2 700,0 Учреждения, обеспечивающие предоставление услуг в сфере лесных отношений 053 04 07 2910000 -36 000,0 Обеспечение деятельности подведомственных учреждений 053 04 07 2919900 -36 000,0 Выполнение функций бюджетными учреждениями 053 04 07 2919900 001 -36 000,0 Вопросы в области лесных отношений 053 04 07 2920000 +355 500,0 Реализация отдельных полномочий в области лесных отношений 053 04 07 2920100 +355 500,0 Фонд компенсаций 053 04 07 2920100 009 +355 500,0 МИНИСТЕРСТВО КУЛЬТУРЫ РОССИЙСКОЙ ФЕДЕРАЦИИ 054 +533 066,4 Общегосударственные вопросы 054 01 +1 356,4 Международные отношения и международное сотрудничество 054 01 08 +1 356,4 Международное сотрудничество 054 01 08 0300000 +1 356,4 Взносы в международные организации 054 01 08 0309800 +1 356,4 Выполнение международных обязательств 054 01 08 0309800 011 +1 356,4 Образование 054 07 +2 344 547,7 Среднее профессиональное образование 054 07 04 +101 912,2 Бюджетные инвестиции в объекты капитального строительства, не включенные в целевые программы 054 07 04 1020000 +100 000,0 Строительство объектов общегражданского назначения 054 07 04 1020200 +100 000,0 Строительство объектов социального и производственного комплексов, в том числе объектов общегражданского назначения, жилья, инфраструктуры 054 07 04 1020201 +100 000,0 Бюджетные инвестиции 054 07 04 1020201 003 +100 000,0 Средние специальные учебные заведения 054 07 04 4270000 +1 912,2 Обеспечение деятельности подведомственных учреждений 054 07 04 4279900 +1 912,2 Выполнение функций бюджетными учреждениями 054 07 04 4279900 001 +1 912,2 Высшее и послевузовское профессиональное образование 054 07 06 +2 244 547,7 Федеральные целевые программы 054 07 06 1000000 +1 871 195,7 Федеральная целевая программа "Культура России (2006-2011 годы)" 054 07 06 1000200 +1 871 195,7 Бюджетные инвестиции 054 07 06 1000200 003 +1 871 195,7 Бюджетные инвестиции в объекты капитального строительства, не включенные в целевые программы 054 07 06 1020000 +73 352,0 Строительство объектов общегражданского назначения 054 07 06 1020200 +73 352,0 Строительство объектов социального и производственного комплексов, в том числе объектов общегражданского назначения, жилья, инфраструктуры 054 07 06 1020201 +73 352,0 Бюджетные инвестиции 054 07 06 1020201 003 +73 352,0 Высшие учебные заведения 054 07 06 4300000 +300 000,0 Обеспечение деятельности подведомственных учреждений 054 07 06 4309900 +300 000,0 Выполнение функций бюджетными учреждениями 054 07 06 4309900 001 +300 000,0 Другие вопросы в области образования 054 07 09 -1 912,2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054 07 09 4520000 -1 912,2 Обеспечение деятельности подведомственных учреждений 054 07 09 4529900 -1 912,2 Выполнение функций бюджетными учреждениями 054 07 09 4529900 001 -1 912,2 Культура, кинематография 054 08 -1 812 837,7 Культура 054 08 01 -2 361 547,7 Федеральные целевые программы 054 08 01 1000000 -782 947,7 Федеральная целевая программа "Культура России (2006-2011 годы)" 054 08 01 1000200 -782 947,7 Бюджетные инвестиции 054 08 01 1000200 003 -2 432 947,7 Мероприятия по поддержке и развитию культуры, искусства, кинематографии, средств массовой информации и архивного дела 054 08 01 1000200 023 +1 650 000,0 Бюджетные инвестиции в объекты капитального строительства, не включенные в целевые программы 054 08 01 1020000 -1 561 600,0 Строительство объектов общегражданского назначения 054 08 01 1020200 -1 561 600,0 Строительство объектов социального и производственного комплексов, в том числе объектов общегражданского назначения, жилья, инфраструктуры 054 08 01 1020201 -1 561 600,0 Бюджетные инвестиции 054 08 01 1020201 003 -1 561 600,0 Учреждения культуры и мероприятия в сфере культуры и кинематографии 054 08 01 4400000 -92 000,0 Мероприятия в сфере культуры и кинематографии 054 08 01 4400100 -30 000,0 Выполнение функций государственными органами 054 08 01 4400100 012 -30 000,0 Обеспечение деятельности подведомственных учреждений 054 08 01 4409900 -62 000,0 Выполнение функций бюджетными учреждениями 054 08 01 4409900 001 -62 000,0 Музеи и постоянные выставки 054 08 01 4410000 +62 000,0 Обеспечение деятельности подведомственных учреждений 054 08 01 4419900 +62 000,0 Выполнение функций бюджетными учреждениями 054 08 01 4419900 001 +62 000,0 Библиотеки 054 08 01 4420000 +15 500,0 Обеспечение деятельности подведомственных учреждений 054 08 01 4429900 +15 500,0 Выполнение функций бюджетными учреждениями 054 08 01 4429900 001 +15 500,0 Театры, цирки, концертные и другие организации исполнительских искусств 054 08 01 4430000 -2 500,0 Обеспечение деятельности особо ценных объектов (учреждений) культурного наследия народов Российской Федерации 054 08 01 4439200 -100 000,0 Выполнение функций бюджетными учреждениями 054 08 01 4439200 001 -100 000,0 Обеспечение деятельности подведомственных учреждений 054 08 01 4439900 +97 500,0 Выполнение функций бюджетными учреждениями 054 08 01 4439900 001 +97 500,0 Кинематография 054 08 02 +530 000,0 Учреждения культуры и мероприятия в сфере культуры и кинематографии 054 08 02 4400000 +530 000,0 Мероприятия в сфере культуры и кинематографии 054 08 02 4400100 +500 000,0 Субсидии юридическим лицам 054 08 02 4400100 006 +500 000,0 Субсидии организациям, осуществляющим экспорт кинопродукции и развитие международных связей в кинематографии 054 08 02 4401300 +30 000,0 Субсидии юридическим лицам 054 08 02 4401300 006 +30 000,0 Другие вопросы в области культуры, кинематографии 054 08 04 +18 710,0 Руководство и управление в сфере установленных функций 054 08 04 0010000 -450,0 Центральный аппарат 054 08 04 0010400 -450,0 Выполнение функций государственными органами 054 08 04 0010400 012 -450,0 Международное сотрудничество 054 08 04 0300000 +19 160,0 Обеспечение мероприятий, предусмотренных соглашениями с международными финансовыми организациями 054 08 04 0300300 +19 160,0 Реализация соглашений с международными финансовыми организациями 054 08 04 0300301 +2 300,0 Выполнение международных обязательств 054 08 04 0300301 011 +2 300,0 Софинансирование, связанное с реализацией соглашений с международными финансовыми организациями 054 08 04 0300302 +16 860,0 Выполнение международных обязательств 054 08 04 0300302 011 +16 860,0 МИНИСТЕРСТВО ЗДРАВООХРАНЕНИЯ И СОЦИАЛЬНОГО РАЗВИТИЯ РОССИЙСКОЙ ФЕДЕРАЦИИ 055 +8 108 987,1 Национальная экономика 055 04 -8 900,0 Общеэкономические вопросы 055 04 01 -8 900,0 Реализация государственной политики занятости населения 055 04 01 5100000 -8 900,0 Реализация дополнительных мероприятий, направленных на снижение напряженности на рынке труда субъектов Российской Федерации 055 04 01 5100300 -8 900,0 Выполнение функций государственными органами 055 04 01 5100300 012 -8 900,0 Образование 055 07 +641 159,0 Среднее профессиональное образование 055 07 04 +41 159,0 Средние специальные учебные заведения 055 07 04 4270000 +41 159,0 Уплата налога на имущество организаций и земельного налога 055 07 04 4279500 -3 683,7 Выполнение функций бюджетными учреждениями 055 07 04 4279500 001 -3 683,7 Обеспечение деятельности подведомственных учреждений 055 07 04 4279900 +44 842,7 Выполнение функций бюджетными учреждениями 055 07 04 4279900 001 +44 842,7 Профессиональная подготовка, переподготовка и повышение квалификации 055 07 05 +40 000,0 Институты повышения квалификации 055 07 05 4280000 +40 000,0 Обеспечение деятельности подведомственных учреждений 055 07 05 4289900 +40 000,0 Выполнение функций бюджетными учреждениями 055 07 05 4289900 001 +40 000,0 Высшее и послевузовское профессиональное образование 055 07 06 +560 000,0 Высшие учебные заведения 055 07 06 4300000 +560 000,0 Обеспечение деятельности подведомственных учреждений 055 07 06 4309900 +560 000,0 Выполнение функций бюджетными учреждениями 055 07 06 4309900 001 +560 000,0 Здравоохранение 055 09 +2 538 069,6 Стационарная медицинская помощь 055 09 01 +33 859,8 Больницы, клиники, госпитали, медико-санитарные части 055 09 01 4700000 +2 605 845,1 Обеспечение деятельности подведомственных учреждений 055 09 01 4709900 +2 605 845,1 Выполнение функций бюджетными учреждениями 055 09 01 4709900 001 +2 605 845,1 Реализация государственных функций в области здравоохранения 055 09 01 4850000 -2 571 985,3 Финансовое обеспечение закупок диагностических средств и антивирусных препаратов для профилактики, выявления, мониторинга лечения и лечения лиц, инфицированных вирусами иммунодефицита человека и гепатитов B и C 055 09 01 4850400 -2 544 885,3 Выполнение функций государственными органами 055 09 01 4850400 012 -2 544 885,3 Мероприятия, направленные на формирование здорового образа жизни у населения Российской Федерации, включая сокращение потребления алкоголя и табака 055 09 01 4851700 -27 100,0 Выполнение функций государственными органами 055 09 01 4851700 012 -27 100,0 Амбулаторная помощь 055 09 02 +1 921 159,7 Мероприятия в области санитарно-эпидемиологического надзора 055 09 02 4810000 -345 540,3 Мероприятия по профилактике ВИЧ-инфекции, гепатитов В, С 055 09 02 4810200 -345 540,3 Выполнение функций государственными органами 055 09 02 4810200 012 -345 540,3 Иные безвозмездные и безвозвратные перечисления 055 09 02 5200000 +2 266 700,0 Отдельные полномочия в области обеспечения лекарственными препаратами 055 09 02 5202000 +2 266 700,0 Иные межбюджетные трансферты 055 09 02 5202000 017 +2 266 700,0 Санаторно-оздоровительная помощь 055 09 05 +36 375,8 Санатории для больных туберкулезом 055 09 05 4730000 -15 000,0 Обеспечение деятельности подведомственных учреждений 055 09 05 4739900 -15 000,0 Выполнение функций бюджетными учреждениями 055 09 05 4739900 001 -15 000,0 Санатории для детей и подростков 055 09 05 4740000 +21 375,8 Обеспечение деятельности подведомственных учреждений 055 09 05 4749900 +21 375,8 Выполнение функций бюджетными учреждениями 055 09 05 4749900 001 +21 375,8 Санатории, пансионаты, дома отдыха и турбазы 055 09 05 4750000 +30 000,0 Обеспечение деятельности подведомственных учреждений 055 09 05 4759900 +30 000,0 Выполнение функций бюджетными учреждениями 055 09 05 4759900 001 +30 000,0 Другие вопросы в области здравоохранения 055 09 09 +546 674,3 Руководство и управление в сфере установленных функций 055 09 09 0010000 -360 500,0 Центральный аппарат 055 09 09 0010400 -360 500,0 Выполнение функций государственными органами 055 09 09 0010400 012 -360 500,0 Бюджетные инвестиции в объекты капитального строительства, не включенные в целевые программы 055 09 09 1020000 +20 000,0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055 09 09 1020100 +20 000,0 Бюджетные инвестиции в объекты капитального строительства собственности муниципальных образований 055 09 09 1020102 +20 000,0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055 09 09 1020102 020 +20 000,0 Реализация проектов Комиссии при Президенте Российской Федерации по модернизации и технологическому развитию экономики России 055 09 09 3610000 -45 000,0 Стратегические компьютерные технологии и программное обеспечение 055 09 09 3610100 -45 000,0 ИКТ-услуги в области медицины и здравоохранения и социального обеспечения 055 09 09 3610101 -45 000,0 Выполнение функций государственными органами 055 09 09 3610101 012 -45 000,0 Реализация государственных функций в области здравоохранения 055 09 09 4850000 +932 174,3 Методическое обеспечение и информационная поддержка 055 09 09 4850700 -158 100,0 Выполнение функций государственными органами 055 09 09 4850700 012 -158 100,0 Осуществление организационных мероприятий по обеспечению граждан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055 09 09 4851400 +1 090 274,3 Фонд софинансирования 055 09 09 4851400 010 +1 090 274,3 Социальная политика 055 10 +4 938 658,5 Пенсионное обеспечение 055 10 01 -1 000 000,0 Пенсии 055 10 01 4900000 -1 000 000,0 Выплата региональной доплаты к пенсии 055 10 01 4900400 -1 000 000,0 Иные межбюджетные трансферты 055 10 01 4900400 017 -1 000 000,0 Социальное обслуживание населения 055 10 02 +8 274,7 Дома-интернаты для престарелых и инвалидов 055 10 02 5010000 +7 979,9 Обеспечение деятельности подведомственных учреждений 055 10 02 5019900 +7 979,9 Выполнение функций бюджетными учреждениями 055 10 02 5019900 001 +7 979,9 Учреждения по обучению инвалидов 055 10 02 5020000 +294,8 Обеспечение деятельности подведомственных учреждений 055 10 02 5029900 +294,8 Выполнение функций бюджетными учреждениями 055 10 02 5029900 001 +294,8 Социальное обеспечение населения 055 10 03 +5 093 788,6 Социальная помощь 055 10 03 5050000 +5 112 909,8 Федеральный закон от 24 ноября 1995 года № 181-ФЗ "О социальной защите инвалидов в Российской Федерации" 055 10 03 5050200 +3 808 072,6 Обеспечение инвалидов техническими средствами реабилитации, включая изготовление и ремонт протезно-ортопедических изделий 055 10 03 5050201 +3 808 072,6 Фонд компенсаций 055 10 03 5050201 009 +3 808 072,6 Федеральный закон от 17 июля 1999 года № 178-ФЗ "О государственной социальной помощи" 055 10 03 5050300 +1 402 837,2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055 10 03 5050301 +1 402 837,2 Фонд компенсаций 055 10 03 5050301 009 +1 402 837,2 Обеспечение инвалидов транспортными средствами 055 10 03 5052800 -98 000,0 Социальные выплаты 055 10 03 5052800 005 -98 000,0 Мероприятия по борьбе с беспризорностью, по опеке и попечительству 055 10 03 5110000 -19 121,2 Перевозка несовершеннолетних, самовольно ушедших из семей, детских домов, школ-интернатов, специальных учебно-воспитательных и иных детских учреждений 055 10 03 5110200 -19 121,2 Фонд компенсаций 055 10 03 5110200 009 -19 121,2 Прикладные научные исследования в области социальной политики 055 10 05 +7 585,5 Прикладные научные исследования и разработки 055 10 05 0810000 +7 585,5 Уплата налога на имущество организаций и земельного налога 055 10 05 0819500 +3 683,7 Выполнение функций бюджетными учреждениями 055 10 05 0819500 001 +3 683,7 Обеспечение деятельности подведомственных учреждений 055 10 05 0819900 +3 901,8 Выполнение функций бюджетными учреждениями 055 10 05 0819900 001 +3 901,8 Другие вопросы в области социальной политики 055 10 06 +829 009,7 Реализация государственных функций в области социальной политики 055 10 06 5140000 +829 009,7 Мероприятия в области социальной политики 055 10 06 5140100 -6 185,3 Выполнение функций государственными органами 055 10 06 5140100 012 -6 185,3 Субсидии отдельным общественным организациям и иным некоммерческим объединениям 055 10 06 5140500 +35 195,0 Субсидии некоммерческим организациям 055 10 06 5140500 019 +35 195,0 Разработка и реализация комплекса мер по оказанию поддержки детям, оказавшимся в трудной жизненной ситуации 055 10 06 5140800 +800 000,0 Субсидии некоммерческим организациям 055 10 06 5140800 019 +800 000,0 ФЕДЕРАЛЬНАЯ СЛУЖБА ПО НАДЗОРУ В СФЕРЕ ЗДРАВООХРАНЕНИЯ И СОЦИАЛЬНОГО РАЗВИТИЯ 060 +9 500,0 Здравоохранение 060 09 +9 500,0 Прикладные научные исследования в области здравоохранения 060 09 08 +9 000,0 Прикладные научные исследования и разработки 060 09 08 0810000 +9 000,0 Обеспечение деятельности подведомственных учреждений 060 09 08 0819900 +9 000,0 Выполнение функций бюджетными учреждениями 060 09 08 0819900 001 +9 000,0 Другие вопросы в области здравоохранения 060 09 09 +500,0 Руководство и управление в сфере установленных функций 060 09 09 0010000 +500,0 Центральный аппарат 060 09 09 0010400 +500,0 Выполнение функций государственными органами 060 09 09 0010400 012 +500,0 МИНИСТЕРСТВО СВЯЗИ И МАССОВЫХ КОММУНИКАЦИЙ РОССИЙСКОЙ ФЕДЕРАЦИИ 071 +380 050,0 Национальная экономика 071 04 +380 050,0 Связь и информатика 071 04 10 +380 050,0 Руководство и управление в сфере установленных функций 071 04 10 0010000 +12 538,2 Уплата налога на имущество организаций и земельного налога 071 04 10 0019500 +12 538,2 Выполнение функций государственными органами 071 04 10 0019500 012 +12 538,2 Федеральные целевые программы 071 04 10 1000000 +70 050,0 Государственная программа "Информационное общество" (2011-2020 годы) 071 04 10 1009100 +70 050,0 Выполнение функций государственными органами 071 04 10 1009100 012 +70 050,0 Обеспечение создания, эксплуатации государственной системы изготовления, оформления и контроля паспортно-визовых документов нового поколения 071 04 10 5260000 +297 461,8 Обеспечение создания государственной системы изготовления, оформления и контроля паспортно-визовых документов нового поколения 071 04 10 5260100 +310 000,0 Выполнение функций государственными органами 071 04 10 5260100 012 +310 000,0 Уплата налога на имущество организаций и земельного налога 071 04 10 5269500 -12 538,2 Выполнение функций государственными органами 071 04 10 5269500 012 -12 538,2 МИНИСТЕРСТВО ОБРАЗОВАНИЯ И НАУКИ РОССИЙСКОЙ ФЕДЕРАЦИИ 074 +22 769 004,7 Общегосударственные вопросы 074 01 +140 000,0 Фундаментальные исследования 074 01 10 -4 022,0 Поддержка организаций, осуществляющих фундаментальные исследования 074 01 10 0610000 -4 022,0 Гранты в области науки, культуры, искусства и средств массовой информации 074 01 10 0619000 -4 022,0 Субсидии юридическим лицам 074 01 10 0619000 006 -4 022,0 Прикладные научные исследования в области общегосударственных вопросов 074 01 12 +144 022,0 Прикладные научные исследования и разработки 074 01 12 0810000 +144 022,0 Обеспечение деятельности подведомственных учреждений 074 01 12 0819900 +144 022,0 Выполнение функций бюджетными учреждениями 074 01 12 0819900 001 +144 022,0 Национальная экономика 074 04 +22 205 700,0 Прикладные научные исследования в области национальной экономики 074 04 11 -36 000,0 Федеральные целевые программы 074 04 11 1000000 -36 000,0 Федеральная целевая программа "Развитие фармацевтической и медицинской промышленности Российской Федерации на период до 2020 года и дальнейшую перспективу" 074 04 11 1008700 -36 000,0 Научно-исследовательские и опытно-конструкторские работы 074 04 11 1008700 015 -36 000,0 Другие вопросы в области национальной экономики 074 04 12 +22 241 700,0 Реализация государственных функций в области национальной экономики 074 04 12 3400000 +22 241 700,0 Взнос Российской Федерации в уставные капиталы 074 04 12 3400200 +22 241 700,0 Приобретение дополнительных акций, выпускаемых при увеличении уставного капитала открытого акционерного общества "РОСНАНО" 074 04 12 3400200 088 +22 241 700,0 Образование 074 07 +423 304,7 Общее образование 074 07 02 +12 498,4 Международное сотрудничество 074 07 02 0300000 +1 000,0 Международные культурные, научные и информационные связи 074 07 02 0300400 +1 000,0 Выполнение функций государственными органами 074 07 02 0300400 012 +1 000,0 Школы-интернаты 074 07 02 4220000 +1 945,6 Уплата налога на имущество организаций и земельного налога 074 07 02 4229500 +1 945,6 Выполнение функций бюджетными учреждениями 074 07 02 4229500 001 +1 945,6 Учреждения по внешкольной работе с детьми 074 07 02 4230000 +9 552,8 Уплата налога на имущество организаций и земельного налога 074 07 02 4239500 +9 552,8 Выполнение функций бюджетными учреждениями 074 07 02 4239500 001 +9 552,8 Начальное профессиональное образование 074 07 03 +104 421,1 Специальные профессионально-технические училища 074 07 03 4260000 +104 421,1 Обеспечение деятельности подведомственных учреждений 074 07 03 4269900 +104 421,1 Выполнение функций бюджетными учреждениями 074 07 03 4269900 001 +104 421,1 Среднее профессиональное образование 074 07 04 +715 494,5 Средние специальные учебные заведения 074 07 04 4270000 +715 494,5 Уплата налога на имущество организаций и земельного налога 074 07 04 4279500 +6 854,1 Выполнение функций бюджетными учреждениями 074 07 04 4279500 001 +6 854,1 Обеспечение деятельности подведомственных учреждений 074 07 04 4279900 +708 640,4 Выполнение функций бюджетными учреждениями 074 07 04 4279900 001 +708 640,4 Профессиональная подготовка, переподготовка и повышение квалификации 074 07 05 -27 010,4 Федеральные целевые программы 074 07 05 1000000 -21 000,0 Федеральная целевая программа "Развитие фармацевтической и медицинской промышленности Российской Федерации на период до 2020 года и дальнейшую перспективу" 074 07 05 1008700 -21 000,0 Прочие расходы 074 07 05 1008700 013 -21 000,0 Субсидии федеральным автономным учреждениям, созданным на базе имущества, находящегося в федеральной собственности 074 07 05 1340000 -2 912,1 Субсидии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074 07 05 1340100 +479,9 Субсидии некоммерческим организациям 074 07 05 1340100 019 +479,9 Субсидии федеральным автономным учреждениям на иные цели 074 07 05 1340200 -3 392,0 Субсидии некоммерческим организациям 074 07 05 1340200 019 -3 392,0 Институты повышения квалификации 074 07 05 4280000 +4 275,4 Обеспечение деятельности подведомственных учреждений 074 07 05 4289900 +4 275,4 Выполнение функций бюджетными учреждениями 074 07 05 4289900 001 +4 275,4 Учебные заведения и курсы по переподготовке кадров 074 07 05 4290000 -7 373,7 Обеспечение деятельности подведомственных учреждений 074 07 05 4299900 -7 373,7 Выполнение функций бюджетными учреждениями 074 07 05 4299900 001 -7 373,7 Высшее и послевузовское профессиональное образование 074 07 06 -402 490,7 Международное сотрудничество 074 07 06 0300000 -55 000,0 Обеспечение реализации соглашений с правительствами иностранных государств и организациями 074 07 06 0309600 -55 000,0 Выполнение международных обязательств 074 07 06 0309600 011 -55 000,0 Реализация государственных функций, связанных с общегосударственным управлением 074 07 06 0920000 -443 878,0 Мероприятия, направленные на развитие федеральных автономных учреждений 074 07 06 0923500 -443 878,0 Субсидии некоммерческим организациям 074 07 06 0923500 019 -443 878,0 Субсидии федеральным автономным учреждениям, созданным на базе имущества, находящегося в федеральной собственности 074 07 06 1340000 -197 755,3 Субсидии федеральным автономным учреждениям на финансовое обеспечение выполнения государственного задания на оказание государственных услуг (выполнение работ) 074 07 06 1340100 +770 074,5 Субсидии некоммерческим организациям 074 07 06 1340100 019 +770 074,5 Субсидии федеральным автономным учреждениям на иные цели 074 07 06 1340200 -967 829,8 Субсидии некоммерческим организациям 074 07 06 1340200 019 -967 829,8 Субсидии федеральным бюджетным учреждениям 074 07 06 1350000 +40 226,8 Субсидии федеральным бюджетным учреждениям на финансовое обеспечение выполнения государственного задания на оказание государственных услуг (выполнение работ) 074 07 06 1350100 +40 226,8 Субсидии некоммерческим организациям 074 07 06 1350100 019 +40 226,8 Высшие учебные заведения 074 07 06 4300000 +253 915,8 Обучение в высших учебных заведениях лиц, прошедших военную службу по контракту 074 07 06 4300300 -30 000,0 Выполнение функций бюджетными учреждениями 074 07 06 4300300 001 -30 000,0 Субсидии образовательным учреждениям в странах Содружества Независимых Государств и общественным организациям 074 07 06 4305600 +24,0 Субсидии некоммерческим организациям 074 07 06 4305600 019 +24,0 Обеспечение деятельности особо ценных объектов (учреждений) культурного наследия народов Российской Федерации 074 07 06 4309200 +30 000,0 Выполнение функций бюджетными учреждениями 074 07 06 4309200 001 +30 000,0 Уплата налога на имущество организаций и земельного налога 074 07 06 4309500 -18 352,5 Выполнение функций бюджетными учреждениями 074 07 06 4309500 001 -18 352,5 Обеспечение деятельности подведомственных учреждений 074 07 06 4309900 +272 244,3 Выполнение функций бюджетными учреждениями 074 07 06 4309900 001 +272 244,3 Другие вопросы в области образования 074 07 09 +20 391,8 Руководство и управление в сфере установленных функций 074 07 09 0010000 -21 600,0 Центральный аппарат 074 07 09 0010400 -21 600,0 Выполнение функций государственными органами 074 07 09 0010400 012 -21 600,0 Федеральные целевые программы 074 07 09 1000000 +36 000,0 Федеральная целевая программа "Развитие фармацевтической и медицинской промышленности Российской Федерации на период до 2020 года и дальнейшую перспективу" 074 07 09 1008700 +36 000,0 Выполнение функций государственными органами 074 07 09 1008700 012 +36 000,0 Учреждения, обеспечивающие предоставление услуг в сфере образования 074 07 09 4350000 +5 991,8 Обеспечение деятельности подведомственных учреждений 074 07 09 4359900 +5 991,8 Выполнение функций бюджетными учреждениями 074 07 09 4359900 001 +5 991,8 ФЕДЕРАЛЬНОЕ АГЕНТСТВО ПО РЫБОЛОВСТВУ 076 -431 461,7 Национальная экономика 076 04 -431 461,7 Сельское хозяйство и рыболовство 076 04 05 -487 761,0 Федеральные целевые программы 076 04 05 1000000 -342 900,0 Федеральная целевая программа "Мировой океан" 076 04 05 1000500 -33 000,0 Подпрограмма "Освоение и использование Арктики" 076 04 05 1000507 -33 000,0 Бюджетные инвестиции 076 04 05 1000507 003 -33 000,0 Федеральная целевая программа "Повышение эффективности использования и развитие ресурсного потенциала рыбохозяйственного комплекса в 2009-2014 годах" 076 04 05 1007800 -309 900,0 Бюджетные инвестиции 076 04 05 1007800 003 -309 900,0 Рыболовное хозяйство 076 04 05 2700000 -144 861,0 Субсидии на возмещение рыбохозяйственным организациям и индивидуальным предпринимателям части затрат на уплату процентов по инвестиционным кредитам, полученным в российских кредитных организациях, на строительство и модернизацию рыбопромысловых судов сроком до 5 лет 076 04 05 2700600 -81 171,0 Субсидии юридическим лицам 076 04 05 2700600 006 -81 171,0 Субсидии на возмещение рыбохозяйственным организациям и индивидуальным предпринимателям части затрат на уплату процентов по инвестиционным кредитам, полученным в российских кредитных организациях, на строительство и модернизацию объектов рыбоперерабатывающей инфраструктуры, объектов хранения рыбной продукции сроком до 5 лет 076 04 05 2700700 -63 690,0 Субсидии юридическим лицам 076 04 05 2700700 006 -63 690,0 Другие вопросы в области национальной экономики 076 04 12 +56 299,3 Руководство и управление в сфере установленных функций 076 04 12 0010000 +56 299,3 Территориальные органы 076 04 12 0011500 +56 299,3 Выполнение функций государственными органами 076 04 12 0011500 012 +56 299,3 ФЕДЕРАЛЬНАЯ СЛУЖБА ПО ВЕТЕРИНАРНОМУ И ФИТОСАНИТАРНОМУ НАДЗОРУ 081 -105 960,6 Национальная экономика 081 04 -105 960,6 Другие вопросы в области национальной экономики 081 04 12 -105 960,6 Руководство и управление в сфере установленных функций 081 04 12 0010000 -105 960,6 Центральный аппарат 081 04 12 0010400 -2 000,0 Выполнение функций государственными органами 081 04 12 0010400 012 -2 000,0 Территориальные органы 081 04 12 0011500 -103 960,6 Выполнение функций государственными органами 081 04 12 0011500 012 -103 960,6 МИНИСТЕРСТВО СЕЛЬСКОГО ХОЗЯЙСТВА РОССИЙСКОЙ ФЕДЕРАЦИИ 082 +3 534 677,3 Национальная экономика 082 04 +3 507 737,3 Другие вопросы в области национальной экономики 082 04 12 +3 507 737,3 Руководство и управление в сфере установленных функций 082 04 12 0010000 +7 737,3 Центральный аппарат 082 04 12 0010400 +7 737,3 Выполнение функций государственными органами 082 04 12 0010400 012 +7 737,3 Выплаты независимым экспертам 082 04 12 0010800 -680,0 Выполнение функций государственными органами 082 04 12 0010800 012 -680,0 Уплата налога на имущество организаций и земельного налога 082 04 12 0019500 +680,0 Выполнение функций государственными органами 082 04 12 0019500 012 +680,0 Реализация государственных функций, связанных с общегосударственным управлением 082 04 12 0920000 +3 500 000,0 Взнос Российской Федерации в уставные капиталы 082 04 12 0920400 +3 500 000,0 Взнос в уставный капитал открытого акционерного общества "Росагролизинг" 082 04 12 0920400 083 +3 500 000,0 Образование 082 07 +26 940,0 Высшее и послевузовское профессиональное образование 082 07 06 +26 940,0 Высшие учебные заведения 082 07 06 4300000 +26 940,0 Обеспечение деятельности подведомственных учреждений 082 07 06 4309900 +26 940,0 Выполнение функций бюджетными учреждениями 082 07 06 4309900 001 +26 940,0 ФЕДЕРАЛЬНОЕ АГЕНТСТВО СВЯЗИ 084 +3 410,0 Образование 084 07 +3 410,0 Высшее и послевузовское профессиональное образование 084 07 06 +3 410,0 Высшие учебные заведения 084 07 06 4300000 +3 410,0 Обеспечение деятельности подведомственных учреждений 084 07 06 4309900 +3 410,0 Выполнение функций бюджетными учреждениями 084 07 06 4309900 001 +3 410,0 ГОСУДАРСТВЕННАЯ ФЕЛЬДЪЕГЕРСКАЯ СЛУЖБА РОССИЙСКОЙ ФЕДЕРАЦИИ 089 Национальная безопасность и правоохранительная деятельность 089 03 -14,1 Другие вопросы в области национальной безопасности и правоохранительной деятельности 089 03 14 -14,1 Учреждения по обеспечению хозяйственного обслуживания 089 03 14 0930000 +1 207,8 Обеспечение деятельности подведомственных учреждений 089 03 14 0939900 +1 207,8 Выполнение функций бюджетными учреждениями 089 03 14 0939900 001 +1 207,8 Воинские формирования (органы, подразделения) 089 03 14 2020000 -1 221,9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089 03 14 2026700 +7 778,1 Функционирование органов в сфере национальной безопасности, правоохранительной деятельности и обороны 089 03 14 2026700 014 +7 778,1 Оплата и хранение специального топлива и горюче-смазочных материалов 089 03 14 2026800 -9 000,0 Оплата и хранение специального топлива и горюче-смазочных материалов вне рамок государственного оборонного заказа 089 03 14 2026802 -9 000,0 Функционирование органов в сфере национальной безопасности, правоохранительной деятельности и обороны 089 03 14 2026802 014 -9 000,0 Социальная политика 089 10 +14,1 Социальное обеспечение населения 089 10 03 +14,1 Социальная помощь 089 10 03 5050000 +14,1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089 10 03 5050100 +1,6 Меры социальной поддержки граждан, подвергшихся воздействию радиации вследствие радиационных аварий и ядерных испытаний 089 10 03 5050101 +1,6 Социальные выплаты 089 10 03 5050101 005 +1,6 Федеральный закон от 12 января 1996 года № 8-ФЗ "О погребении и похоронном деле" 089 10 03 5052200 +12,5 Возмещение федеральными органами исполнительной власти расходов на погребение 089 10 03 5052205 +12,5 Социальные выплаты 089 10 03 5052205 005 +12,5 МИНИСТЕРСТВО ФИНАНСОВ РОССИЙСКОЙ ФЕДЕРАЦИИ 092 -136 494 255,3 Общегосударственные вопросы 092 01 -27 691 536,6 Обеспечение деятельности финансовых, налоговых и таможенных органов и органов финансового (финансово-бюджетного) надзора 092 01 06 +85 127,0 Руководство и управление в сфере установленных функций 092 01 06 0010000 +10 512,7 Центральный аппарат 092 01 06 0010400 +10 512,7 Выполнение функций государственными органами 092 01 06 0010400 012 +10 512,7 Международное сотрудничество 092 01 06 0300000 +4 260,0 Обеспечение мероприятий, предусмотренных соглашениями с международными финансовыми организациями 092 01 06 0300300 +4 260,0 Реализация соглашений с международными финансовыми организациями 092 01 06 0300301 +1 640,0 Выполнение международных обязательств 092 01 06 0300301 011 +1 640,0 Софинансирование, связанное с реализацией соглашений с международными финансовыми организациями 092 01 06 0300302 +2 620,0 Выполнение международных обязательств 092 01 06 0300302 011 +2 620,0 Учреждения по обеспечению хозяйственного обслуживания 092 01 06 0930000 +354,3 Обеспечение деятельности подведомственных учреждений 092 01 06 0939900 +354,3 Выполнение функций бюджетными учреждениями 092 01 06 0939900 001 +354,3 Бюджетные инвестиции в объекты капитального строительства, не включенные в целевые программы 092 01 06 1020000 +70 000,0 Строительство объектов общегражданского назначения 092 01 06 1020200 +70 000,0 Строительство объектов социального и производственного комплексов, в том числе объектов общегражданского назначения, жилья, инфраструктуры 092 01 06 1020201 +70 000,0 Бюджетные инвестиции 092 01 06 1020201 003 +70 000,0 Международные отношения и международное сотрудничество 092 01 08 +11 574 804,4 Международное сотрудничество 092 01 08 0300000 +11 574 804,4 Прочие расходы, связанные с международной деятельностью 092 01 08 0300500 -10 000,0 Выполнение международных обязательств 092 01 08 0300500 011 -10 000,0 Оказание финансовой помощи в целях осуществления бюджетных инвестиций Республике Южная Осетия 092 01 08 0301200 -3 000 000,0 Прочие расходы 092 01 08 0301200 013 -3 000 000,0 Взносы в международные организации 092 01 08 0309800 +14 584 804,4 Выполнение международных обязательств 092 01 08 0309800 011 +14 634 748,4 Взнос в уставный капитал Черноморского банка торговли и развития 092 01 08 0309800 362 -49 944,0 Резервные фонды 092 01 11 +2 000 000,0 Резервные фонды 092 01 11 0700000 +2 000 000,0 Резервный фонд Правительства Российской Федерации по предупреждению и ликвидации чрезвычайных ситуаций и последствий стихийных бедствий 092 01 11 0700300 +2 000 000,0 Прочие расходы 092 01 11 0700300 013 +2 000 000,0 Другие общегосударственные вопросы 092 01 13 -41 351 468,0 Руководство и управление в сфере установленных функций 092 01 13 0010000 +669 281,0 Уплата налога на имущество организаций и земельного налога 092 01 13 0019500 -3 500,0 Выполнение функций бюджетными учреждениями 092 01 13 0019500 001 -3 500,0 Обеспечение деятельности подведомственных учреждений 092 01 13 0019900 +672 781,0 Выполнение функций бюджетными учреждениями 092 01 13 0019900 001 +672 781,0 Международное сотрудничество 092 01 13 0300000 -4 973 658,5 Обеспечение мероприятий, предусмотренных соглашениями с международными финансовыми организациями 092 01 13 0300300 -4 973 658,5 Реализация соглашений с международными финансовыми организациями 092 01 13 0300301 -433 242,7 Выполнение международных обязательств 092 01 13 0300301 011 -433 242,7 Софинансирование, связанное с реализацией соглашений с международными финансовыми организациями 092 01 13 0300302 -4 540 415,8 Выполнение международных обязательств 092 01 13 0300302 011 -4 540 415,8 Реализация государственных функций, связанных с общегосударственным управлением 092 01 13 0920000 -35 343 090,5 Выполнение других обязательств государства 092 01 13 0920300 -35 343 090,5 Выполнение других обязательств государства по выплате агентских комиссий и вознаграждения 092 01 13 0920301 -838 800,0 Прочие расходы 092 01 13 0920301 013 -838 800,0 Прочие выплаты по обязательствам государства 092 01 13 0920305 -34 504 290,5 Прочие расходы 092 01 13 0920305 013 -34 504 290,5 Иные безвозмездные и безвозвратные перечисления 092 01 13 5200000 -1 704 000,0 Средства, передаваемые для компенсации дополнительных расходов, возникших в результате решений, принятых органами власти другого уровня 092 01 13 5201500 -1 704 000,0 Иные межбюджетные трансферты 092 01 13 5201500 017 -1 704 000,0 Национальная оборона 092 02 -6 015 103,2 Другие вопросы в области национальной обороны 092 02 09 -6 015 103,2 Воинские формирования (органы, подразделения) 092 02 09 2020000 -6 015 103,2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092 02 09 2026700 -6 015 103,2 Функционирование органов в сфере национальной безопасности, правоохранительной деятельности и обороны 092 02 09 2026700 014 -6 015 103,2 Национальная безопасность и правоохранительная деятельность 092 03 -184 959,3 Миграционная политика 092 03 11 -184 959,3 Государственная программа по оказанию содействия добровольному переселению в Российскую Федерацию соотечественников, проживающих за рубежом 092 03 11 1310000 -184 959,3 Переселение в Российскую Федерацию соотечественников, проживающих за рубежом 092 03 11 1310100 -184 959,3 Выполнение функций государственными органами 092 03 11 1310100 012 -184 959,3 Национальная экономика 092 04 -37 651 831,4 Транспорт 092 04 08 -771 000,0 Реализация государственных функций, связанных с общегосударственным управлением 092 04 08 0920000 -771 000,0 Создание комплексной системы обеспечения безопасности населения на транспорте 092 04 08 0922700 -771 000,0 Прочие расходы 092 04 08 0922700 013 -771 000,0 Другие вопросы в области национальной экономики 092 04 12 -36 880 831,4 Реализация государственных функций, связанных с общегосударственным управлением 092 04 12 0920000 -34 995 155,4 Выполнение других обязательств государства 092 04 12 0920300 -34 995 155,4 Государственные гарантии Российской Федерации 092 04 12 0920303 -71 220,0 Прочие расходы 092 04 12 0920303 013 -71 220,0 Прочие выплаты по обязательствам государства 092 04 12 0920305 -34 923 935,4 Прочие расходы 092 04 12 0920305 013 -34 923 935,4 Реализация государственных функций в области национальной экономики 092 04 12 3400000 -1 885 676,0 Государственная поддержка отдельных отраслей промышленности и топливно-энергетического комплекса 092 04 12 3408300 -1 885 676,0 Субсидии открытому акционерному обществу "Газпром" на покрытие разницы между ценой приобретения газа у оператора проекта "Сахалин-2" и ценой на газ, установленной на входе в газотранспортную систему "Сахалин - Хабаровск - Владивосток", в целях его поставки энергосбытовым организациям Дальневосточного региона 092 04 12 3408320 -1 885 676,0 Субсидии юридическим лицам 092 04 12 3408320 006 -1 885 676,0 Жилищно-коммунальное хозяйство 092 05 -1 378 706,0 Другие вопросы в области жилищно-коммунального хозяйства 092 05 05 -1 378 706,0 Международное сотрудничество 092 05 05 0300000 +1 294,0 Обеспечение мероприятий, предусмотренных соглашениями с международными финансовыми организациями 092 05 05 0300300 +1 294,0 Реализация соглашений с международными финансовыми организациями 092 05 05 0300301 +1 294,0 Выполнение международных обязательств 092 05 05 0300301 011 +1 294,0 Реализация государственных функций, связанных с общегосударственным управлением 092 05 05 0920000 -1 380 000,0 Выполнение других обязательств государства 092 05 05 0920300 -1 380 000,0 Государственные гарантии Российской Федерации 092 05 05 0920303 -1 380 000,0 Прочие расходы 092 05 05 0920303 013 -1 380 000,0 Образование 092 07 -2 347 873,5 Высшее и послевузовское профессиональное образование 092 07 06 +18 540,0 Высшие учебные заведения 092 07 06 4300000 +18 540,0 Уплата налога на имущество организаций и земельного налога 092 07 06 4309500 +2 840,0 Выполнение функций бюджетными учреждениями 092 07 06 4309500 001 +2 840,0 Обеспечение деятельности подведомственных учреждений 092 07 06 4309900 +15 700,0 Выполнение функций бюджетными учреждениями 092 07 06 4309900 001 +15 700,0 Другие вопросы в области образования 092 07 09 -2 366 413,5 Реализация государственных функций, связанных с общегосударственным управлением 092 07 09 0920000 -2 366 413,5 Выполнение других обязательств государства 092 07 09 0920300 -2 366 413,5 Прочие выплаты по обязательствам государства 092 07 09 0920305 -2 366 413,5 Прочие расходы 092 07 09 0920305 013 -2 366 413,5 Здравоохранение 092 09 -2 011 769,0 Санаторно-оздоровительная помощь 092 09 05 +660,0 Санатории, пансионаты, дома отдыха и турбазы 092 09 05 4750000 +660,0 Уплата налога на имущество организаций и земельного налога 092 09 05 4759500 +660,0 Выполнение функций бюджетными учреждениями 092 09 05 4759500 001 +660,0 Другие вопросы в области здравоохранения 092 09 09 -2 012 429,0 Реализация государственных функций, связанных с общегосударственным управлением 092 09 09 0920000 -2 012 429,0 Выполнение других обязательств государства 092 09 09 0920300 -2 012 429,0 Прочие выплаты по обязательствам государства 092 09 09 0920305 -2 012 429,0 Прочие расходы 092 09 09 0920305 013 -2 012 429,0 Социальная политика 092 10 +2 352 322,7 Пенсионное обеспечение 092 10 01 -1 597 102,7 Реализация государственных функций, связанных с общегосударственным управлением 092 10 01 0920000 -1 597 102,7 Софинансирование формирования пенсионных накоплений застрахованных лиц за счет средств Фонда национального благосостояния 092 10 01 0921800 -1 597 102,7 Трансферты бюджету Пенсионного фонда Российской Федерации 092 10 01 0921800 004 -1 597 102,7 Социальное обеспечение населения 092 10 03 +3 644 680,7 Социальная помощь 092 10 03 5050000 +3 644 680,7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092 10 03 5050100 +1 837 503,1 Меры социальной поддержки граждан, подвергшихся воздействию радиации вследствие радиационных аварий и ядерных испытаний 092 10 03 5050101 +1 837 503,1 Социальные выплаты 092 10 03 5050101 005 +1 837 503,1 Федеральный закон от 24 ноября 1995 года № 181-ФЗ "О социальной защите инвалидов в Российской Федерации" 092 10 03 5050200 +4 070 376,5 Обеспечение инвалидов техническими средствами реабилитации, включая изготовление и ремонт протезно-ортопедических изделий 092 10 03 5050201 +4 070 376,5 Трансферты бюджету Фонда социального страхования Российской Федерации 092 10 03 5050201 002 +4 070 376,5 Федеральный закон от 17 июля 1999 года № 178-ФЗ "О государственной социальной помощи" 092 10 03 5050300 +1 736 801,1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092 10 03 5050301 +1 736 801,1 Трансферты бюджету Фонда социального страхования Российской Федерации 092 10 03 5050301 002 +1 736 801,1 Оплата жилищно-коммунальных услуг отдельным категориям граждан 092 10 03 5054600 -4 000 000,0 Фонд компенсаций 092 10 03 5054600 009 -4 000 000,0 Охрана семьи и детства 092 10 04 +304 744,7 Социальная помощь 092 10 04 5050000 +304 744,7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092 10 04 5050100 +304 744,7 Пособие по уходу за ребенком гражданам, подвергшимся воздействию радиации вследствие радиационных аварий 092 10 04 5050103 +304 744,7 Социальные выплаты 092 10 04 5050103 005 +304 744,7 Обслуживание государственного и муниципального долга 092 13 -84 064 799,0 Обслуживание государственного внутреннего и муниципального долга 092 13 01 -78 564 799,0 Процентные платежи по долговым обязательствам 092 13 01 0650000 -78 564 799,0 Процентные платежи по государственному долгу Российской Федерации 092 13 01 0650100 -78 564 799,0 Прочие расходы 092 13 01 0650100 013 -78 564 799,0 Обслуживание государственного внешнего долга 092 13 02 -5 500 000,0 Процентные платежи по долговым обязательствам 092 13 02 0650000 -5 500 000,0 Процентные платежи по государственному долгу Российской Федерации 092 13 02 0650100 -5 500 000,0 Прочие расходы 092 13 02 0650100 013 -5 500 000,0 Межбюджетные трансферты общего характера бюджетам субъектов Российской Федерации и муниципальных образований 092 14 +22 500 000,0 Иные дотации 092 14 02 +22 500 000,0 Дотации 092 14 02 5170000 +22 500 000,0 Поддержка мер по обеспечению сбалансированности бюджетов 092 14 02 5170200 +22 500 000,0 Прочие дотации 092 14 02 5170200 007 +22 500 000,0 ФЕДЕРАЛЬНАЯ СЛУЖБА СТРАХОВОГО НАДЗОРА 093 -35,0 Общегосударственные вопросы 093 01 -35,0 Обеспечение деятельности финансовых, налоговых и таможенных органов и органов финансового (финансово-бюджетного) надзора 093 01 06 -35,0 Руководство и управление в сфере установленных функций 093 01 06 0010000 -35,0 Центральный аппарат 093 01 06 0010400 -35,0 Выполнение функций государственными органами 093 01 06 0010400 012 -35,0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095 -1 500,0 Культура, кинематография 095 08 -1 500,0 Культура 095 08 01 -1 500,0 Учреждения культуры и мероприятия в сфере культуры и кинематографии 095 08 01 4400000 -1 500,0 Мероприятия в сфере культуры и кинематографии 095 08 01 4400100 -1 500,0 Выполнение функций государственными органами 095 08 01 4400100 012 -1 500,0 ФЕДЕРАЛЬНАЯ СЛУЖБА ПО НАДЗОРУ В СФЕРЕ СВЯЗИ, ИНФОРМАЦИОННЫХ ТЕХНОЛОГИЙ И МАССОВЫХ КОММУНИКАЦИЙ 096 Национальная экономика 096 04 Общеэкономические вопросы 096 04 01 Руководство и управление в сфере установленных функций 096 04 01 0010000 Центральный аппарат 096 04 01 0010400 +5 201,0 Выполнение функций государственными органами 096 04 01 0010400 012 +5 201,0 Территориальные органы 096 04 01 0011500 +16 799,0 Выполнение функций государственными органами 096 04 01 0011500 012 +16 799,0 Уплата налога на имущество организаций и земельного налога 096 04 01 0019500 -22 000,0 Выполнение функций государственными органами 096 04 01 0019500 012 -22 000,0 ФЕДЕРАЛЬНОЕ КАЗНАЧЕЙСТВО 100 -276 775,8 Общегосударственные вопросы 100 01 -276 775,8 Обеспечение деятельности финансовых, налоговых и таможенных органов и органов финансового (финансово-бюджетного) надзора 100 01 06 -276 775,8 Руководство и управление в сфере установленных функций 100 01 06 0010000 -257 843,7 Центральный аппарат 100 01 06 0010400 -34 900,0 Выполнение функций государственными органами 100 01 06 0010400 012 -34 900,0 Территориальные органы 100 01 06 0011500 -222 943,7 Выполнение функций государственными органами 100 01 06 0011500 012 -222 943,7 Международное сотрудничество 100 01 06 0300000 +14 969,2 Обеспечение мероприятий, предусмотренных соглашениями с международными финансовыми организациями 100 01 06 0300300 +14 969,2 Реализация соглашений с международными финансовыми организациями 100 01 06 0300301 +12 451,2 Выполнение международных обязательств 100 01 06 0300301 011 +12 451,2 Софинансирование, связанное с реализацией соглашений с международными финансовыми организациями 100 01 06 0300302 +2 518,0 Выполнение международных обязательств 100 01 06 0300302 011 +2 518,0 Бюджетные инвестиции в объекты капитального строительства, не включенные в целевые программы 100 01 06 1020000 -33 901,3 Строительство объектов общегражданского назначения 100 01 06 1020200 -33 901,3 Строительство объектов социального и производственного комплексов, в том числе объектов общегражданского назначения, жилья, инфраструктуры 100 01 06 1020201 -33 901,3 Бюджетные инвестиции 100 01 06 1020201 003 -33 901,3 МИНИСТЕРСТВО ТРАНСПОРТА РОССИЙСКОЙ ФЕДЕРАЦИИ 103 -2 118 087,1 Национальная экономика 103 04 -2 118 087,1 Транспорт 103 04 08 -2 013 087,1 Руководство и управление в сфере установленных функций 103 04 08 0010000 -6 000,0 Центральный аппарат 103 04 08 0010400 -6 000,0 Выполнение функций государственными органами 103 04 08 0010400 012 -6 000,0 Федеральные целевые программы 103 04 08 1000000 -2 007 087,1 Федеральная целевая программа "Развитие транспортной системы России (2010-2015 годы)" 103 04 08 1008100 -2 007 087,1 Подпрограмма "Развитие экспорта транспортных услуг" 103 04 08 1008101 -1 736 244,1 Бюджетные инвестиции 103 04 08 1008101 003 -1 736 244,1 Расходы общепрограммного характера по федеральной целевой программе "Развитие транспортной системы России (2010-2015 годы)" 103 04 08 1008107 -270 843,0 Бюджетные инвестиции 103 04 08 1008107 003 -270 843,0 Прикладные научные исследования в области национальной экономики 103 04 11 -105 000,0 Прикладные научные исследования и разработки 103 04 11 0810000 -36 000,0 Выполнение научно-исследовательских и опытно-конструкторских работ по государственным контрактам 103 04 11 0816900 -36 000,0 Выполнение функций государственными органами 103 04 11 0816900 012 -36 000,0 Федеральные целевые программы 103 04 11 1000000 -69 000,0 Федеральная целевая программа "Развитие транспортной системы России (2010-2015 годы)" 103 04 11 1008100 -69 000,0 Подпрограмма "Развитие экспорта транспортных услуг" 103 04 11 1008101 -69 000,0 Научно-исследовательские и опытно-конструкторские работы 103 04 11 1008101 015 -69 000,0 ФЕДЕРАЛЬНОЕ АГЕНТСТВО ВОЗДУШНОГО ТРАНСПОРТА 107 -1 750 000,0 Национальная экономика 107 04 -1 794 543,0 Транспорт 107 04 08 -1 794 543,0 Реализация государственных функций, связанных с общегосударственным управлением 107 04 08 0920000 +1 200,0 Субсидии на возмещение расходов по содержанию специальных объектов 107 04 08 0920700 +1 200,0 Субсидии юридическим лицам 107 04 08 0920700 006 +1 200,0 Федеральные целевые программы 107 04 08 1000000 -853 683,0 Федеральная целевая программа "Развитие транспортной системы России (2010-2015 годы)" 107 04 08 1008100 -853 683,0 Подпрограмма "Гражданская авиация" 107 04 08 1008106 -853 683,0 Бюджетные инвестиции 107 04 08 1008106 003 +1 096 317,0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107 04 08 1008106 020 -200 000,0 Бюджетные инвестиции, осуществляемые в рамках организации и проведения XXII Олимпийских зимних игр и XI Паралимпийских зимних игр 2014 года в городе Сочи, развития города Сочи как горноклиматического курорта 107 04 08 1008106 550 -1 750 000,0 Бюджетные инвестиции в объекты капитального строительства, не включенные в целевые программы 107 04 08 1020000 -622 070,8 Строительство объектов общегражданского назначения 107 04 08 1020200 -622 070,8 Строительство объектов социального и производственного комплексов, в том числе объектов общегражданского назначения, жилья, инфраструктуры 107 04 08 1020201 -622 070,8 Бюджетные инвестиции 107 04 08 1020201 003 -622 070,8 Воздушный транспорт 107 04 08 3000000 -319 989,2 Государственная поддержка воздушного транспорта 107 04 08 3000100 -104 567,2 Содержание служб поисково- и аварийно-спасательного обеспечения полетов 107 04 08 3000101 +26 857,8 Выполнение функций бюджетными учреждениями 107 04 08 3000101 001 +26 857,8 Субсидии на возмещение расходов за аэронавигационное обслуживание полетов воздушных судов пользователей воздушного пространства, освобожденных в соответствии с законодательством Российской Федерации от платы за аэронавигационное обслуживание 107 04 08 3000103 -131 425,0 Субсидии юридическим лицам 107 04 08 3000103 006 -131 425,0 Отдельные мероприятия в области воздушного транспорта 107 04 08 3000200 -215 422,0 Субсидии аэропортам, расположенным в районах Крайнего Севера и приравненных к ним местностях 107 04 08 3000201 -30 000,0 Субсидии юридическим лицам 107 04 08 3000201 006 -30 000,0 Субсидии на функционирование координационного центра Россия - НАТО 107 04 08 3000202 +11 630,0 Субсидии юридическим лицам 107 04 08 3000202 006 +11 630,0 Обеспечение доступности воздушных перевозок пассажиров с Дальнего Востока в европейскую часть страны и в обратном направлении 107 04 08 3000205 +200 000,0 Субсидии юридическим лицам 107 04 08 3000205 006 +200 000,0 Обеспечение доступности воздушных перевозок пассажиров - жителей Калининградской области из г. Калининграда в европейскую часть страны и в обратном направлении 107 04 08 3000209 -600 000,0 Субсидии юридическим лицам 107 04 08 3000209 006 -600 000,0 Субсидии федеральному государственному унитарному предприятию "Администрация гражданских аэропортов (аэродромов)" на приобретение аэродромной техники для обслуживания воздушных судов в аэропорту Кневичи (г. Владивосток) глав государств стран - участников саммита Азиатско-Тихоокеанского экономического сотрудничества, проводимого в 2012 году в г. Владивостоке 107 04 08 3000211 +202 948,0 Субсидии юридическим лицам 107 04 08 3000211 006 +202 948,0 Образование 107 07 +84 367,0 Высшее и послевузовское профессиональное образование 107 07 06 +84 367,0 Федеральные целевые программы 107 07 06 1000000 -274 246,2 Федеральная целевая программа "Развитие транспортной системы России (2010-2015 годы)" 107 07 06 1008100 -274 246,2 Подпрограмма "Гражданская авиация" 107 07 06 1008106 -274 246,2 Бюджетные инвестиции 107 07 06 1008106 003 -274 246,2 Высшие учебные заведения 107 07 06 4300000 +358 613,2 Обеспечение деятельности подведомственных учреждений 107 07 06 4309900 +358 613,2 Выполнение функций бюджетными учреждениями 107 07 06 4309900 001 +358 613,2 Здравоохранение 107 09 -39 824,0 Стационарная медицинская помощь 107 09 01 -39 824,0 Больницы, клиники, госпитали, медико-санитарные части 107 09 01 4700000 -39 824,0 Обеспечение деятельности подведомственных учреждений 107 09 01 4709900 -39 824,0 Выполнение функций бюджетными учреждениями 107 09 01 4709900 001 -39 824,0 ФЕДЕРАЛЬНОЕ ДОРОЖНОЕ АГЕНТСТВО 108 +3 714 891,5 Национальная экономика 108 04 +3 714 891,5 Дорожное хозяйство (дорожные фонды) 108 04 09 +3 714 891,5 Федеральные целевые программы 108 04 09 1000000 +3 714 891,5 Федеральная целевая программа "Экономическое и социальное развитие Дальнего Востока и Забайкалья на период до 2013 года" 108 04 09 1004600 +78 391,5 Развитие г. Владивостока как центра международного сотрудничества в Азиатско-Тихоокеанском регионе 108 04 09 1004601 +78 391,5 Выполнение функций бюджетными учреждениями 108 04 09 1004601 001 -550,0 Бюджетные инвестиции 108 04 09 1004601 003 +78 391,5 Уплата налога на имущество организаций и земельного налога учреждениями, функционирующими в рамках федеральных целевых программ 108 04 09 1004601 340 +550,0 Федеральная целевая программа "Развитие транспортной системы России (2010-2015 годы)" 108 04 09 1008100 +3 636 500,0 Подпрограмма "Автомобильные дороги" 108 04 09 1008103 +3 636 500,0 Бюджетные инвестиции 108 04 09 1008103 003 -450 000,0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108 04 09 1008103 020 +4 086 500,0 Дорожное хозяйство 108 04 09 3150000 Содержание и управление дорожным хозяйством 108 04 09 3150100 +12 249,2 Содержание учреждений, осуществляющих управление федеральными автомобильными дорогами 108 04 09 3150101 +12 249,2 Выполнение функций бюджетными учреждениями 108 04 09 3150101 001 +12 249,2 Уплата налога на имущество организаций и земельного налога 108 04 09 3159500 -12 249,2 Выполнение функций бюджетными учреждениями 108 04 09 3159500 001 -12 249,2 ФЕДЕРАЛЬНОЕ АГЕНТСТВО ЖЕЛЕЗНОДОРОЖНОГО ТРАНСПОРТА 109 +41 343 461,6 Национальная экономика 109 04 +41 343 461,6 Транспорт 109 04 08 +41 343 461,6 Федеральные целевые программы 109 04 08 1000000 -2 000 000,0 Федеральная целевая программа "Развитие транспортной системы России (2010-2015 годы)" 109 04 08 1008100 -2 000 000,0 Подпрограмма "Железнодорожный транспорт" 109 04 08 1008102 -2 000 000,0 Бюджетные инвестиции 109 04 08 1008102 003 -2 000 000,0 Реализация Комплексной программы обеспечения безопасности населения на транспорте 109 04 08 3060000 -1 244 060,0 Реализация мероприятий по обеспечению безопасности населения на метрополитене в рамках Комплексной программы обеспечения безопасности населения на транспорте 109 04 08 3060300 -1 244 060,0 Фонд софинансирования 109 04 08 3060300 010 -1 244 060,0 Реализация государственных функций в области национальной экономики 109 04 08 3400000 +14 440 618,6 Взнос Российской Федерации в уставные капиталы 109 04 08 3400200 +14 440 618,6 Взнос в уставный капитал Советско-Монгольского акционерного общества "Улан-Баторская железная дорога" 109 04 08 3400200 305 -4 000 000,0 Взнос в уставный капитал открытого акционерного общества "Российские железные дороги" 109 04 08 3400200 359 +18 440 618,6 Организация и проведение XXII Олимпийских зимних игр и XI Паралимпийских зимних игр 2014 года в городе Сочи, развитие города Сочи как горноклиматического курорта 109 04 08 5500000 +30 146 903,0 Взнос Российской Федерации в уставные капиталы 109 04 08 5500200 +30 146 903,0 Взнос в уставный капитал открытого акционерного общества "Российские железные дороги" 109 04 08 5500200 359 +30 146 903,0 ФЕДЕРАЛЬНОЕ АГЕНТСТВО МОРСКОГО И РЕЧНОГО ТРАНСПОРТА 110 +1 778 281,9 Национальная экономика 110 04 +1 778 281,9 Транспорт 110 04 08 +1 778 281,9 Федеральные целевые программы 110 04 08 1000000 +1 763 144,1 Федеральная целевая программа "Экономическое и социальное развитие Дальнего Востока и Забайкалья на период до 2013 года" 110 04 08 1004600 +26 900,0 Развитие г. Владивостока как центра международного сотрудничества в Азиатско-Тихоокеанском регионе 110 04 08 1004601 +26 900,0 Выполнение функций бюджетными учреждениями 110 04 08 1004601 001 +26 900,0 Федеральная целевая программа "Развитие транспортной системы России (2010-2015 годы)" 110 04 08 1008100 +1 736 244,1 Подпрограмма "Морской транспорт" 110 04 08 1008104 +805 397,2 Бюджетные инвестиции 110 04 08 1008104 003 +805 397,2 Подпрограмма "Внутренний водный транспорт" 110 04 08 1008105 +930 846,9 Бюджетные инвестиции 110 04 08 1008105 003 +930 846,9 Водный транспорт 110 04 08 3010000 +15 137,8 Государственная поддержка водного транспорта 110 04 08 3010100 +31 680,1 Государственные бассейновые управления водных путей и судоходства 110 04 08 3010101 +31 680,1 Выполнение функций бюджетными учреждениями 110 04 08 3010101 001 +31 680,1 Субсидии федеральному государственному унитарному предприятию "Росморпорт" на компенсацию потерь в доходах, связанных с организацией паромного сообщения для доставки грузов для строительства олимпийских объектов 110 04 08 3010500 +81 796,7 Субсидии юридическим лицам 110 04 08 3010500 006 +81 796,7 Уплата налога на имущество организаций и земельного налога 110 04 08 3019500 -98 339,0 Выполнение функций бюджетными учреждениями 110 04 08 3019500 001 -98 339,0 ФЕДЕРАЛЬНОЕ АГЕНТСТВО ПО ПЕЧАТИ И МАССОВЫМ КОММУНИКАЦИЯМ 135 -56 178,7 Общегосударственные вопросы 135 01 +1 732,3 Международные отношения и международное сотрудничество 135 01 08 +1 732,3 Международное сотрудничество 135 01 08 0300000 +1 732,3 Взносы в международные организации 135 01 08 0309800 +1 732,3 Выполнение международных обязательств 135 01 08 0309800 011 +1 732,3 Средства массовой информации 135 12 -57 911,0 Телевидение и радиовещание 135 12 01 -57 911,0 Бюджетные инвестиции в объекты капитального строительства, не включенные в целевые программы 135 12 01 1020000 -57 911,0 Строительство объектов общегражданского назначения 135 12 01 1020200 -57 911,0 Строительство объектов социального и производственного комплексов, в том числе объектов общегражданского назначения, жилья, инфраструктуры 135 12 01 1020201 -57 911,0 Бюджетные инвестиции 135 12 01 1020201 003 -57 911,0 МИНИСТЕРСТВО ЭКОНОМИЧЕСКОГО РАЗВИТИЯ РОССИЙСКОЙ ФЕДЕРАЦИИ 139 +10 200,0 Общегосударственные вопросы 139 01 +10 200,0 Другие общегосударственные вопросы 139 01 13 +10 200,0 Международное сотрудничество 139 01 13 0300000 +10 200,0 Обеспечение мероприятий, предусмотренных соглашениями с международными финансовыми организациями 139 01 13 0300300 +10 200,0 Реализация соглашений с международными финансовыми организациями 139 01 13 0300301 +3 000,0 Выполнение международных обязательств 139 01 13 0300301 011 +3 000,0 Софинансирование, связанное с реализацией соглашений с международными финансовыми организациями 139 01 13 0300302 +7 200,0 Выполнение международных обязательств 139 01 13 0300302 011 +7 200,0 Национальная экономика 139 04 Другие вопросы в области национальной экономики 139 04 12 Бюджетные инвестиции в объекты капитального строительства, не включенные в целевые программы 139 04 12 1020000 -2 976 256,7 Бюджетные инвестиции в объекты капитального строительства государственной собственности субъектов Российской Федерации (объекты капитального строительства собственности муниципальных образований) 139 04 12 1020100 -2 976 256,7 Бюджетные инвестиции в объекты капитального строительства государственной собственности субъектов Российской Федерации 139 04 12 1020101 -2 976 256,7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139 04 12 1020101 020 -2 976 256,7 Реализация государственных функций в области национальной экономики 139 04 12 3400000 +2 976 256,7 Взнос Российской Федерации в уставные капиталы 139 04 12 3400200 +2 976 256,7 Взнос в уставный капитал открытого акционерного общества "Особые экономические зоны" 139 04 12 3400200 089 +2 976 256,7 Образование 139 07 Профессиональная подготовка, переподготовка и повышение квалификации 139 07 05 Учебные заведения и курсы по переподготовке кадров 139 07 05 4290000 +20 000,0 Переподготовка и повышение квалификации кадров 139 07 05 4297800 +20 000,0 Выполнение функций государственными органами 139 07 05 4297800 012 +20 000,0 Мероприятия в области образования 139 07 05 4360000 -20 000,0 Подготовка управленческих кадров для организаций народного хозяйства Российской Федерации 139 07 05 4361800 -20 000,0 Фонд софинансирования 139 07 05 4361800 010 -20 000,0 Социальная политика 139 10 Другие вопросы в области социальной политики 139 10 06 Реализация государственных функций в области социальной политики 139 10 06 5140000 Мероприятия по поддержке социально ориентированных некоммерческих организаций 139 10 06 5142000 Фонд софинансирования 139 10 06 5142000 010 +600 000,0 Иные межбюджетные трансферты 139 10 06 5142000 017 -600 000,0 ФЕДЕРАЛЬНАЯ СЛУЖБА ПО НАДЗОРУ В СФЕРЕ ЗАЩИТЫ ПРАВ ПОТРЕБИТЕЛЕЙ И БЛАГОПОЛУЧИЯ ЧЕЛОВЕКА 141 Здравоохранение 141 09 Санитарно-эпидемиологическое благополучие 141 09 07 -19 000,0 Дезинфекционные станции 141 09 07 4790000 +4 600,0 Уплата налога на имущество организаций и земельного налога 141 09 07 4799500 +4 600,0 Выполнение функций бюджетными учреждениями 141 09 07 4799500 001 +4 600,0 Противочумные организации 141 09 07 4830000 +9 700,0 Уплата налога на имущество организаций и земельного налога 141 09 07 4839500 +9 700,0 Выполнение функций бюджетными учреждениями 141 09 07 4839500 001 +9 700,0 Учреждения, обеспечивающие государственный санитарно-эпидемиологический надзор 141 09 07 4840000 -33 300,0 Уплата налога на имущество организаций и земельного налога 141 09 07 4849500 -66 784,7 Выполнение функций бюджетными учреждениями 141 09 07 4849500 001 -66 784,7 Обеспечение деятельности подведомственных учреждений 141 09 07 4849900 +33 484,7 Выполнение функций бюджетными учреждениями 141 09 07 4849900 001 +33 484,7 Прикладные научные исследования в области здравоохранения 141 09 08 +19 000,0 Прикладные научные исследования и разработки 141 09 08 0810000 +19 000,0 Уплата налога на имущество организаций и земельного налога 141 09 08 0819500 +19 000,0 Выполнение функций бюджетными учреждениями 141 09 08 0819500 001 +19 000,0 Другие вопросы в области здравоохранения 141 09 09 Руководство и управление в сфере установленных функций 141 09 09 0010000 Центральный аппарат 141 09 09 0010400 -13 000,0 Выполнение функций государственными органами 141 09 09 0010400 012 -13 000,0 Территориальные органы 141 09 09 0011500 +13 000,0 Выполнение функций государственными органами 141 09 09 0011500 012 +13 000,0 ФЕДЕРАЛЬНАЯ СЛУЖБА ПО ТРУДУ И ЗАНЯТОСТИ 150 -12 936 900,0 Национальная экономика 150 04 -2 998 000,0 Общеэкономические вопросы 150 04 01 -2 998 000,0 Реализация государственной политики занятости населения 150 04 01 5100000 -2 998 000,0 Осуществление полномочий Российской Федерации в области содействия занятости населения, включая расходы по осуществлению этих полномочий 150 04 01 5100200 -2 998 000,0 Фонд компенсаций 150 04 01 5100200 009 -2 998 000,0 Межбюджетные трансферты общего характера бюджетам субъектов Российской Федерации и муниципальных образований 150 14 -9 938 900,0 Прочие межбюджетные трансферты общего характера 150 14 03 -9 938 900,0 Реализация государственной политики занятости населения 150 14 03 5100000 -9 938 900,0 Реализация дополнительных мероприятий, направленных на снижение напряженности на рынке труда субъектов Российской Федерации 150 14 03 5100300 -9 938 900,0 Фонд софинансирования 150 14 03 5100300 010 -9 938 900,0 ФЕДЕРАЛЬНАЯ СЛУЖБА ФИНАНСОВО-БЮДЖЕТНОГО НАДЗОРА 151 -20 000,0 Общегосударственные вопросы 151 01 -20 000,0 Обеспечение деятельности финансовых, налоговых и таможенных органов и органов финансового (финансово-бюджетного) надзора 151 01 06 -20 000,0 Руководство и управление в сфере установленных функций 151 01 06 0010000 -20 000,0 Центральный аппарат 151 01 06 0010400 -75 073,0 Выполнение функций государственными органами 151 01 06 0010400 012 -75 073,0 Территориальные органы 151 01 06 0011500 +55 073,0 Выполнение функций государственными органами 151 01 06 0011500 012 +55 073,0 ФЕДЕРАЛЬНАЯ ТАМОЖЕННАЯ СЛУЖБА 153 -317 179,3 Общегосударственные вопросы 153 01 -384 625,8 Обеспечение деятельности финансовых, налоговых и таможенных органов и органов финансового (финансово-бюджетного) надзора 153 01 06 -384 625,8 Руководство и управление в сфере установленных функций 153 01 06 0010000 +22 860,0 Военный персонал 153 01 06 0015800 +9 000,0 Денежное довольствие военнослужащих и сотрудников правоохранительных органов 153 01 06 0015801 +9 000,0 Выполнение функций государственными органами 153 01 06 0015801 012 +9 000,0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153 01 06 0016700 +12 860,0 Выполнение функций государственными органами 153 01 06 0016700 012 +12 860,0 Вещевое обеспечение 153 01 06 0017200 +1 000,0 Компенсация стоимости вещевого имущества 153 01 06 0017203 +1 000,0 Выполнение функций государственными органами 153 01 06 0017203 012 +1 000,0 Международное сотрудничество 153 01 06 0300000 +3 920,0 Обеспечение мероприятий, предусмотренных соглашениями с международными финансовыми организациями 153 01 06 0300300 +3 920,0 Реализация соглашений с международными финансовыми организациями 153 01 06 0300301 +3 140,0 Выполнение международных обязательств 153 01 06 0300301 011 +3 140,0 Софинансирование, связанное с реализацией соглашений с международными финансовыми организациями 153 01 06 0300302 +780,0 Выполнение международных обязательств 153 01 06 0300302 011 +780,0 Учреждения по обеспечению хозяйственного обслуживания 153 01 06 0930000 -5 638,1 Вещевое обеспечение 153 01 06 0937200 +9,6 Компенсация стоимости вещевого имущества 153 01 06 0937203 +9,6 Выполнение функций бюджетными учреждениями 153 01 06 0937203 001 +9,6 Уплата налога на имущество организаций и земельного налога 153 01 06 0939500 -5 647,7 Выполнение функций бюджетными учреждениями 153 01 06 0939500 001 -5 647,7 Воинские формирования (органы, подразделения) 153 01 06 2020000 -406 142,6 Выплаты независимым экспертам 153 01 06 2020800 +295,7 Функционирование органов в сфере национальной безопасности, правоохранительной деятельности и обороны 153 01 06 2020800 014 +295,7 Обеспечение граждан квалифицированной юридической помощью по назначению органов дознания, органов предварительного следствия, прокурора 153 01 06 2024200 -899,2 Функционирование органов в сфере национальной безопасности, правоохранительной деятельности и обороны 153 01 06 2024200 014 -899,2 Военный персонал 153 01 06 2025800 +8 781,4 Денежное довольствие военнослужащих и сотрудников правоохранительных органов 153 01 06 2025801 +8 781,4 Функционирование органов в сфере национальной безопасности, правоохранительной деятельности и обороны 153 01 06 2025801 014 +8 781,4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153 01 06 2026700 -330 226,6 Функционирование органов в сфере национальной безопасности, правоохранительной деятельности и обороны 153 01 06 2026700 014 -330 226,6 Оплата и хранение специального топлива и горюче-смазочных материалов 153 01 06 2026800 -58 120,7 Оплата и хранение специального топлива и горюче-смазочных материалов вне рамок государственного оборонного заказа 153 01 06 2026802 -58 120,7 Функционирование органов в сфере национальной безопасности, правоохранительной деятельности и обороны 153 01 06 2026802 014 -58 120,7 Продовольственное обеспечение 153 01 06 2027100 -21 134,0 Продовольственное обеспечение вне рамок государственного оборонного заказа 153 01 06 2027102 -21 134,0 Функционирование органов в сфере национальной безопасности, правоохранительной деятельности и обороны 153 01 06 2027102 014 -21 134,0 Вещевое обеспечение 153 01 06 2027200 -4 839,2 Вещевое обеспечение вне рамок государственного оборонного заказа 153 01 06 2027202 -4 839,2 Функционирование органов в сфере национальной безопасности, правоохранительной деятельности и обороны 153 01 06 2027202 014 -4 839,2 Реализация других функций, связанных с обеспечением национальной безопасности и правоохранительной деятельности 153 01 06 2470000 +374,9 Специальные объекты 153 01 06 2476600 +374,9 Функционирование органов в сфере национальной безопасности, правоохранительной деятельности и обороны 153 01 06 2476600 014 +374,9 Образование 153 07 +24 209,8 Высшее и послевузовское профессиональное образование 153 07 06 +24 209,8 Высшие учебные заведения 153 07 06 4300000 +24 209,8 Военный персонал 153 07 06 4305800 -16 508,9 Денежное довольствие военнослужащих и сотрудников правоохранительных органов 153 07 06 4305801 -17 791,6 Выполнение функций бюджетными учреждениями 153 07 06 4305801 001 -17 791,6 Выплаты в соответствии с законодательством Российской Федерации, зависящие от размера денежного довольствия 153 07 06 4305803 +1 282,7 Выполнение функций бюджетными учреждениями 153 07 06 4305803 001 +1 282,7 Оплата и хранение специального топлива и горюче-смазочных материалов 153 07 06 4306800 -3 152,4 Оплата и хранение специального топлива и горюче-смазочных материалов вне рамок государственного оборонного заказа 153 07 06 4306802 -3 152,4 Выполнение функций бюджетными учреждениями 153 07 06 4306802 001 -3 152,4 Вещевое обеспечение 153 07 06 4307200 +384,8 Компенсация стоимости вещевого имущества 153 07 06 4307203 +384,8 Выполнение функций бюджетными учреждениями 153 07 06 4307203 001 +384,8 Обеспечение деятельности подведомственных учреждений 153 07 06 4309900 +43 486,3 Выполнение функций бюджетными учреждениями 153 07 06 4309900 001 +43 486,3 Здравоохранение 153 09 +43 236,7 Стационарная медицинская помощь 153 09 01 +15 472,9 Больницы, клиники, госпитали, медико-санитарные части 153 09 01 4700000 +15 472,9 Уплата налога на имущество организаций и земельного налога 153 09 01 4709500 +1 600,0 Выполнение функций бюджетными учреждениями 153 09 01 4709500 001 +1 600,0 Обеспечение деятельности подведомственных учреждений 153 09 01 4709900 +13 872,9 Выполнение функций бюджетными учреждениями 153 09 01 4709900 001 +13 872,9 Амбулаторная помощь 153 09 02 -1 277,4 Бюджетные инвестиции в объекты капитального строительства, не включенные в целевые программы 153 09 02 1020000 +65 000,0 Строительство объектов общегражданского назначения 153 09 02 1020200 +65 000,0 Строительство объектов социального и производственного комплексов, в том числе объектов общегражданского назначения, жилья, инфраструктуры 153 09 02 1020201 +65 000,0 Бюджетные инвестиции 153 09 02 1020201 003 +65 000,0 Поликлиники, амбулатории, диагностические центры 153 09 02 4710000 -66 277,4 Уплата налога на имущество организаций и земельного налога 153 09 02 4719500 -8 000,0 Выполнение функций бюджетными учреждениями 153 09 02 4719500 001 -8 000,0 Обеспечение деятельности подведомственных учреждений 153 09 02 4719900 -58 277,4 Выполнение функций бюджетными учреждениями 153 09 02 4719900 001 -58 277,4 Санаторно-оздоровительная помощь 153 09 05 +29 041,2 Санатории, пансионаты, дома отдыха и турбазы 153 09 05 4750000 +29 041,2 Оплата и хранение специального топлива и горюче-смазочных материалов 153 09 05 4756800 -1 500,0 Оплата и хранение специального топлива и горюче-смазочных материалов вне рамок государственного оборонного заказа 153 09 05 4756802 -1 500,0 Выполнение функций бюджетными учреждениями 153 09 05 4756802 001 -1 500,0 Обеспечение деятельности подведомственных учреждений 153 09 05 4759900 +30 541,2 Выполнение функций бюджетными учреждениями 153 09 05 4759900 001 +30 541,2 Социальная политика 153 10 Пенсионное обеспечение 153 10 01 +13 770,0 Пенсии 153 10 01 4900000 +13 770,0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153 10 01 4900100 +13 770,0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153 10 01 4900101 +13 770,0 Социальные выплаты 153 10 01 4900101 005 +13 770,0 Социальное обеспечение населения 153 10 03 -13 753,0 Социальная помощь 153 10 03 5050000 -13 766,1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153 10 03 5050100 -514,0 Меры социальной поддержки граждан, подвергшихся воздействию радиации вследствие радиационных аварий и ядерных испытаний 153 10 03 5050101 -522,0 Социальные выплаты 153 10 03 5050101 005 -522,0 Компенсация в возмещение вреда гражданам, подвергшимся воздействию радиации вследствие радиационных аварий 153 10 03 5050105 +8,0 Социальные выплаты 153 10 03 5050105 005 +8,0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153 10 03 5050600 +0,7 Меры социальной поддержки граждан, подвергшихся воздействию радиации вследствие радиационных аварий и ядерных испытаний 153 10 03 5050601 +0,7 Социальные выплаты 153 10 03 5050601 005 +0,7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153 10 03 5051100 -150,0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1941-1945 годов 153 10 03 5051101 -150,0 Социальные выплаты 153 10 03 5051101 005 -150,0 Указ Президента Российской Федерации от 1 августа 2005 года № 887 "О мерах по улучшению материального положения инвалидов вследствие военной травмы" 153 10 03 5051200 -140,0 Дополнительное ежемесячное материальное обеспечение инвалидов вследствие военной травмы 153 10 03 5051201 -140,0 Социальные выплаты 153 10 03 5051201 005 -140,0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153 10 03 5051500 -80,0 Выплата дополнительного материального обеспечения, доплат к пенсиям, пособий и компенсаций 153 10 03 5051501 -80,0 Социальные выплаты 153 10 03 5051501 005 -80,0 Федеральный закон от 12 января 1996 года № 8-ФЗ "О погребении и похоронном деле" 153 10 03 5052200 -2 882,8 Возмещение федеральными органами исполнительной власти расходов на погребение 153 10 03 5052205 -2 882,8 Социальные выплаты 153 10 03 5052205 005 -2 882,8 Пособия и компенсации военнослужащим, приравненным к ним лицам, а также уволенным из их числа (за исключением публичных нормативных обязательств) 153 10 03 5057600 -10 000,0 Социальные выплаты 153 10 03 5057600 005 -10 000,0 Реализация государственных функций в области социальной политики 153 10 03 5140000 +13,1 Федеральный закон от 21 июля 1997 года № 114-ФЗ "О службе в таможенных органах Российской Федерации" 153 10 03 5142500 -466,7 Пособия, выплаты и компенсации лицам, уволенным со службы в таможенных органах, а также членам их семей 153 10 03 5142501 -466,7 Социальные выплаты 153 10 03 5142501 005 -466,7 Таможенный кодекс Российской Федерации 153 10 03 5143100 +542,7 Пособия гражданам, являвшимся должностными лицами таможенных органов, утратившим возможность заниматься профессиональной деятельностью, и членам семьи и иждивенцам должностного лица таможенных органов в случае его гибели в связи с исполнением служебных обязанностей 153 10 03 5143101 +542,7 Социальные выплаты 153 10 03 5143101 005 +542,7 Указ Президента Российской Федерации от 30 мая 1994 года № 1110 "О размере компенсационных выплат отдельным категориям граждан" 153 10 03 5143500 -62,9 Компенсационные выплаты отдельным категориям граждан 153 10 03 5143501 -62,9 Социальные выплаты 153 10 03 5143501 005 -62,9 Охрана семьи и детства 153 10 04 -17,0 Социальная помощь 153 10 04 5050000 -17,0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153 10 04 5050100 -17,0 Пособие по уходу за ребенком гражданам, подвергшимся воздействию радиации вследствие радиационных аварий 153 10 04 5050103 -17,0 Социальные выплаты 153 10 04 5050103 005 -17,0 ФЕДЕРАЛЬНОЕ АРХИВНОЕ АГЕНТСТВО 155 -14 488,9 Общегосударственные вопросы 155 01 +14 611,1 Другие общегосударственные вопросы 155 01 13 +14 611,1 Реализация государственных функций, связанных с общегосударственным управлением 155 01 13 0920000 +14 611,1 Обеспечение деятельности особо ценных объектов (учреждений) культурного наследия народов Российской Федерации 155 01 13 0929200 +14 611,1 Выполнение функций бюджетными учреждениями 155 01 13 0929200 001 +14 611,1 Культура, кинематография 155 08 -29 100,0 Культура 155 08 01 -29 100,0 Федеральные целевые программы 155 08 01 1000000 -29 100,0 Федеральная целевая программа "Культура России (2006-2011 годы)" 155 08 01 1000200 -29 100,0 Бюджетные инвестиции 155 08 01 1000200 003 -58 200,0 Софинансирование объектов капитального строительства государственной собственности субъектов Российской Федерации (объектов капитального строительства собственности муниципальных образований) 155 08 01 1000200 020 +29 100,0 ФЕДЕРАЛЬНАЯ СЛУЖБА ГОСУДАРСТВЕННОЙ СТАТИСТИКИ 157 -24 302,9 Общегосударственные вопросы 157 01 -24 302,9 Другие общегосударственные вопросы 157 01 13 -24 302,9 Международное сотрудничество 157 01 13 0300000 +2 800,0 Обеспечение мероприятий, предусмотренных соглашениями с международными финансовыми организациями 157 01 13 0300300 +2 800,0 Реализация соглашений с международными финансовыми организациями 157 01 13 0300301 +560,0 Выполнение международных обязательств 157 01 13 0300301 011 +560,0 Софинансирование, связанное с реализацией соглашений с международными финансовыми организациями 157 01 13 0300302 +2 240,0 Выполнение международных обязательств 157 01 13 0300302 011 +2 240,0 Федеральные целевые программы 157 01 13 1000000 -27 102,9 Федеральная целевая программа "Развитие государственной статистики России в 2007-2011 годах" 157 01 13 1006200 -27 102,9 Бюджетные инвестиции 157 01 13 1006200 003 -27 102,9 ФЕДЕРАЛЬНОЕ АГЕНТСТВО ПО УПРАВЛЕНИЮ ГОСУДАРСТВЕННЫМ ИМУЩЕСТВОМ 167 +39 998 715,4 Общегосударственные вопросы 167 01 -1 284,6 Прикладные научные исследования в области общегосударственных вопросов 167 01 12 -1 284,6 Прикладные научные исследования и разработки 167 01 12 0810000 -1 284,6 Выполнение научно- исследовательских и опытно- конструкторских работ по государственным контрактам 167 01 12 0816900 -1 284,6 Выполнение функций государственными органами 167 01 12 0816900 012 -1 284,6 Другие общегосударственные вопросы 167 01 13 Руководство и управление в сфере установленных функций 167 01 13 0010000 +50 000,0 Центральный аппарат 167 01 13 0010400 +300 000,0 Выполнение функций государственными органами 167 01 13 0010400 012 +300 000,0 Территориальные органы 167 01 13 0011500 +105 000,0 Выполнение функций государственными органами 167 01 13 0011500 012 +105 000,0 Обеспечение и проведение предпродажной подготовки и продажи федерального имущества 167 01 13 0012900 -150 000,0 Выполнение функций государственными органами 167 01 13 0012900 012 -150 000,0 Управление находящимися в государственной и муниципальной собственности акциями открытых акционерных обществ 167 01 13 0014100 -220 000,0 Выполнение функций государственными органами 167 01 13 0014100 012 -220 000,0 Уплата налога на имущество организаций и земельного налога 167 01 13 0019500 +15 000,0 Выполнение функций государственными органами 167 01 13 0019500 012 +15 000,0 Реализация государственной политики в области приватизации и управления государственной и муниципальной собственностью 167 01 13 0900000 -50 000,0 Оценка недвижимости, признание прав и регулирование отношений по государственной и муниципальной собственности 167 01 13 0900200 -50 000,0 Выполнение функций государственными органами 167 01 13 0900200 012 -50 000,0 Национальная экономика 167 04 +40 000 000,0 Другие вопросы в области национальной экономики 167 04 12 +40 000 000,0 Реализация государственных функций, связанных с общегосударственным управлением 167 04 12 0920000 +40 000 000,0 Взнос Российской Федерации в уставные капиталы 167 04 12 0920400 +40 000 000,0 Взнос в уставный капитал открытого акционерного общества "Российский сельскохозяйственный банк" 167 04 12 0920400 084 +40 000 000,0 ФЕДЕРАЛЬНАЯ СЛУЖБА ПО ИНТЕЛЛЕКТУАЛЬНОЙ СОБСТВЕННОСТИ 168 +19 259,9 Общегосударственные вопросы 168 01 +1 063,8 Международные отношения и международное сотрудничество 168 01 08 +1 063,8 Международное сотрудничество 168 01 08 0300000 +1 063,8 Взносы в международные организации 168 01 08 0309800 +1 063,8 Выполнение международных обязательств 168 01 08 0309800 011 +1 063,8 Образование 168 07 +18 196,1 Высшее и послевузовское профессиональное образование 168 07 06 +18 196,1 Высшие учебные заведения 168 07 06 4300000 +18 196,1 Обеспечение деятельности подведомственных учреждений 168 07 06 4309900 +18 196,1 Выполнение функций бюджетными учреждениями 168 07 06 4309900 001 +18 196,1 ФЕДЕРАЛЬНАЯ СЛУЖБА ПО ГИДРОМЕТЕОРОЛОГИИ И МОНИТОРИНГУ ОКРУЖАЮЩЕЙ СРЕДЫ 169 +152 173,5 Общегосударственные вопросы 169 01 +10 574,4 Международные отношения и международное сотрудничество 169 01 08 +604,5 Международное сотрудничество 169 01 08 0300000 +604,5 Взносы в международные организации 169 01 08 0309800 +604,5 Выполнение международных обязательств 169 01 08 0309800 011 +604,5 Другие общегосударственные вопросы 169 01 13 +9 969,9 Руководство и управление в сфере установленных функций 169 01 13 0010000 +1 949,9 Центральный аппарат 169 01 13 0010400 +5 900,0 Выполнение функций государственными органами 169 01 13 0010400 012 +5 900,0 Уплата налога на имущество организаций и земельного налога 169 01 13 0019500 -3 950,1 Выполнение функций государственными органами 169 01 13 0019500 012 -3 950,1 Международное сотрудничество 169 01 13 0300000 +8 020,0 Обеспечение мероприятий, предусмотренных соглашениями с международными финансовыми организациями 169 01 13 0300300 +8 020,0 Реализация соглашений с международными финансовыми организациями 169 01 13 0300301 +3 000,0 Выполнение международных обязательств 169 01 13 0300301 011 +3 000,0 Софинансирование, связанное с реализацией соглашений с международными финансовыми организациями 169 01 13 0300302 +5 020,0 Выполнение международных обязательств 169 01 13 0300302 011 +5 020,0 Национальная экономика 169 04 +30 495,4 Прикладные научные исследования в области национальной экономики 169 04 11 +30 495,4 Прикладные научные исследования и разработки 169 04 11 0810000 +30 495,4 Уплата налога на имущество организаций и земельного налога 169 04 11 0819500 -29 504,6 Выполнение функций бюджетными учреждениями 169 04 11 0819500 001 -29 504,6 Обеспечение деятельности подведомственных учреждений 169 04 11 0819900 +60 000,0 Выполнение функций бюджетными учреждениями 169 04 11 0819900 001 +60 000,0 Охрана окружающей среды 169 06 +111 103,7 Другие вопросы в области охраны окружающей среды 169 06 05 +111 103,7 Учреждения, обеспечивающие предоставление услуг в сфере гидрометеорологии и мониторинга окружающей среды 169 06 05 3370000 +41 554,7 Уплата налога на имущество организаций и земельного налога 169 06 05 3379500 +33 454,7 Выполнение функций бюджетными учреждениями 169 06 05 3379500 001 +33 454,7 Обеспечение деятельности подведомственных учреждений 169 06 05 3379900 +8 100,0 Выполнение функций бюджетными учреждениями 169 06 05 3379900 001 +8 100,0 Российская антарктическая и арктическая экспедиции 169 06 05 3410000 +69 549,0 Обеспечение деятельности подведомственных учреждений 169 06 05 3419900 +69 549,0 Выполнение функций бюджетными учреждениями 169 06 05 3419900 001 +69 549,0 ФЕДЕРАЛЬНОЕ АГЕНТСТВО ПО ГОСУДАРСТВЕННЫМ РЕЗЕРВАМ 171 +4 500,0 Общегосударственные вопросы 171 01 +4 500,0 Государственный материальный резерв 171 01 09 +4 500,0 Руководство и управление в сфере установленных функций 171 01 09 0010000 +4 500,0 Территориальные органы 171 01 09 0011500 +4 500,0 Выполнение функций государственными органами 171 01 09 0011500 012 +4 500,0 ФЕДЕРАЛЬНОЕ АГЕНТСТВО ПО ТЕХНИЧЕСКОМУ РЕГУЛИРОВАНИЮ И МЕТРОЛОГИИ 172 -769,0 Национальная экономика 172 04 -769,0 Общеэкономические вопросы 172 04 01 -769,0 Руководство и управление в сфере установленных функций 172 04 01 0010000 -769,0 Центральный аппарат 172 04 01 0010400 -700,0 Выполнение функций государственными органами 172 04 01 0010400 012 -700,0 Территориальные органы 172 04 01 0011500 -69,0 Выполнение функций государственными органами 172 04 01 0011500 012 -69,0 МИНИСТЕРСТВО РОССИЙСКОЙ ФЕДЕРАЦИИ ПО ДЕЛАМ ГРАЖДАНСКОЙ ОБОРОНЫ, ЧРЕЗВЫЧАЙНЫМ СИТУАЦИЯМ И ЛИКВИДАЦИИ ПОСЛЕДСТВИЙ СТИХИЙНЫХ БЕДСТВИЙ 177 +813 586,6 Национальная безопасность и правоохранительная деятельность 177 03 +530 524,6 Защита населения и территории от чрезвычайных ситуаций природного и техногенного характера, гражданская оборона 177 03 09 +197 913,9 Руководство и управление в сфере установленных функций 177 03 09 0010000 +14 319,5 Территориальные органы 177 03 09 0011500 +1 319,5 Выполнение функций государственными органами 177 03 09 0011500 012 +1 319,5 Военный персонал 177 03 09 0015800 +13 000,0 Денежное довольствие военнослужащих и сотрудников правоохранительных органов 177 03 09 0015801 +13 000,0 Выполнение функций государственными органами 177 03 09 0015801 012 +13 000,0 Бюджетные инвестиции в объекты капитального строительства, не включенные в целевые программы 177 03 09 1020000 +53 000,0 Строительство специальных и военных объектов 177 03 09 1020300 +53 000,0 Бюджетные инвестиции 177 03 09 1020300 003 +53 000,0 Воинские формирования (органы, подразделения) 177 03 09 2020000 +14 174,7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177 03 09 2026700 +9 874,7 Функционирование органов в сфере национальной безопасности, правоохранительной деятельности и обороны 177 03 09 2026700 014 +9 874,7 Продовольственное обеспечение 177 03 09 2027100 +4 300,0 Продовольственное обеспечение вне рамок государственного оборонного заказа 177 03 09 2027102 +4 300,0 Функционирование органов в сфере национальной безопасности, правоохранительной деятельности и обороны 177 03 09 2027102 014 +4 300,0 Накопительно-ипотечная система жилищного обеспечения военнослужащих 177 03 09 2120000 +53 800,0 Накопительно-ипотечная система жилищного обеспечения военнослужащих 177 03 09 2120100 +53 800,0 Социальные выплаты 177 03 09 2120100 005 +53 800,0 Реализация других функций, связанных с обеспечением национальной безопасности и правоохранительной деятельности 177 03 09 2470000 +13 600,0 Продукция производственно-технического назначения 177 03 09 2476300 +13 600,0 Функционирование органов в сфере национальной безопасности, правоохранительной деятельности и обороны 177 03 09 2476300 014 +13 600,0 Поисковые и аварийно-спасательные учреждения 177 03 09 3020000 +49 019,7 Обеспечение деятельности подведомственных учреждений 177 03 09 3029900 +49 019,7 Выполнение функций бюджетными учреждениями 177 03 09 3029900 001 +49 019,7 Обеспечение пожарной безопасности 177 03 10 +332 610,7 Бюджетные инвестиции в объекты капитального строительства, не включенные в целевые программы 177 03 10 1020000 +16 200,0 Строительство специальных и военных объектов 177 03 10 1020300 +16 200,0 Бюджетные инвестиции 177 03 10 1020300 003 +16 200,0 Воинские формирования (органы, подразделения) 177 03 10 2020000 +316 410,7 Военный персонал 177 03 10 2025800 +65 000,0 Денежное довольствие военнослужащих и сотрудников правоохранительных органов 177 03 10 2025801 +65 000,0 Функционирование органов в сфере национальной безопасности, правоохранительной деятельности и обороны 177 03 10 2025801 014 +65 000,0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177 03 10 2026700 +251 410,7 Функционирование органов в сфере национальной безопасности, правоохранительной деятельности и обороны 177 03 10 2026700 014 +251 410,7 Образование 177 07 +298 682,2 Дошкольное образование 177 07 01 +49,7 Детские дошкольные учреждения 177 07 01 4200000 +49,7 Обеспечение деятельности подведомственных учреждений 177 07 01 4209900 +49,7 Выполнение функций бюджетными учреждениями 177 07 01 4209900 001 +49,7 Профессиональная подготовка, переподготовка и повышение квалификации 177 07 05 +6 935,8 Учебные заведения и курсы по переподготовке кадров 177 07 05 4290000 +6 935,8 Обеспечение деятельности подведомственных учреждений 177 07 05 4299900 +6 935,8 Выполнение функций бюджетными учреждениями 177 07 05 4299900 001 +6 935,8 Высшее и послевузовское профессиональное образование 177 07 06 +291 696,7 Бюджетные инвестиции в объекты капитального строительства, не включенные в целевые программы 177 07 06 1020000 +311 586,6 Строительство объектов общегражданского назначения 177 07 06 1020200 +311 586,6 Строительство объектов социального и производственного комплексов, в том числе объектов общегражданского назначения, жилья, инфраструктуры 177 07 06 1020201 +311 586,6 Бюджетные инвестиции 177 07 06 1020201 003 +311 586,6 Воинские формирования (органы, подразделения) 177 07 06 2020000 +3 510,1 Продовольственное обеспечение 177 07 06 2027100 +3 510,1 Продовольственное обеспечение вне рамок государственного оборонного заказа 177 07 06 2027102 +3 510,1 Выполнение функций бюджетными учреждениями 177 07 06 2027102 001 +3 510,1 Высшие учебные заведения 177 07 06 4300000 -23 400,0 Вещевое обеспечение 177 07 06 4307200 +23 400,0 Вещевое обеспечение вне рамок государственного оборонного заказа 177 07 06 4307202 +23 400,0 Выполнение функций бюджетными учреждениями 177 07 06 4307202 001 +23 400,0 Обеспечение деятельности подведомственных учреждений 177 07 06 4309900 -46 800,0 Выполнение функций бюджетными учреждениями 177 07 06 4309900 001 -46 800,0 Здравоохранение 177 09 -15 620,2 Амбулаторная помощь 177 09 02 -15 620,2 Поликлиники, амбулатории, диагностические центры 177 09 02 4710000 -15 620,2 Продовольственное обеспечение 177 09 02 4717100 -15 620,2 Продовольственное обеспечение вне рамок государственного оборонного заказа 177 09 02 4717102 -15 620,2 Выполнение функций бюджетными учреждениями 177 09 02 4717102 001 -15 620,2 ФЕДЕРАЛЬНАЯ НАЛОГОВАЯ СЛУЖБА 182 -2 337 100,0 Общегосударственные вопросы 182 01 -2 315 206,7 Обеспечение деятельности финансовых, налоговых и таможенных органов и органов финансового (финансово-бюджетного) надзора 182 01 06 -2 311 806,7 Руководство и управление в сфере установленных функций 182 01 06 0010000 -2 311 806,7 Центральный аппарат 182 01 06 0010400 -125 000,0 Выполнение функций государственными органами 182 01 06 0010400 012 -125 000,0 Территориальные органы 182 01 06 0011500 -1 971 320,2 Выполнение функций государственными органами 182 01 06 0011500 012 -1 971 320,2 Реализация мероприятий, связанных с процедурами банкротства 182 01 06 0013000 -230 000,0 Выполнение функций государственными органами 182 01 06 0013000 012 -230 000,0 Мероприятия, связанные с распоряжением и реализацией выморочного имущества 182 01 06 0014700 -1 800,0 Выполнение функций государственными органами 182 01 06 0014700 012 -1 800,0 Уплата налога на имущество организаций и земельного налога 182 01 06 0019500 +16 313,5 Выполнение функций государственными органами 182 01 06 0019500 012 +16 313,5 Другие общегосударственные вопросы 182 01 13 -3 400,0 Учреждения по обеспечению хозяйственного обслуживания 182 01 13 0930000 -3 400,0 Обеспечение деятельности подведомственных учреждений 182 01 13 0939900 -3 400,0 Выполнение функций бюджетными учреждениями 182 01 13 0939900 001 -3 400,0 Образование 182 07 +920,2 Профессиональная подготовка, переподготовка и повышение квалификации 182 07 05 +920,2 Институты повышения квалификации 182 07 05 4280000 +920,2 Обеспечение деятельности подведомственных учреждений 182 07 05 4289900 +920,2 Выполнение функций бюджетными учреждениями 182 07 05 4289900 001 +920,2 Здравоохранение 182 09 -22 813,5 Амбулаторная помощь 182 09 02 -2 500,0 Поликлиники, амбулатории, диагностические центры 182 09 02 4710000 -2 500,0 Обеспечение деятельности подведомственных учреждений 182 09 02 4719900 -2 500,0 Выполнение функций бюджетными учреждениями 182 09 02 4719900 001 -2 500,0 Санаторно-оздоровительная помощь 182 09 05 -20 313,5 Санатории, пансионаты, дома отдыха и турбазы 182 09 05 4750000 -20 313,5 Уплата налога на имущество организаций и земельного налога 182 09 05 4759500 -16 313,5 Выполнение функций бюджетными учреждениями 182 09 05 4759500 001 -16 313,5 Обеспечение деятельности подведомственных учреждений 182 09 05 4759900 -4 000,0 Выполнение функций бюджетными учреждениями 182 09 05 4759900 001 -4 000,0 СЛУЖБА ВНЕШНЕЙ РАЗВЕДКИ РОССИЙСКОЙ ФЕДЕРАЦИИ 184 -72,0 Социальная политика 184 10 -72,0 Социальное обеспечение населения 184 10 03 -72,0 Социальная помощь 184 10 03 5050000 -72,0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184 10 03 5050100 -72,0 Меры социальной поддержки граждан, подвергшихся воздействию радиации вследствие радиационных аварий и ядерных испытаний 184 10 03 5050101 -2,2 Социальные выплаты 184 10 03 5050101 005 -2,2 Компенсация в возмещение вреда гражданам, подвергшимся воздействию радиации вследствие радиационных аварий 184 10 03 5050105 -69,8 Социальные выплаты 184 10 03 5050105 005 -69,8 ФЕДЕРАЛЬНОЕ АГЕНТСТВО ПО ПОСТАВКАМ ВООРУЖЕНИЯ, ВОЕННОЙ, СПЕЦИАЛЬНОЙ ТЕХНИКИ И МАТЕРИАЛЬНЫХ СРЕДСТВ 186 -193 341,6 Национальная оборона 186 02 -193 341,6 Другие вопросы в области национальной обороны 186 02 09 -193 341,6 Руководство и управление в сфере установленных функций 186 02 09 0010000 -193 341,6 Центральный аппарат 186 02 09 0010400 -81 400,0 Выполнение функций государственными органами 186 02 09 0010400 012 -81 400,0 Выплаты независимым экспертам 186 02 09 0010800 -84,2 Выполнение функций государственными органами 186 02 09 0010800 012 -84,2 Территориальные органы 186 02 09 0011500 -95 857,4 Выполнение функций государственными органами 186 02 09 0011500 012 -95 857,4 Уплата налога на имущество организаций и земельного налога 186 02 09 0019500 -16 000,0 Выполнение функций государственными органами 186 02 09 0019500 012 -16 000,0 МИНИСТЕРСТВО ОБОРОНЫ РОССИЙСКОЙ ФЕДЕРАЦИИ 187 +44 617 063,9 Национальная оборона 187 02 +8 070 427,3 Вооруженные Силы Российской Федерации 187 02 01 +4 882 399,0 Руководство и управление в сфере установленных функций 187 02 01 0010000 -800 000,0 Военный персонал 187 02 01 0015800 -800 000,0 Денежное довольствие военнослужащих и сотрудников правоохранительных органов 187 02 01 0015801 -800 000,0 Выполнение функций государственными органами 187 02 01 0015801 012 -800 000,0 Воинские формирования (органы, подразделения) 187 02 01 2020000 +7 701 371,7 Обеспечение мероприятий по защите российского морского судоходства и противодействия пиратству 187 02 01 2020900 -1 260 000,0 Функционирование органов в сфере национальной безопасности, правоохранительной деятельности и обороны 187 02 01 2020900 014 -1 260 000,0 Военный персонал 187 02 01 2025800 -11 594 237,0 Денежное довольствие военнослужащих и сотрудников правоохранительных органов 187 02 01 2025801 -11 170 000,0 Функционирование органов в сфере национальной безопасности, правоохранительной деятельности и обороны 187 02 01 2025801 014 -11 170 000,0 Выплаты в соответствии с законодательством Российской Федерации, зависящие от размера денежного довольствия 187 02 01 2025803 -424 237,0 Функционирование органов в сфере национальной безопасности, правоохранительной деятельности и обороны 187 02 01 2025803 014 -424 237,0 Специальные объекты 187 02 01 2026600 -405 100,0 Функционирование органов в сфере национальной безопасности, правоохранительной деятельности и обороны 187 02 01 2026600 014 -405 100,0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187 02 01 2026700 +20 995 708,7 Функционирование органов в сфере национальной безопасности, правоохранительной деятельности и обороны 187 02 01 2026700 014 +20 995 708,7 Оплата и хранение специального топлива и горюче-смазочных материалов 187 02 01 2026800 -11 708 100,0 Оплата и хранение специального топлива и горюче-смазочных материалов в рамках государственного оборонного заказа 187 02 01 2026801 -11 919 300,0 Функционирование органов в сфере национальной безопасности, правоохранительной деятельности и обороны 187 02 01 2026801 014 -11 919 300,0 Оплата и хранение специального топлива и горюче-смазочных материалов вне рамок государственного оборонного заказа 187 02 01 2026802 +211 200,0 Функционирование органов в сфере национальной безопасности, правоохранительной деятельности и обороны 187 02 01 2026802 014 +211 200,0 Продовольственное обеспечение 187 02 01 2027100 +11 673 100,0 Продовольственное обеспечение в рамках государственного оборонного заказа 187 02 01 2027101 -3 021 700,0 Функционирование органов в сфере национальной безопасности, правоохранительной деятельности и обороны 187 02 01 2027101 014 -3 021 700,0 Продовольственное обеспечение вне рамок государственного оборонного заказа 187 02 01 2027102 +14 694 800,0 Функционирование органов в сфере национальной безопасности, правоохранительной деятельности и обороны 187 02 01 2027102 014 +14 694 800,0 Обеспечение мероприятий по празднованию Победы советского народа в Великой Отечественной войне 1941-1945 годов 187 02 01 2040000 -17 250,0 Функционирование органов в сфере национальной безопасности, правоохранительной деятельности и обороны 187 02 01 2040000 014 -17 250,0 Обеспечение деятельности военных комиссариатов 187 02 01 2070000 -16 825,9 Обеспечение деятельности подведомственных учреждений 187 02 01 2079900 -16 825,9 Функционирование органов в сфере национальной безопасности, правоохранительной деятельности и обороны 187 02 01 2079900 014 -16 825,9 Накопительно-ипотечная система жилищного обеспечения военнослужащих 187 02 01 2120000 +1 015 103,2 Накопительно-ипотечная система жилищного обеспечения военнослужащих 187 02 01 2120100 +1 015 103,2 Социальные выплаты 187 02 01 2120100 005 +1 015 103,2 Реализация государственных функций, связанных с обеспечением национальной обороны 187 02 01 2140000 -3 000 000,0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187 02 01 2146700 -3 000 000,0 Функционирование органов в сфере национальной безопасности, правоохранительной деятельности и обороны 187 02 01 2146700 014 -3 000 000,0 Мобилизационная и вневойсковая подготовка 187 02 03 -1 141 424,6 Руководство и управление в сфере установленных функций 187 02 03 0010000 +15 575,4 Осуществление первичного воинского учета на территориях, где отсутствуют военные комиссариаты 187 02 03 0013600 +15 575,4 Фонд компенсаций 187 02 03 0013600 009 +15 575,4 Обеспечение деятельности военных комиссариатов 187 02 03 2070000 -1 157 000,0 Проведение мероприятий по медицинскому освидетельствованию в связи с исполнением гражданами воинской обязанности 187 02 03 2070100 -1 157 000,0 Функционирование органов в сфере национальной безопасности, правоохранительной деятельности и обороны 187 02 03 2070100 014 -1 157 000,0 Прикладные научные исследования в области национальной обороны 187 02 08 +193 480,0 Федеральные целевые программы 187 02 08 1000000 +193 480,0 Федеральная целевая программа "Национальная система химической и биологической безопасности Российской Федерации (2009-2013 годы)" 187 02 08 1007500 +193 480,0 Научно-исследовательские и опытно-конструкторские работы 187 02 08 1007500 015 +193 480,0 Другие вопросы в области национальной обороны 187 02 09 +4 135 972,9 Федеральные целевые программы 187 02 09 1000000 +4 974 138,7 Федеральная целевая программа "Государственная граница Российской Федерации (2003-2011 годы)" 187 02 09 1001000 +93 800,0 Бюджетные инвестиции 187 02 09 1001000 003 +93 800,0 Федеральная целевая программа "Реструктуризация запасов ракет, боеприпасов и взрывчатых материалов, приведение системы их хранения и эксплуатации во взрывопожаробезопасное состояние на 2005-2010 годы" 187 02 09 1002100 +1 880 520,4 Бюджетные инвестиции 187 02 09 1002100 003 +1 517 770,0 Мероприятия по обеспечению взрывопожаробезопасного состояния систем хранения и эксплуатации специальных объектов 187 02 09 1002100 051 +362 750,4 Федеральная целевая программа "Экономическое и социальное развитие Дальнего Востока и Забайкалья на период до 2013 года" 187 02 09 1004600 +59 293,9 Развитие г. Владивостока как центра международного сотрудничества в Азиатско-Тихоокеанском регионе 187 02 09 1004601 +59 293,9 Функционирование органов в сфере национальной безопасности, правоохранительной деятельности и обороны 187 02 09 1004601 014 +59 293,9 Федеральная целевая программа "Создание системы базирования Черноморского флота на территории Российской Федерации в 2005-2020 годах" 187 02 09 1005600 +2 000 000,0 Бюджетные инвестиции 187 02 09 1005600 003 +2 000 000,0 Федеральная целевая программа "Развитие российских космодромов на 2006-2015 годы" 187 02 09 1005700 +4 845,0 Развитие российских космодромов на 2006-2015 годы 187 02 09 1005702 +4 845,0 Мероприятия в области национальной обороны 187 02 09 1005702 076 +4 845,0 Федеральная целевая программа "Национальная система химической и биологической безопасности Российской Федерации (2009-2013 годы)" 187 02 09 1007500 +110 471,7 Функционирование органов в сфере национальной безопасности, правоохранительной деятельности и обороны 187 02 09 1007500 014 +110 471,7 Федеральная целевая программа "Совершенствование системы комплектования должностей сержантов и солдат военнослужащими, переведенными на военную службу по контракту, и осуществление перехода к комплектованию должностей сержантов (старшин) Вооруженных Сил Российской Федерации, других войск, воинских формирований и органов, а также матросов плавсостава Военно-Морского Флота военнослужащими, проходящими военную службу по контракту (2009-2015 годы)" 187 02 09 1008000 +694 006,7 Бюджетные инвестиции 187 02 09 1008000 003 +694 006,7 Федеральная целевая программа "Повышение устойчивости жилых домов, основных объектов и систем жизнеобеспечения в сейсмических районах Российской Федерации на 2009-2014 годы" 187 02 09 1008200 +131 201,0 Бюджетные инвестиции 187 02 09 1008200 003 +131 201,0 Бюджетные инвестиции в объекты капитального строительства, не включенные в целевые программы 187 02 09 1020000 -823 165,8 Строительство объектов общегражданского назначения 187 02 09 1020200 +11 176 834,2 Строительство объектов социального и производственного комплексов, в том числе объектов общегражданского назначения, жилья, инфраструктуры 187 02 09 1020201 +11 176 834,2 Бюджетные инвестиции 187 02 09 1020201 003 +11 176 834,2 Строительство специальных и военных объектов 187 02 09 1020300 -12 000 000,0 Бюджетные инвестиции 187 02 09 1020300 003 -12 000 000,0 Мероприятия по выполнению требований международных договоров и обязательств о сокращении и ограничении вооружений и укреплению мер доверия в военной области 187 02 09 2220000 -15 000,0 Инспекционная деятельность и другие расходы 187 02 09 2220100 -15 000,0 Прочие расходы 187 02 09 2220100 013 -15 000,0 Жилищно-коммунальное хозяйство 187 05 +24 891 600,0 Жилищное хозяйство 187 05 01 +24 891 600,0 Бюджетные инвестиции в объекты капитального строительства, не включенные в целевые программы 187 05 01 1020000 +24 891 600,0 Обеспечение военнослужащих служебным и постоянным жильем 187 05 01 1020400 +24 891 600,0 Строительство и приобретение жилых помещений для постоянного проживания военнослужащих федеральных органов исполнительной власти, в которых законом предусмотрена военная служба 187 05 01 1020402 +24 891 600,0 Бюджетные инвестиции 187 05 01 1020402 003 +24 891 600,0 Образование 187 07 -1 878 566,4 Дошкольное образование 187 07 01 -5 000,0 Бюджетные инвестиции в объекты капитального строительства, не включенные в целевые программы 187 07 01 1020000 -5 000,0 Строительство объектов общегражданского назначения 187 07 01 1020200 -5 000,0 Строительство объектов социального и производственного комплексов, в том числе объектов общегражданского назначения, жилья, инфраструктуры 187 07 01 1020201 -5 000,0 Бюджетные инвестиции 187 07 01 1020201 003 -5 000,0 Общее образование 187 07 02 +687 304,8 Бюджетные инвестиции в объекты капитального строительства, не включенные в целевые программы 187 07 02 1020000 +687 304,8 Строительство объектов общегражданского назначения 187 07 02 1020200 +687 304,8 Строительство объектов социального и производственного комплексов, в том числе объектов общегражданского назначения, жилья, инфраструктуры 187 07 02 1020201 +687 304,8 Бюджетные инвестиции 187 07 02 1020201 003 +687 304,8 Начальное профессиональное образование 187 07 03 -1 805,4 Специальные профессионально-технические училища 187 07 03 4260000 -1 805,4 Обеспечение деятельности подведомственных учреждений 187 07 03 4269900 -1 805,4 Выполнение функций бюджетными учреждениями 187 07 03 4269900 001 -1 805,4 Профессиональная подготовка, переподготовка и повышение квалификации 187 07 05 -87 820,0 Институты повышения квалификации 187 07 05 4280000 -82 013,0 Военный персонал 187 07 05 4285800 -80 000,0 Денежное довольствие военнослужащих и сотрудников правоохранительных органов 187 07 05 4285801 -80 000,0 Выполнение функций бюджетными учреждениями 187 07 05 4285801 001 -80 000,0 Обеспечение деятельности подведомственных учреждений 187 07 05 4289900 -2 013,0 Выполнение функций бюджетными учреждениями 187 07 05 4289900 001 -2 013,0 Учебные заведения и курсы по переподготовке кадров 187 07 05 4290000 -5 807,0 Переподготовка и повышение квалификации кадров 187 07 05 4297800 -5 807,0 Функционирование органов в сфере национальной безопасности, правоохранительной деятельности и обороны 187 07 05 4297800 014 -5 807,0 Высшее и послевузовское профессиональное образование 187 07 06 -2 320 000,0 Высшие учебные заведения 187 07 06 4300000 -2 320 000,0 Военный персонал 187 07 06 4305800 -300 000,0 Денежное довольствие военнослужащих и сотрудников правоохранительных органов 187 07 06 4305801 -300 000,0 Выполнение функций бюджетными учреждениями 187 07 06 4305801 001 -300 000,0 Обеспечение деятельности подведомственных учреждений 187 07 06 4309900 -2 020 000,0 Выполнение функций бюджетными учреждениями 187 07 06 4309900 001 -2 020 000,0 Молодежная политика и оздоровление детей 187 07 07 -151 245,8 Мероприятия по проведению оздоровительной кампании детей 187 07 07 4320000 -151 245,8 Обеспечение деятельности подведомственных учреждений 187 07 07 4329900 -151 245,8 Выполнение функций бюджетными учреждениями 187 07 07 4329900 001 -151 245,8 Здравоохранение 187 09 +2 990 861,0 Стационарная медицинская помощь 187 09 01 +1 947 737,9 Бюджетные инвестиции в объекты капитального строительства, не включенные в целевые программы 187 09 01 1020000 +2 097 737,9 Строительство объектов общегражданского назначения 187 09 01 1020200 +2 097 737,9 Строительство объектов социального и производственного комплексов, в том числе объектов общегражданского назначения, жилья, инфраструктуры 187 09 01 1020201 +2 097 737,9 Бюджетные инвестиции 187 09 01 1020201 003 +2 097 737,9 Больницы, клиники, госпитали, медико-санитарные части 187 09 01 4700000 -150 000,0 Военный персонал 187 09 01 4705800 -150 000,0 Денежное довольствие военнослужащих и сотрудников правоохранительных органов 187 09 01 4705801 -150 000,0 Выполнение функций бюджетными учреждениями 187 09 01 4705801 001 -150 000,0 Прикладные научные исследования в области здравоохранения 187 09 08 +1 043 123,1 Бюджетные инвестиции в объекты капитального строительства, не включенные в целевые программы 187 09 08 1020000 +1 043 123,1 Строительство объектов общегражданского назначения 187 09 08 1020200 +1 043 123,1 Строительство объектов социального и производственного комплексов, в том числе объектов общегражданского назначения, жилья, инфраструктуры 187 09 08 1020201 +1 043 123,1 Бюджетные инвестиции 187 09 08 1020201 003 +1 043 123,1 Социальная политика 187 10 +10 542 742,0 Пенсионное обеспечение 187 10 01 +10 042 742,0 Пенсии 187 10 01 4900000 +10 042 742,0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187 10 01 4900100 +10 542 742,0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187 10 01 4900101 +10 542 742,0 Социальные выплаты 187 10 01 4900101 005 +10 542 742,0 Указ Президента Российской Федерации от 18 февраля 2005 года № 176 "Об установлении ежемесячной доплаты к пенсиям отдельным категориям пенсионеров" 187 10 01 4900500 -500 000,0 Ежемесячная доплата к пенсиям отдельным категориям пенсионеров 187 10 01 4900501 -500 000,0 Социальные выплаты 187 10 01 4900501 005 -500 000,0 Социальное обеспечение населения 187 10 03 +500 000,0 Социальная помощь 187 10 03 5050000 +500 000,0 Пособия и компенсации военнослужащим, приравненным к ним лицам, а также уволенным из их числа (за исключением публичных нормативных обязательств) 187 10 03 5057600 +500 000,0 Социальные выплаты 187 10 03 5057600 005 +500 000,0 МИНИСТЕРСТВО ВНУТРЕННИХ ДЕЛ РОССИЙСКОЙ ФЕДЕРАЦИИ 188 +25 663 713,1 Общегосударственные вопросы 188 01 -4 211,4 Международные отношения и международное сотрудничество 188 01 08 -4 211,4 Международное сотрудничество 188 01 08 0300000 -4 211,4 Взносы в международные организации 188 01 08 0309800 -4 211,4 Выполнение международных обязательств 188 01 08 0309800 011 -4 211,4 Национальная безопасность и правоохранительная деятельность 188 03 +15 941 020,1 Органы внутренних дел 188 03 02 +13 186 381,4 Руководство и управление в сфере установленных функций 188 03 02 0010000 -159 334,0 Центральный аппарат 188 03 02 0010400 +13 400,0 Выполнение функций государственными органами 188 03 02 0010400 012 +13 400,0 Зарубежный аппарат 188 03 02 0013100 -42 734,0 Выполнение функций государственными органами 188 03 02 0013100 012 -42 734,0 Военный персонал 188 03 02 0015800 -130 000,0 Денежное довольствие военнослужащих и сотрудников правоохранительных органов 188 03 02 0015801 -130 000,0 Выполнение функций государственными органами 188 03 02 0015801 012 -130 000,0 Бюджетные инвестиции в объекты капитального строительства, не включенные в целевые программы 188 03 02 1020000 -2 933 096,6 Строительство специальных и военных объектов 188 03 02 1020300 -2 933 096,6 Бюджетные инвестиции 188 03 02 1020300 003 -2 933 096,6 Воинские формирования (органы, подразделения) 188 03 02 2020000 +12 791 917,7 Обеспечение граждан квалифицированной юридической помощью по назначению органов дознания, органов предварительного следствия, прокурора 188 03 02 2024200 +30 686,0 Функционирование органов в сфере национальной безопасности, правоохранительной деятельности и обороны 188 03 02 2024200 014 +30 686,0 Военный персонал 188 03 02 2025800 +11 880 297,1 Денежное довольствие военнослужащих и сотрудников правоохранительных органов 188 03 02 2025801 +11 880 297,1 Функционирование органов в сфере национальной безопасности, правоохранительной деятельности и обороны 188 03 02 2025801 014 +11 880 297,1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188 03 02 2026700 +1 127 086,6 Функционирование органов в сфере национальной безопасности, правоохранительной деятельности и обороны 188 03 02 2026700 014 +1 127 086,6 Продовольственное обеспечение 188 03 02 2027100 -244 800,0 Продовольственное обеспечение в рамках государственного оборонного заказа 188 03 02 2027101 -88 800,0 Функционирование органов в сфере национальной безопасности, правоохранительной деятельности и обороны 188 03 02 2027101 014 -88 800,0 Продовольственное обеспечение вне рамок государственного оборонного заказа 188 03 02 2027102 -156 000,0 Функционирование органов в сфере национальной безопасности, правоохранительной деятельности и обороны 188 03 02 2027102 014 -156 000,0 Вещевое обеспечение 188 03 02 2027200 -1 352,0 Вещевое обеспечение вне рамок государственного оборонного заказа 188 03 02 2027202 -1 352,0 Функционирование органов в сфере национальной безопасности, правоохранительной деятельности и обороны 188 03 02 2027202 014 -1 352,0 Обеспечение деятельности вневедомственной охраны 188 03 02 2150000 +545 097,7 Военный персонал 188 03 02 2155800 +259 097,7 Денежное довольствие военнослужащих и сотрудников правоохранительных органов 188 03 02 2155801 +259 097,7 Функционирование органов в сфере национальной безопасности, правоохранительной деятельности и обороны 188 03 02 2155801 014 +259 097,7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188 03 02 2156700 +286 000,0 Функционирование органов в сфере национальной безопасности, правоохранительной деятельности и обороны 188 03 02 2156700 014 +286 000,0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188 03 02 7050000 +2 941 796,6 Закупки вооружений, военной и специальной техники, продукции производственно-технического назначения и имущества в рамках государственного оборонного заказа вне рамок государственной программы вооружения 188 03 02 7050500 +2 933 096,6 Электронная техника и средства связи 188 03 02 7050506 +2 933 096,6 Функционирование органов в сфере национальной безопасности, правоохранительной деятельности и обороны 188 03 02 7050506 014 +2 933 096,6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вне государственной программы вооружения 188 03 02 7050700 +8 700,0 Автобронетанковая техника 188 03 02 7050703 +2 000,0 Функционирование органов в сфере национальной безопасности, правоохранительной деятельности и обороны 188 03 02 7050703 014 +2 000,0 Электронная техника и средства связи 188 03 02 7050706 +6 700,0 Функционирование органов в сфере национальной безопасности, правоохранительной деятельности и обороны 188 03 02 7050706 014 +6 700,0 Внутренние войска 188 03 03 +2 729 625,8 Руководство и управление в сфере установленных функций 188 03 03 0010000 +17 748,5 Военный персонал 188 03 03 0015800 +14 148,7 Денежное довольствие военнослужащих и сотрудников правоохранительных органов 188 03 03 0015801 +14 148,7 Функционирование органов в сфере национальной безопасности, правоохранительной деятельности и обороны 188 03 03 0015801 014 +14 148,7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188 03 03 0016700 +3 599,8 Выполнение функций государственными органами 188 03 03 0016700 012 +3 599,8 Бюджетные инвестиции в объекты капитального строительства, не включенные в целевые программы 188 03 03 1020000 +778 860,0 Строительство специальных и военных объектов 188 03 03 1020300 +778 860,0 Бюджетные инвестиции 188 03 03 1020300 003 +778 860,0 Воинские формирования (органы, подразделения) 188 03 03 2020000 +1 914 078,7 Военный персонал 188 03 03 2025800 +1 624 529,9 Денежное довольствие военнослужащих и сотрудников правоохранительных органов 188 03 03 2025801 +1 654 529,9 Функционирование органов в сфере национальной безопасности, правоохранительной деятельности и обороны 188 03 03 2025801 014 +1 654 529,9 Выплаты в соответствии с законодательством Российской Федерации, зависящие от размера денежного довольствия 188 03 03 2025803 -30 000,0 Функционирование органов в сфере национальной безопасности, правоохранительной деятельности и обороны 188 03 03 2025803 014 -30 000,0 Функционирование Вооруженных Сил Российской Федерации, органов в сфере национальной безопасности и правоохранительной деятельности, войск и иных воинских формирований 188 03 03 2026700 +301 632,9 Функционирование органов в сфере национальной безопасности, правоохранительной деятельности и обороны 188 03 03 2026700 014 +301 632,9 Продовольственное обеспечение 188 03 03 2027100 -12 084,1 Продовольственное обеспечение вне рамок государственного оборонного заказа 188 03 03 2027102 -12 084,1 Функционирование органов в сфере национальной безопасности, правоохранительной деятельности и обороны 188 03 03 2027102 014 -12 084,1 Накопительно-ипотечная система жилищного обеспечения военнослужащих 188 03 03 2120000 +18 938,6 Накопительно-ипотечная система жилищного обеспечения военнослужащих 188 03 03 2120100 +18 938,6 Социальные выплаты 188 03 03 2120100 005 +18 938,6 Прикладные научные исследования в области национальной безопасности и правоохранительной деятельности 188 03 13 +25 012,9 Прикладные научные исследования и разработки 188 03 13 0810000 +33 712,9 Военный персонал 188 03 13 0815800 +19 300,0 Денежное довольствие военнослужащих и сотрудников правоохранительных органов 188 03 13 0815801 +19 300,0 Выполнение функций бюджетными учреждениями 188 03 13 0815801 001 +19 300,0 Вещевое обеспечение 188 03 13 0817200 -1 837,1 Вещевое обеспечение в рамках государственного оборонного заказа 188 03 13 0817201 -1 837,1 Выполнение функций бюджетными учреждениями 188 03 13 0817201 001 -1 837,1 Обеспечение деятельности подведомственных учреждений 188 03 13 0819900 +16 250,0 Выполнение функций бюджетными учреждениями 188 03 13 0819900 001 +16 250,0 Разработка, закупка и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188 03 13 7050000 -8 700,0 Исследования в области разработки вооружения, военной и специальной техники и иного производственно-технического оборудования в рамках государственного оборонного заказа вне государственной программы вооружения 188 03 13 7050300 -8 700,0 Функционирование органов в сфере национальной безопасности, правоохранительной деятельности и обороны 188 03 13 7050300 014 -8 700,0 Образование 188 07 +321 006,7 Дошкольное образование 188 07 01 -1 000,0 Детские дошкольные учреждения 188 07 01 4200000 -1 000,0 Обеспечение деятельности подведомственных учреждений 188 07 01 4209900 -1 000,0 Выполнение функций бюджетными учреждениями 188 07 01 4209900 001 -1 000,0 Среднее профессиональное образование 188 07 04 +21 073,6 Средние специальные учебные заведения 188 07 04 4270000 +21 073,6 Военный персонал 188 07 04 4275800 +14 100,0 Денежное довольствие военнослужащих и сотрудников правоохранительных органов 188 07 04 4275801 +14 100,0 Выполнение функций бюджетными учреждениями 188 07 04 4275801 001 +14 100,0 Продовольственное обеспечение 188 07 04 4277100 +3 050,0 Продовольственное обеспечение в рамках государственного оборонного заказа 188 07 04 4277101 +3 050,0 Выполнение функций бюджетными учреждениями 188 07 04 4277101 001 +3 050,0 Вещевое обеспечение 188 07 04 4277200 +2 473,6 Вещевое обеспечение в рамках государственного оборонного заказа 188 07 04 4277201 +2 473,6 Выполнение функций бюджетными учреждениями 188 07 04 4277201 001 +2 473,6 Обеспечение деятельности подведомственных учреждений 188 07 04 4279900 +1 450,0 Выполнение функций бюджетными учреждениями 188 07 04 4279900 001 +1 450,0 Профессиональная подготовка, переподготовка и повышение квалификации 188 07 05 -636,5 Институты повышения квалификации 188 07 05 4280000 -636,5 Вещевое обеспечение 188 07 05 4287200 -636,5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