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сотрудничестве в сфере безопасности на Каспийском море</w:t>
      </w:r>
    </w:p>
    <w:p>
      <w:r>
        <w:rPr>
          <w:b/>
        </w:rPr>
        <w:t>Статья None. Федеральный закон   от 30.11.2011 № 367-ФЗ</w:t>
      </w:r>
    </w:p>
    <w:p>
      <w:r>
        <w:t>О ратификации Соглашения о сотрудничестве в сфере безопасности на Каспийском море РОССИЙСКАЯ ФЕДЕРАЦИЯ ФЕДЕРАЛЬНЫЙ ЗАКОН О ратификации Соглашения о сотрудничестве в сфере безопасности на Каспийском море Принят Государственной Думой 18 ноября 2011 года Одобрен Советом Федерации 25 ноября 2011 года Ратифицировать Соглашение о сотрудничестве в сфере безопасности на Каспийском море, подписанное в городе Баку 18 ноября 2010 года. Президент Российской Федерации Д.Медведев Москва, Кремль 30 ноября 2011 года № 367-ФЗ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