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"Об общем числе мировых судей и количестве судебных участков в субъектах Российской Федерации"</w:t>
      </w:r>
    </w:p>
    <w:p>
      <w:r>
        <w:rPr>
          <w:b/>
        </w:rPr>
        <w:t>Статья 1</w:t>
      </w:r>
    </w:p>
    <w:p>
      <w:r>
        <w:t>Внести в абзац второй статьи 1 Федерального закона от 29 декабря 1999 года № 218-ФЗ "Об общем числе мировых судей и количестве судебных участков в субъектах Российской Федерации" (Собрание законодательства Российской Федерации, 2000, № 1, ст. 1; 2001, № 7, ст. 611; 2002, № 28, ст. 2784; 2003, № 22, ст. 2065; 2004, № 12, ст. 1034; № 31, ст. 3227; 2006, № 50, ст. 5287 - 5302; 2007, № 26, ст. 3078 - 3085; № 30, ст. 3761 - 3795; № 31, ст. 4004, 4005; № 49, ст. 6049 - 6054; 2008, № 7, ст. 547 - 550; № 14, ст. 1354; № 19, ст. 2095 - 2097; № 26, ст. 3016 - 3018; № 30, ст. 3595; № 49, ст. 5734; 2009, № 7, ст. 783, 784; № 42, ст. 4862; 2010, № 19, ст. 2282; № 27, ст. 3409; 2011, № 11, ст. 1501; № 23, ст. 3254) изменение, заменив слова "Ханты-Мансийский автономный округ - 74" словами "Ханты-Мансийский автономный округ - Югра - 76".</w:t>
      </w:r>
    </w:p>
    <w:p>
      <w:r>
        <w:rPr>
          <w:b/>
        </w:rPr>
        <w:t>Статья 2</w:t>
      </w:r>
    </w:p>
    <w:p>
      <w:r>
        <w:t>Финансовое обеспечение расходных обязательств, возникающих в соответствии с пунктом 1 статьи 10 Федерального закона от 17 декабря 1998 года № 188-ФЗ "О мировых судьях в Российской Федерации", в Ханты-Мансийском автономном округе - Югре в 2012 году осуществляется за счет федерального бюджета в пределах бюджетных ассигнований, выделенных на содержание мировых судей.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