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службе в органах внутренних дел Российской Федерации и внесении изменений в отдельные законодательные акты Российской Федерации</w:t>
      </w:r>
    </w:p>
    <w:p>
      <w:pPr>
        <w:pStyle w:val="Heading3"/>
      </w:pPr>
      <w:r>
        <w:t>Общие положения</w:t>
      </w:r>
    </w:p>
    <w:p>
      <w:r>
        <w:rPr>
          <w:b/>
        </w:rPr>
        <w:t>Статья 1. Основные термины</w:t>
      </w:r>
    </w:p>
    <w:p>
      <w:r>
        <w:t>Для целей настоящего Федерального закона применяемые термины означают</w:t>
      </w:r>
    </w:p>
    <w:p>
      <w:r>
        <w:t>служба в органах внутренних дел - федеральная государственная служба, представляющая собой профессиональную служебную деятельность граждан Российской Федерации (далее - граждане) на должностях в органах внутренних дел Российской Федерации (далее - органы внутренних дел), а также на должностях, не являющихся должностями в органах внутренних дел, в случаях и на условиях, которые предусмотрены настоящим Федеральным законом, другими федеральными законами и (или) нормативными правовыми актами Президента Российской Федерации</w:t>
      </w:r>
    </w:p>
    <w:p>
      <w:r>
        <w:t>должности в органах внутренних дел - должности сотрудников органов внутренних дел, которые учреждаются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(далее - федеральный орган исполнительной власти в сфере внутренних дел), его территориальных органах, подразделениях, организациях и службах</w:t>
      </w:r>
    </w:p>
    <w:p>
      <w:r>
        <w:t>руководитель федерального органа исполнительной власти в сфере внутренних дел - лицо, замещающее государственную должность Российской Федерации и осуществляющее полномочия нанимателя от имени Российской Федерации в отношении сотрудников органов внутренних дел</w:t>
      </w:r>
    </w:p>
    <w:p>
      <w:r>
        <w:t>руководитель (начальник) - руководитель федерального органа исполнительной власти в сфере внутренних дел и его заместитель, руководитель (начальник) структурного подразделения федерального органа исполнительной власти в сфере внутренних дел и его заместитель, руководитель (начальник) территориального органа федерального органа исполнительной власти в сфере внутренних дел и его заместитель, руководитель (начальник) структурного подразделения территориального органа федерального органа исполнительной власти в сфере внутренних дел и его заместитель, руководитель (начальник) подразделения, организации или службы (далее - подразделение) и его заместитель, сотрудник органов внутренних дел, наделенный в установленном порядке полномочиями по руководству другими сотрудниками, в том числе временно</w:t>
      </w:r>
    </w:p>
    <w:p>
      <w:r>
        <w:t>уполномоченный руководитель - заместитель руководителя федерального органа исполнительной власти в сфере внутренних дел, руководитель (начальник) структурного подразделения федерального органа исполнительной власти в сфере внутренних дел, руководитель (начальник) территориального органа федерального органа исполнительной власти в сфере внутренних дел, руководитель (начальник) структурного подразделения территориального органа федерального органа исполнительной власти в сфере внутренних дел, руководитель (начальник) подразделения, наделенные в установленном порядке руководителем федерального органа исполнительной власти в сфере внутренних дел полномочиями нанимателя от имени Российской Федерации</w:t>
      </w:r>
    </w:p>
    <w:p>
      <w:r>
        <w:rPr>
          <w:b/>
        </w:rPr>
        <w:t>Статья 2.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правоотношения, связанные с поступлением на службу в органы внутренних дел, ее прохождением и прекращением, а также с определением правового положения (статуса) сотрудника органов внутренних дел</w:t>
      </w:r>
    </w:p>
    <w:p>
      <w:r>
        <w:rPr>
          <w:b/>
        </w:rPr>
        <w:t xml:space="preserve">2. </w:t>
      </w:r>
      <w:r>
        <w:t>Правоотношения, связанные с прохождением в органах внутренних дел федеральной государственной гражданской службы, регулируются законодательством Российской Федерации о государственной гражданской службе, а трудовые отношения - трудовым законодательством</w:t>
      </w:r>
    </w:p>
    <w:p>
      <w:r>
        <w:rPr>
          <w:b/>
        </w:rPr>
        <w:t>Статья 3. Правовое регулирование службы в органах внутренних дел</w:t>
      </w:r>
    </w:p>
    <w:p>
      <w:r>
        <w:rPr>
          <w:b/>
        </w:rPr>
        <w:t xml:space="preserve">1. </w:t>
      </w:r>
      <w:r>
        <w:t>Регулирование правоотношений, связанных со службой в органах внутренних дел, осуществляется в соответствии с</w:t>
      </w:r>
    </w:p>
    <w:p>
      <w:r>
        <w:rPr>
          <w:b/>
        </w:rPr>
        <w:t xml:space="preserve">2. </w:t>
      </w:r>
      <w:r>
        <w:t>В случаях, не урегулированных нормативными правовыми актами Российской Федерации, указанными в части 1 настоящей статьи, к правоотношениям, связанным со службой в органах внутренних дел, применяются нормы трудового законодательства</w:t>
      </w:r>
    </w:p>
    <w:p>
      <w:r>
        <w:rPr>
          <w:b/>
        </w:rPr>
        <w:t xml:space="preserve">3. </w:t>
      </w:r>
      <w:r>
        <w:t>Если международным договором Российской Федерации, ратифицированным в порядке, установленном законодательством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1. </w:t>
      </w:r>
      <w:r>
        <w:t>Конституцией Российской Федерации</w:t>
      </w:r>
    </w:p>
    <w:p>
      <w:r>
        <w:rPr>
          <w:b/>
        </w:rPr>
        <w:t xml:space="preserve">1. </w:t>
      </w:r>
      <w:r>
        <w:t>настоящим Федеральным законом</w:t>
      </w:r>
    </w:p>
    <w:p>
      <w:r>
        <w:rPr>
          <w:b/>
        </w:rPr>
        <w:t xml:space="preserve">1. </w:t>
      </w:r>
      <w:r>
        <w:t>Федеральным законом от 7 февраля 2011 года № 3-ФЗ "О полиции" (далее - Федеральный закон "О полиции"), Федеральным законом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другими федеральными законами, регламентирующими правоотношения, связанные со службой в органах внутренних дел</w:t>
      </w:r>
    </w:p>
    <w:p>
      <w:r>
        <w:rPr>
          <w:b/>
        </w:rPr>
        <w:t xml:space="preserve">1. </w:t>
      </w:r>
      <w:r>
        <w:t>нормативными правовыми актами Президента Российской Федерации</w:t>
      </w:r>
    </w:p>
    <w:p>
      <w:r>
        <w:rPr>
          <w:b/>
        </w:rPr>
        <w:t xml:space="preserve">1. </w:t>
      </w:r>
      <w:r>
        <w:t>нормативными правовыми актами Правительства Российской Федерации</w:t>
      </w:r>
    </w:p>
    <w:p>
      <w:r>
        <w:rPr>
          <w:b/>
        </w:rPr>
        <w:t xml:space="preserve">1. </w:t>
      </w:r>
      <w:r>
        <w:t>нормативными правовыми актами федерального органа исполнительной власти в сфере внутренних дел</w:t>
      </w:r>
    </w:p>
    <w:p>
      <w:r>
        <w:rPr>
          <w:b/>
        </w:rPr>
        <w:t>Статья 4. Принципы службы в органах внутренних дел</w:t>
      </w:r>
    </w:p>
    <w:p>
      <w:r>
        <w:rPr>
          <w:b/>
        </w:rPr>
        <w:t xml:space="preserve">1. </w:t>
      </w:r>
      <w:r>
        <w:t>Служба в органах внутренних дел осуществляется в соответствии с основными принципами построения и функционирования системы государственной службы Российской Федерации (далее - государственная служба), установленными Федеральным законом от 27 мая 2003 года № 58-ФЗ "О системе государственной службы Российской Федерации"</w:t>
      </w:r>
    </w:p>
    <w:p>
      <w:r>
        <w:rPr>
          <w:b/>
        </w:rPr>
        <w:t xml:space="preserve">2. </w:t>
      </w:r>
      <w:r>
        <w:t>Принципами службы в органах внутренних дел являются</w:t>
      </w:r>
    </w:p>
    <w:p>
      <w:r>
        <w:rPr>
          <w:b/>
        </w:rPr>
        <w:t xml:space="preserve">3. </w:t>
      </w:r>
      <w:r>
        <w:t>Принципы службы в органах внутренних дел реализуются при соблюдении следующих положений</w:t>
      </w:r>
    </w:p>
    <w:p>
      <w:r>
        <w:rPr>
          <w:b/>
        </w:rPr>
        <w:t xml:space="preserve">2. </w:t>
      </w:r>
      <w:r>
        <w:t>единоначалие и субординация (подчиненность) на службе в органах внутренних дел</w:t>
      </w:r>
    </w:p>
    <w:p>
      <w:r>
        <w:rPr>
          <w:b/>
        </w:rPr>
        <w:t xml:space="preserve">2. </w:t>
      </w:r>
      <w:r>
        <w:t>обязательный профессиональный отбор при равном доступе граждан к службе в органах внутренних дел и создание возможностей для продвижения по службе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сотрудника органов внутренних дел</w:t>
      </w:r>
    </w:p>
    <w:p>
      <w:r>
        <w:rPr>
          <w:b/>
        </w:rPr>
        <w:t xml:space="preserve">2. </w:t>
      </w:r>
      <w:r>
        <w:t>взаимосвязь ограничений, обязанностей, запретов, ответственности на службе в органах внутренних дел и социальных гарантий сотрудника органов внутренних дел (далее также - сотрудник)</w:t>
      </w:r>
    </w:p>
    <w:p>
      <w:r>
        <w:rPr>
          <w:b/>
        </w:rPr>
        <w:t xml:space="preserve">3. </w:t>
      </w:r>
      <w:r>
        <w:t>сотрудник органов внутренних дел в своей деятельности руководствуется законодательством Российской Федерации, никто не имеет права вмешиваться в законную деятельность сотрудника, кроме лиц, прямо уполномоченных на то федеральным законом</w:t>
      </w:r>
    </w:p>
    <w:p>
      <w:r>
        <w:rPr>
          <w:b/>
        </w:rPr>
        <w:t xml:space="preserve">3. </w:t>
      </w:r>
      <w:r>
        <w:t>сотрудник органов внутренних дел при выполнении служебных обязанностей подчиняется только прямым руководителям (начальникам). Прямыми руководителями (начальниками) сотрудника являются руководители (начальники), которым он подчинен по службе, в том числе временно; ближайший к сотруднику прямой руководитель (начальник) является его непосредственным руководителем (начальником); сотрудники, не подчиненные друг другу по службе, могут быть старшими или младшими по подчиненности; старшинство сотрудников определяется замещаемой должностью, а в случае, если сотрудники замещают равнозначные должности, - по специальному званию</w:t>
      </w:r>
    </w:p>
    <w:p>
      <w:r>
        <w:rPr>
          <w:b/>
        </w:rPr>
        <w:t xml:space="preserve">3. </w:t>
      </w:r>
      <w:r>
        <w:t>обязательным для сотрудника органов внутренних дел является выполнение приказов и распоряжений руководителей (начальников), отданных в установленном порядке и не противоречащих федеральному закону</w:t>
      </w:r>
    </w:p>
    <w:p>
      <w:r>
        <w:rPr>
          <w:b/>
        </w:rPr>
        <w:t xml:space="preserve">3. </w:t>
      </w:r>
      <w:r>
        <w:t>ограничение прав и свобод человека и гражданина в отношении сотрудника органов внутренних дел допускается федеральным законом в той мере, в какой это необходимо для выполнения задач, связанных с защитой основ конституционного строя, нравственности, здоровья, прав и законных интересов других лиц, и для обеспечения безопасности государства</w:t>
      </w:r>
    </w:p>
    <w:p>
      <w:r>
        <w:rPr>
          <w:b/>
        </w:rPr>
        <w:t xml:space="preserve">3. </w:t>
      </w:r>
      <w:r>
        <w:t>сотрудник органов внутренних дел не вправе отказаться от выполнения своих служебных обязанностей, если эти обязанности предусмотрены контрактом о прохождении службы в органах внутренних дел (далее - контракт) или должностным регламентом (должностной инструкцией) и для выполнения этих обязанностей приняты необходимые меры безопасности</w:t>
      </w:r>
    </w:p>
    <w:p>
      <w:r>
        <w:rPr>
          <w:b/>
        </w:rPr>
        <w:t xml:space="preserve">3. </w:t>
      </w:r>
      <w:r>
        <w:t>сотруднику органов внутренних дел запрещается состоять в политических партиях, материально поддерживать политические партии и принимать участие в их деятельности. При осуществлении служебной деятельности сотрудник не должен быть связан решениями политических партий, иных общественных объединений и религиозных организаций</w:t>
      </w:r>
    </w:p>
    <w:p>
      <w:r>
        <w:rPr>
          <w:b/>
        </w:rPr>
        <w:t>Статья 5. Взаимосвязь службы в органах внутренних дел, государственной службы иных видов и муниципальной службы</w:t>
      </w:r>
    </w:p>
    <w:p>
      <w:r>
        <w:rPr>
          <w:b/>
        </w:rPr>
        <w:t xml:space="preserve">1. </w:t>
      </w:r>
      <w:r>
        <w:t>Взаимосвязь службы в органах внутренних дел и государственной службы иных видов обеспечивается на основе единства системы государственной службы и принципов ее построения и функционирования, а также посредством</w:t>
      </w:r>
    </w:p>
    <w:p>
      <w:r>
        <w:rPr>
          <w:b/>
        </w:rPr>
        <w:t xml:space="preserve">2. </w:t>
      </w:r>
      <w:r>
        <w:t>Взаимосвязь службы в органах внутренних дел и муниципальной службы обеспечивается посредством учета стажа службы в органах внутренних дел при исчислении стажа муниципальной службы</w:t>
      </w:r>
    </w:p>
    <w:p>
      <w:r>
        <w:rPr>
          <w:b/>
        </w:rPr>
        <w:t xml:space="preserve">3. </w:t>
      </w:r>
      <w:r>
        <w:t>Гражданину, проходившему государственную службу иных видов, назначаемому на должность высшего начальствующего состава, или сотруднику органов внутренних дел, назначаемому на соответствующую должность государственной службы иного вида, по решению Президента Российской Федерации могут быть сохранены социальные гарантии, которые имел указанный гражданин или сотрудник</w:t>
      </w:r>
    </w:p>
    <w:p>
      <w:r>
        <w:rPr>
          <w:b/>
        </w:rPr>
        <w:t xml:space="preserve">1. </w:t>
      </w:r>
      <w:r>
        <w:t>соотносительности основных условий и размеров оплаты труда, а также основных социальных гарантий при прохождении службы в органах внутренних дел и государственной службы иных видов</w:t>
      </w:r>
    </w:p>
    <w:p>
      <w:r>
        <w:rPr>
          <w:b/>
        </w:rPr>
        <w:t xml:space="preserve">1. </w:t>
      </w:r>
      <w:r>
        <w:t>установления ограничений и обязательств при прохождении службы в органах внутренних дел и государственной службы иных видов</w:t>
      </w:r>
    </w:p>
    <w:p>
      <w:r>
        <w:rPr>
          <w:b/>
        </w:rPr>
        <w:t xml:space="preserve">1. </w:t>
      </w:r>
      <w:r>
        <w:t>учета стажа службы в органах внутренних дел при исчислении стажа государственной службы иных видов</w:t>
      </w:r>
    </w:p>
    <w:p>
      <w:r>
        <w:rPr>
          <w:b/>
        </w:rPr>
        <w:t xml:space="preserve">1. </w:t>
      </w:r>
      <w:r>
        <w:t>соотносительности специальных званий, воинских званий, классных чинов и дипломатических рангов</w:t>
      </w:r>
    </w:p>
    <w:p>
      <w:r>
        <w:rPr>
          <w:b/>
        </w:rPr>
        <w:t xml:space="preserve">1. </w:t>
      </w:r>
      <w:r>
        <w:t>соотносительности основных условий государственного пенсионного обеспечения сотрудников органов внутренних дел и граждан, проходивших государственную службу иных видов</w:t>
      </w:r>
    </w:p>
    <w:p>
      <w:pPr>
        <w:pStyle w:val="Heading3"/>
      </w:pPr>
      <w:r>
        <w:t>Должности в органах внутренних дел. Специальные звания</w:t>
      </w:r>
    </w:p>
    <w:p>
      <w:r>
        <w:rPr>
          <w:b/>
        </w:rPr>
        <w:t>Статья 6. Должности в органах внутренних дел</w:t>
      </w:r>
    </w:p>
    <w:p>
      <w:r>
        <w:rPr>
          <w:b/>
        </w:rPr>
        <w:t xml:space="preserve">1. </w:t>
      </w:r>
      <w:r>
        <w:t>Должности в органах внутренних дел учреждаются в целях непосредственного исполнения, организации и обеспечения исполнения полномочий федерального органа исполнительной власти в сфере внутренних дел, его территориальных органов, подразделений либо полномочий лица, замещающего государственную должность Российской Федерации</w:t>
      </w:r>
    </w:p>
    <w:p>
      <w:r>
        <w:rPr>
          <w:b/>
        </w:rPr>
        <w:t xml:space="preserve">2. </w:t>
      </w:r>
      <w:r>
        <w:t>Перечень типовых должностей в органах внутренних дел и соответствующих им специальных званий утверждается Президентом Российской Федерации</w:t>
      </w:r>
    </w:p>
    <w:p>
      <w:r>
        <w:rPr>
          <w:b/>
        </w:rPr>
        <w:t xml:space="preserve">3. </w:t>
      </w:r>
      <w:r>
        <w:t>На основании перечня типовых должностей в органах внутренних дел руководителем федерального органа исполнительной власти в сфере внутренних дел с учетом особенностей функционирования этих органов могут учреждаться соответствующие типовым должностям по своему правовому статусу должности с иными наименованиями - нетиповые должности</w:t>
      </w:r>
    </w:p>
    <w:p>
      <w:r>
        <w:rPr>
          <w:b/>
        </w:rPr>
        <w:t>Статья 7. Классификация должностей в органах внутренних дел</w:t>
      </w:r>
    </w:p>
    <w:p>
      <w:r>
        <w:t>Должности в органах внутренних дел подразделяются на</w:t>
      </w:r>
    </w:p>
    <w:p>
      <w:r>
        <w:t>должности высшего начальствующего состава</w:t>
      </w:r>
    </w:p>
    <w:p>
      <w:r>
        <w:t>должности старшего начальствующего состава</w:t>
      </w:r>
    </w:p>
    <w:p>
      <w:r>
        <w:t>должности среднего начальствующего состава</w:t>
      </w:r>
    </w:p>
    <w:p>
      <w:r>
        <w:t>должности младшего начальствующего состава</w:t>
      </w:r>
    </w:p>
    <w:p>
      <w:r>
        <w:t>должности рядового состава</w:t>
      </w:r>
    </w:p>
    <w:p>
      <w:r>
        <w:rPr>
          <w:b/>
        </w:rPr>
        <w:t>Статья 8. Специальные звания</w:t>
      </w:r>
    </w:p>
    <w:p>
      <w:r>
        <w:rPr>
          <w:b/>
        </w:rPr>
        <w:t xml:space="preserve">1. </w:t>
      </w:r>
      <w:r>
        <w:t>Специальные звания, установленные по должностям в органах внутренних дел, присваиваются в соответствии с настоящим Федеральным законом</w:t>
      </w:r>
    </w:p>
    <w:p>
      <w:r>
        <w:rPr>
          <w:b/>
        </w:rPr>
        <w:t xml:space="preserve">2. </w:t>
      </w:r>
      <w:r>
        <w:t>Учреждаются следующие специальные звания</w:t>
      </w:r>
    </w:p>
    <w:p>
      <w:r>
        <w:rPr>
          <w:b/>
        </w:rPr>
        <w:t xml:space="preserve">3. </w:t>
      </w:r>
      <w:r>
        <w:t>Специальное звание присваивается сотруднику органов внутренних дел в соответствии с замещаемой должностью</w:t>
      </w:r>
    </w:p>
    <w:p>
      <w:r>
        <w:rPr>
          <w:b/>
        </w:rPr>
        <w:t xml:space="preserve">4. </w:t>
      </w:r>
      <w:r>
        <w:t>При замещении должности рядового состава сотруднику органов внутренних дел присваивается специальное звание рядового полиции, рядового внутренней службы или рядового юстиции</w:t>
      </w:r>
    </w:p>
    <w:p>
      <w:r>
        <w:rPr>
          <w:b/>
        </w:rPr>
        <w:t xml:space="preserve">5. </w:t>
      </w:r>
      <w:r>
        <w:t>При замещении должностей начальствующего состава устанавливаются следующие предельные специальные звания</w:t>
      </w:r>
    </w:p>
    <w:p>
      <w:r>
        <w:rPr>
          <w:b/>
        </w:rPr>
        <w:t xml:space="preserve">6. </w:t>
      </w:r>
      <w:r>
        <w:t>Перечень должностей высшего начальствующего состава и соответствующих им специальных званий утверждается Президентом Российской Федерации</w:t>
      </w:r>
    </w:p>
    <w:p>
      <w:r>
        <w:rPr>
          <w:b/>
        </w:rPr>
        <w:t xml:space="preserve">7. </w:t>
      </w:r>
      <w:r>
        <w:t>Перечни должностей рядового состава, младшего, среднего и старшего начальствующего состава и соответствующих им специальных званий утверждаются федеральным органом исполнительной власти в сфере внутренних дел на основании предусмотренного статьей 6 настоящего Федерального закона перечня типовых должностей в органах внутренних дел и соответствующих им специальных званий</w:t>
      </w:r>
    </w:p>
    <w:p>
      <w:r>
        <w:rPr>
          <w:b/>
        </w:rPr>
        <w:t xml:space="preserve">2. </w:t>
      </w:r>
      <w:r>
        <w:t>рядовой состав: рядовой полиции, рядовой внутренней службы, рядовой юстиции</w:t>
      </w:r>
    </w:p>
    <w:p>
      <w:r>
        <w:rPr>
          <w:b/>
        </w:rPr>
        <w:t xml:space="preserve">2. </w:t>
      </w:r>
      <w:r>
        <w:t>младший начальствующий состав:</w:t>
      </w:r>
    </w:p>
    <w:p>
      <w:r>
        <w:rPr>
          <w:b/>
        </w:rPr>
        <w:t xml:space="preserve">2. </w:t>
      </w:r>
      <w:r>
        <w:t>средний начальствующий состав:</w:t>
      </w:r>
    </w:p>
    <w:p>
      <w:r>
        <w:rPr>
          <w:b/>
        </w:rPr>
        <w:t xml:space="preserve">2. </w:t>
      </w:r>
      <w:r>
        <w:t>старший начальствующий состав:</w:t>
      </w:r>
    </w:p>
    <w:p>
      <w:r>
        <w:rPr>
          <w:b/>
        </w:rPr>
        <w:t xml:space="preserve">2. </w:t>
      </w:r>
      <w:r>
        <w:t>высший начальствующий состав:</w:t>
      </w:r>
    </w:p>
    <w:p>
      <w:r>
        <w:rPr>
          <w:b/>
        </w:rPr>
        <w:t xml:space="preserve">2. </w:t>
      </w:r>
      <w:r>
        <w:t>младший сержант полиции, младший сержант внутренней службы, младший сержант юстиции</w:t>
      </w:r>
    </w:p>
    <w:p>
      <w:r>
        <w:rPr>
          <w:b/>
        </w:rPr>
        <w:t xml:space="preserve">2. </w:t>
      </w:r>
      <w:r>
        <w:t>сержант полиции, сержант внутренней службы, сержант юстиции</w:t>
      </w:r>
    </w:p>
    <w:p>
      <w:r>
        <w:rPr>
          <w:b/>
        </w:rPr>
        <w:t xml:space="preserve">2. </w:t>
      </w:r>
      <w:r>
        <w:t>старший сержант полиции, старший сержант внутренней службы, старший сержант юстиции</w:t>
      </w:r>
    </w:p>
    <w:p>
      <w:r>
        <w:rPr>
          <w:b/>
        </w:rPr>
        <w:t xml:space="preserve">2. </w:t>
      </w:r>
      <w:r>
        <w:t>старшина полиции, старшина внутренней службы, старшина юстиции</w:t>
      </w:r>
    </w:p>
    <w:p>
      <w:r>
        <w:rPr>
          <w:b/>
        </w:rPr>
        <w:t xml:space="preserve">2. </w:t>
      </w:r>
      <w:r>
        <w:t>прапорщик полиции, прапорщик внутренней службы, прапорщик юстиции</w:t>
      </w:r>
    </w:p>
    <w:p>
      <w:r>
        <w:rPr>
          <w:b/>
        </w:rPr>
        <w:t xml:space="preserve">2. </w:t>
      </w:r>
      <w:r>
        <w:t>старший прапорщик полиции, старший прапорщик внутренней службы, старший прапорщик юстиции</w:t>
      </w:r>
    </w:p>
    <w:p>
      <w:r>
        <w:rPr>
          <w:b/>
        </w:rPr>
        <w:t xml:space="preserve">2. </w:t>
      </w:r>
      <w:r>
        <w:t>младший лейтенант полиции, младший лейтенант внутренней службы, младший лейтенант юстиции</w:t>
      </w:r>
    </w:p>
    <w:p>
      <w:r>
        <w:rPr>
          <w:b/>
        </w:rPr>
        <w:t xml:space="preserve">2. </w:t>
      </w:r>
      <w:r>
        <w:t>лейтенант полиции, лейтенант внутренней службы, лейтенант юстиции</w:t>
      </w:r>
    </w:p>
    <w:p>
      <w:r>
        <w:rPr>
          <w:b/>
        </w:rPr>
        <w:t xml:space="preserve">2. </w:t>
      </w:r>
      <w:r>
        <w:t>старший лейтенант полиции, старший лейтенант внутренней службы, старший лейтенант юстиции</w:t>
      </w:r>
    </w:p>
    <w:p>
      <w:r>
        <w:rPr>
          <w:b/>
        </w:rPr>
        <w:t xml:space="preserve">2. </w:t>
      </w:r>
      <w:r>
        <w:t>капитан полиции, капитан внутренней службы, капитан юстиции</w:t>
      </w:r>
    </w:p>
    <w:p>
      <w:r>
        <w:rPr>
          <w:b/>
        </w:rPr>
        <w:t xml:space="preserve">2. </w:t>
      </w:r>
      <w:r>
        <w:t>майор полиции, майор внутренней службы, майор юстиции</w:t>
      </w:r>
    </w:p>
    <w:p>
      <w:r>
        <w:rPr>
          <w:b/>
        </w:rPr>
        <w:t xml:space="preserve">2. </w:t>
      </w:r>
      <w:r>
        <w:t>подполковник полиции, подполковник внутренней службы, подполковник юстиции</w:t>
      </w:r>
    </w:p>
    <w:p>
      <w:r>
        <w:rPr>
          <w:b/>
        </w:rPr>
        <w:t xml:space="preserve">2. </w:t>
      </w:r>
      <w:r>
        <w:t>полковник полиции, полковник внутренней службы, полковник юстиции</w:t>
      </w:r>
    </w:p>
    <w:p>
      <w:r>
        <w:rPr>
          <w:b/>
        </w:rPr>
        <w:t xml:space="preserve">2. </w:t>
      </w:r>
      <w:r>
        <w:t>генерал-майор полиции, генерал-майор внутренней службы, генерал-майор юстиции</w:t>
      </w:r>
    </w:p>
    <w:p>
      <w:r>
        <w:rPr>
          <w:b/>
        </w:rPr>
        <w:t xml:space="preserve">2. </w:t>
      </w:r>
      <w:r>
        <w:t>генерал-лейтенант полиции, генерал-лейтенант внутренней службы, генерал-лейтенант юстиции</w:t>
      </w:r>
    </w:p>
    <w:p>
      <w:r>
        <w:rPr>
          <w:b/>
        </w:rPr>
        <w:t xml:space="preserve">2. </w:t>
      </w:r>
      <w:r>
        <w:t>генерал-полковник полиции, генерал-полковник внутренней службы, генерал-полковник юстиции</w:t>
      </w:r>
    </w:p>
    <w:p>
      <w:r>
        <w:rPr>
          <w:b/>
        </w:rPr>
        <w:t xml:space="preserve">2. </w:t>
      </w:r>
      <w:r>
        <w:t>генерал полиции Российской Федерации</w:t>
      </w:r>
    </w:p>
    <w:p>
      <w:r>
        <w:rPr>
          <w:b/>
        </w:rPr>
        <w:t xml:space="preserve">5. </w:t>
      </w:r>
      <w:r>
        <w:t>старший прапорщик полиции, старший прапорщик внутренней службы, старший прапорщик юстиции - при замещении должностей младшего начальствующего состава</w:t>
      </w:r>
    </w:p>
    <w:p>
      <w:r>
        <w:rPr>
          <w:b/>
        </w:rPr>
        <w:t xml:space="preserve">5. </w:t>
      </w:r>
      <w:r>
        <w:t>капитан полиции, капитан внутренней службы, капитан юстиции - при замещении должностей среднего начальствующего состава</w:t>
      </w:r>
    </w:p>
    <w:p>
      <w:r>
        <w:rPr>
          <w:b/>
        </w:rPr>
        <w:t xml:space="preserve">5. </w:t>
      </w:r>
      <w:r>
        <w:t>полковник полиции, полковник внутренней службы, полковник юстиции - при замещении должностей старшего начальствующего состава</w:t>
      </w:r>
    </w:p>
    <w:p>
      <w:r>
        <w:rPr>
          <w:b/>
        </w:rPr>
        <w:t xml:space="preserve">5. </w:t>
      </w:r>
      <w:r>
        <w:t>генерал полиции Российской Федерации, генерал-полковник внутренней службы, генерал-полковник юстиции - при замещении должностей высшего начальствующего состава</w:t>
      </w:r>
    </w:p>
    <w:p>
      <w:r>
        <w:rPr>
          <w:b/>
        </w:rPr>
        <w:t>Статья 9. Квалификационные требования к должностям в органах внутренних дел</w:t>
      </w:r>
    </w:p>
    <w:p>
      <w:r>
        <w:rPr>
          <w:b/>
        </w:rPr>
        <w:t xml:space="preserve">1. </w:t>
      </w:r>
      <w:r>
        <w:t>В число квалификационных требований к должностям в органах внутренних дел, устанавливаемых в соответствии с составами должностей в органах внутренних дел, входят требования к уровню образования, стажу службы в органах внутренних дел или стажу (опыту) работы по специальности, профессиональным знаниям и навыкам, состоянию здоровья сотрудников органов внутренних дел, необходимым для выполнения обязанностей по замещаемой должности (далее также - служебные обязанности). (В редакции Федерального закона от 02.07.2013 № 185-ФЗ)</w:t>
      </w:r>
    </w:p>
    <w:p>
      <w:r>
        <w:rPr>
          <w:b/>
        </w:rPr>
        <w:t xml:space="preserve">2. </w:t>
      </w:r>
      <w:r>
        <w:t>Квалификационные требования к должностям в органах внутренних дел предусматривают наличие для должностей рядового состава и младшего начальствующего состава среднего общего образования, для должностей среднего начальствующего состава - образования не ниже среднего профессионального (за исключением среднего профессионального образования по программам подготовки квалифицированных рабочих, служащих), соответствующего направлению деятельности, для должностей старшего и высшего начальствующего состава - высшего образования, соответствующего направлению деятельности. (В редакции федеральных законов от 02.07.2013 № 185-ФЗ, от 02.08.2019 № 318-ФЗ)</w:t>
      </w:r>
    </w:p>
    <w:p>
      <w:r>
        <w:rPr>
          <w:b/>
        </w:rPr>
        <w:t xml:space="preserve">3. </w:t>
      </w:r>
      <w:r>
        <w:t>В число квалификационных требований к должностям среднего и старшего начальствующего состава, которые включены в перечень должностей, утверждаемый руководителем федерального органа исполнительной власти в сфере внутренних дел, выполнение обязанностей по которым предусматривает расследование или организацию расследования уголовных дел, административное расследование, рассмотрение дел об административных правонарушениях либо проведение антикоррупционных и правовых экспертиз, входит наличие высшего юридического образования. В исключительных случаях и на условиях, устанавливаемых федеральным органом исполнительной власти в сфере внутренних дел, на эти должности могут быть назначены лица, имеющие другое высшее образование и опыт работы, позволяющий выполнять служебные обязанности. (В редакции федеральных законов от 02.07.2013 № 185-ФЗ; от 03.07.2016 № 300-ФЗ)</w:t>
      </w:r>
    </w:p>
    <w:p>
      <w:r>
        <w:rPr>
          <w:b/>
        </w:rPr>
        <w:t xml:space="preserve">4. </w:t>
      </w:r>
      <w:r>
        <w:t>Квалификационные требования к стажу службы в органах внутренних дел или стажу (опыту) работы по специальности, образованию, профессиональным знаниям и навыкам сотрудника органов внутренних дел, необходимым для выполнения служебных обязанностей, устанавливаются: (В редакции Федерального закона от 03.07.2016 № 300-ФЗ) 1) Президентом Российской Федерации - в отношении должностей высшего начальствующего состава;</w:t>
      </w:r>
    </w:p>
    <w:p>
      <w:r>
        <w:rPr>
          <w:b/>
        </w:rPr>
        <w:t xml:space="preserve">5. </w:t>
      </w:r>
      <w:r>
        <w:t>Требования к состоянию здоровья граждан, поступающих на службу в органы внутренних дел, и сотрудников органов внутренних дел в зависимости от должностей и особенностей прохождения службы на отдельных должностях устанавливаются руководителем федерального органа исполнительной власти в сфере внутренних дел. Порядок прохождения гражданами, поступающими на службу в органы внутренних дел, и сотрудниками органов внутренних дел военно-врачебной экспертизы и порядок профессионального психологического отбора на службу в органы внутренних дел определяются Правительством Российской Федерации</w:t>
      </w:r>
    </w:p>
    <w:p>
      <w:r>
        <w:rPr>
          <w:b/>
        </w:rPr>
        <w:t xml:space="preserve">6. </w:t>
      </w:r>
      <w:r>
        <w:t>По результатам военно-врачебной экспертизы граждан, поступающих на службу в органы внутренних дел, и сотрудников органов внутренних дел военно-врачебной комиссией дается заключение о годности таких граждан и сотрудников к службе в органах внутренних дел по следующим категориям: А - годен к службе в органах внутренних дел; Б - годен к службе в органах внутренних дел с незначительными ограничениями; В - ограниченно годен к службе в органах внутренних дел; Г - временно не годен к службе в органах внутренних дел; Д - не годен к службе в органах внутренних дел</w:t>
      </w:r>
    </w:p>
    <w:p>
      <w:r>
        <w:rPr>
          <w:b/>
        </w:rPr>
        <w:t xml:space="preserve">61. </w:t>
      </w:r>
      <w:r>
        <w:t>Сотрудники, признанные военно-врачебной комиссией не годными к службе в органах внутренних дел вследствие увечья (ранения, травмы, контузии) или заболевания, полученных при исполнении служебных обязанностей в ходе выполнения задач в особых условиях, награжденные в связи с таким участием государственными наградами Российской Федерации, являющиеся ветеранами боевых действий в связи с исполнением служебных обязанностей в особых условиях и изъявившие желание продолжить службу в органах внутренних дел, могут быть назначены на подобранные индивидуально с учетом характера увечья (ранения, травмы, контузии) или заболевания должности в органах внутренних дел. Условия прохождения службы сотрудниками, указанными в настоящей части, определяются руководителем федерального органа исполнительной власти в сфере внутренних дел. (Дополнение частью - Федеральный закон от 04.08.2023 № 436-ФЗ)</w:t>
      </w:r>
    </w:p>
    <w:p>
      <w:r>
        <w:rPr>
          <w:b/>
        </w:rPr>
        <w:t xml:space="preserve">7. </w:t>
      </w:r>
      <w:r>
        <w:t>В отношении отдельных должностей рядового состава, младшего, среднего и старшего начальствующего состава руководителем федерального органа исполнительной власти в сфере внутренних дел могут устанавливаться квалификационные требования к уровню физической подготовки</w:t>
      </w:r>
    </w:p>
    <w:p>
      <w:r>
        <w:rPr>
          <w:b/>
        </w:rPr>
        <w:t xml:space="preserve">8. </w:t>
      </w:r>
      <w:r>
        <w:t>С учетом уровня образования, стажа службы в органах внутренних дел или стажа (опыта) работы по специальности, профессиональных знаний и навыков сотрудникам органов внутренних дел присваиваются следующие квалификационные звания: специалист третьего класса, специалист второго класса, специалист первого класса, мастер (высшее квалификационное звание). Порядок присвоения, подтверждения квалификационного звания, снижения в квалификационном звании, лишения квалификационного звания и ведения учета сотрудников органов внутренних дел, имеющих квалификационные звания, определяется федеральным органом исполнительной власти в сфере внутренних дел. (В редакции Федерального закона от 03.07.2016 № 300-ФЗ)</w:t>
      </w:r>
    </w:p>
    <w:p>
      <w:r>
        <w:rPr>
          <w:b/>
        </w:rPr>
        <w:t xml:space="preserve">4. </w:t>
      </w:r>
      <w:r>
        <w:t>руководителем федерального органа исполнительной власти в сфере внутренних дел - в отношении должностей рядового состава, младшего, среднего и старшего начальствующего состава</w:t>
      </w:r>
    </w:p>
    <w:p>
      <w:pPr>
        <w:pStyle w:val="Heading3"/>
      </w:pPr>
      <w:r>
        <w:t>Правовое положение (статус) сотрудника органов внутренних дел</w:t>
      </w:r>
    </w:p>
    <w:p>
      <w:r>
        <w:rPr>
          <w:b/>
        </w:rPr>
        <w:t>Статья 10. Сотрудник органов внутренних дел</w:t>
      </w:r>
    </w:p>
    <w:p>
      <w:r>
        <w:rPr>
          <w:b/>
        </w:rPr>
        <w:t xml:space="preserve">1. </w:t>
      </w:r>
      <w:r>
        <w:t>Сотрудник органов внутренних дел - гражданин, который взял на себя обязательства по прохождению федеральной государственной службы в органах внутренних дел в должности рядового или начальствующего состава и которому в установленном настоящим Федеральным законом порядке присвоено специальное звание рядового или начальствующего состава</w:t>
      </w:r>
    </w:p>
    <w:p>
      <w:r>
        <w:rPr>
          <w:b/>
        </w:rPr>
        <w:t xml:space="preserve">2. </w:t>
      </w:r>
      <w:r>
        <w:t>Сотрудник органов внутренних дел может проходить службу в органах внутренних дел в случае его зачисления в распоряжение федерального органа исполнительной власти в сфере внутренних дел, его территориального органа, подразделения либо в случае прикомандирования, предусмотренного статьей 32 настоящего Федерального закона. При этом сотрудник не замещает должность в органах внутренних дел. Федеральными законами и (или) нормативными правовыми актами Президента Российской Федерации могут быть установлены другие случаи прохождения сотрудником службы в органах внутренних дел, когда он не замещает должность в органах внутренних дел</w:t>
      </w:r>
    </w:p>
    <w:p>
      <w:r>
        <w:rPr>
          <w:b/>
        </w:rPr>
        <w:t xml:space="preserve">3. </w:t>
      </w:r>
      <w:r>
        <w:t>Правовое положение (статус) сотрудника органов внутренних дел определяется настоящим Федеральным законом и федеральными законами, регулирующими особенности прохождения службы в органах внутренних дел</w:t>
      </w:r>
    </w:p>
    <w:p>
      <w:r>
        <w:rPr>
          <w:b/>
        </w:rPr>
        <w:t xml:space="preserve">4. </w:t>
      </w:r>
      <w:r>
        <w:t>Сотруднику органов внутренних дел выдаются служебное удостоверение и специальный жетон с личным номером. Образцы служебного удостоверения и специального жетона сотрудника органов внутренних дел и порядок их выдачи утверждаются федеральным органом исполнительной власти в сфере внутренних дел. Служебное удостоверение сотрудника органов внутренних дел является документом, подтверждающим личность сотрудника, его принадлежность к федеральному органу исполнительной власти в сфере внутренних дел, его территориальному органу или подразделению, должность и специальное звание сотрудника. Служебное удостоверение сотрудника органов внутренних дел подтверждает его право на ношение и хранение огнестрельного оружия и (или) специальных средств, иные права и полномочия, предоставленные сотруднику законодательством Российской Федерации</w:t>
      </w:r>
    </w:p>
    <w:p>
      <w:r>
        <w:rPr>
          <w:b/>
        </w:rPr>
        <w:t>Статья 11. Права сотрудника органов внутренних дел</w:t>
      </w:r>
    </w:p>
    <w:p>
      <w:r>
        <w:rPr>
          <w:b/>
        </w:rPr>
        <w:t xml:space="preserve">1. </w:t>
      </w:r>
      <w:r>
        <w:t>Сотрудник органов внутренних дел имеет право</w:t>
      </w:r>
    </w:p>
    <w:p>
      <w:r>
        <w:rPr>
          <w:b/>
        </w:rPr>
        <w:t xml:space="preserve">2. </w:t>
      </w:r>
      <w:r>
        <w:t>Сотрудник органов внутренних дел имеет право на ношение и хранение огнестрельного оружия и (или) специальных средств в порядке, устанавливаемом федеральным органом исполнительной власти в сфере внутренних дел</w:t>
      </w:r>
    </w:p>
    <w:p>
      <w:r>
        <w:rPr>
          <w:b/>
        </w:rPr>
        <w:t xml:space="preserve">3. </w:t>
      </w:r>
      <w:r>
        <w:t>Права сотрудника органов внутренних дел, которому присвоено специальное звание полиции, определяются также Федеральным законом "О полиции"</w:t>
      </w:r>
    </w:p>
    <w:p>
      <w:r>
        <w:rPr>
          <w:b/>
        </w:rPr>
        <w:t xml:space="preserve">4. </w:t>
      </w:r>
      <w:r>
        <w:t>Права сотрудника органов внутренних дел по замещаемой должности в органах внутренних дел определяются должностным регламентом (должностной инструкцией)</w:t>
      </w:r>
    </w:p>
    <w:p>
      <w:r>
        <w:rPr>
          <w:b/>
        </w:rPr>
        <w:t xml:space="preserve">5. </w:t>
      </w:r>
      <w:r>
        <w:t>Иные права могут быть предоставлены сотруднику органов внутренних дел в соответствии с законодательством Российской Федерации</w:t>
      </w:r>
    </w:p>
    <w:p>
      <w:r>
        <w:rPr>
          <w:b/>
        </w:rPr>
        <w:t xml:space="preserve">1. </w:t>
      </w:r>
      <w:r>
        <w:t>на условия, необходимые для выполнения служебных обязанностей и профессионального развития</w:t>
      </w:r>
    </w:p>
    <w:p>
      <w:r>
        <w:rPr>
          <w:b/>
        </w:rPr>
        <w:t xml:space="preserve">1. </w:t>
      </w:r>
      <w:r>
        <w:t>на ознакомление с должностным регламентом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 по службе в органах внутренних дел</w:t>
      </w:r>
    </w:p>
    <w:p>
      <w:r>
        <w:rPr>
          <w:b/>
        </w:rPr>
        <w:t xml:space="preserve">1. </w:t>
      </w:r>
      <w:r>
        <w:t>на отдых в соответствии с законодательством Российской Федерации</w:t>
      </w:r>
    </w:p>
    <w:p>
      <w:r>
        <w:rPr>
          <w:b/>
        </w:rPr>
        <w:t xml:space="preserve">1. </w:t>
      </w:r>
      <w:r>
        <w:t>на денежное довольствие, являющееся основным средством его материального обеспечения и стимулирования выполнения им служебных обязанностей</w:t>
      </w:r>
    </w:p>
    <w:p>
      <w:r>
        <w:rPr>
          <w:b/>
        </w:rPr>
        <w:t xml:space="preserve">1. </w:t>
      </w:r>
      <w:r>
        <w:t>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федерального органа исполнительной власти в сфере внутренних дел</w:t>
      </w:r>
    </w:p>
    <w:p>
      <w:r>
        <w:rPr>
          <w:b/>
        </w:rPr>
        <w:t xml:space="preserve">1. </w:t>
      </w:r>
      <w:r>
        <w:t>на доступ в установленном порядке к сведениям, составляющим государственную и иную охраняемую законом тайну, если выполнение служебных обязанностей связано с использованием таких сведений</w:t>
      </w:r>
    </w:p>
    <w:p>
      <w:r>
        <w:rPr>
          <w:b/>
        </w:rPr>
        <w:t xml:space="preserve">1. </w:t>
      </w:r>
      <w:r>
        <w:t>на доступ в установленном порядке в связи с выполнением служебных обязанностей в государственные и муниципальные органы, общественные объединения и организации</w:t>
      </w:r>
    </w:p>
    <w:p>
      <w:r>
        <w:rPr>
          <w:b/>
        </w:rPr>
        <w:t xml:space="preserve">1. </w:t>
      </w:r>
      <w:r>
        <w:t>на ознакомление с отзывами о его служебной деятельности и другими определенными федеральным органом исполнительной власти в сфере внутренних дел документами до внесения их в личное дело, с материалами личного дела в порядке, определяемом федеральным органом исполнительной власти в сфере внутренних дел, а также на приобщение к личному делу его письменных объяснений и других документов и материалов; (В редакции Федерального закона от 03.07.2016 № 300-ФЗ) 9) на защиту своих персональных данных</w:t>
      </w:r>
    </w:p>
    <w:p>
      <w:r>
        <w:rPr>
          <w:b/>
        </w:rPr>
        <w:t xml:space="preserve">1. </w:t>
      </w:r>
      <w:r>
        <w:t>на продвижение по службе в органах внутренних дел с учетом результатов служебной деятельности, стажа службы, уровня квалификации и профессионального образования</w:t>
      </w:r>
    </w:p>
    <w:p>
      <w:r>
        <w:rPr>
          <w:b/>
        </w:rPr>
        <w:t xml:space="preserve">1. </w:t>
      </w:r>
      <w:r>
        <w:t>на прохождение в установленном порядке профессионального обучения, профессионального образования и дополнительного профессионального образования; (В редакции Федерального закона от 02.07.2013 № 185-ФЗ) 12) на рассмотрение служебного спора в соответствии с законодательством Российской Федерации</w:t>
      </w:r>
    </w:p>
    <w:p>
      <w:r>
        <w:rPr>
          <w:b/>
        </w:rPr>
        <w:t xml:space="preserve">1. </w:t>
      </w:r>
      <w:r>
        <w:t>на проведение по его заявлению служебной проверки</w:t>
      </w:r>
    </w:p>
    <w:p>
      <w:r>
        <w:rPr>
          <w:b/>
        </w:rPr>
        <w:t xml:space="preserve">1. </w:t>
      </w:r>
      <w:r>
        <w:t>на обращение к вышестоящим в порядке подчиненности должностным лицам, в вышестоящие органы или в суд для защиты своих прав и законных интересов, а также для разрешения споров, связанных с прохождением службы в органах внутренних дел</w:t>
      </w:r>
    </w:p>
    <w:p>
      <w:r>
        <w:rPr>
          <w:b/>
        </w:rPr>
        <w:t xml:space="preserve">1. </w:t>
      </w:r>
      <w:r>
        <w:t>на обязательное государственное страхование жизни и здоровья в соответствии с законодательством Российской Федерации</w:t>
      </w:r>
    </w:p>
    <w:p>
      <w:r>
        <w:rPr>
          <w:b/>
        </w:rPr>
        <w:t xml:space="preserve">1. </w:t>
      </w:r>
      <w:r>
        <w:t>на государственную защиту его жизни и здоровья, жизни и здоровья членов его семьи, а также принадлежащего ему и членам его семьи имущества</w:t>
      </w:r>
    </w:p>
    <w:p>
      <w:r>
        <w:rPr>
          <w:b/>
        </w:rPr>
        <w:t xml:space="preserve">1. </w:t>
      </w:r>
      <w:r>
        <w:t>на государственное пенсионное обеспечение в соответствии с федеральным законом</w:t>
      </w:r>
    </w:p>
    <w:p>
      <w:r>
        <w:rPr>
          <w:b/>
        </w:rPr>
        <w:t xml:space="preserve">1. </w:t>
      </w:r>
      <w:r>
        <w:t>на медицинское обеспечение в соответствии с законодательством Российской Федерации; (В редакции Федерального закона от 25.11.2013 № 317-ФЗ) 19) на обеспечение жилым помещением его и членов его семьи в порядке и на условиях, которые определяются законодательством Российской Федерации</w:t>
      </w:r>
    </w:p>
    <w:p>
      <w:r>
        <w:rPr>
          <w:b/>
        </w:rPr>
        <w:t xml:space="preserve">1. </w:t>
      </w:r>
      <w:r>
        <w:t>на надлежащие организационно-технические и санитарно-гигиенические условия службы с учетом особенностей службы в органах внутренних дел</w:t>
      </w:r>
    </w:p>
    <w:p>
      <w:r>
        <w:rPr>
          <w:b/>
        </w:rPr>
        <w:t xml:space="preserve">1. </w:t>
      </w:r>
      <w:r>
        <w:t>на применение физической силы, специальных средств и огнестрельного оружия в случаях и порядке, которые предусмотрены Федеральным законом "О полиции"</w:t>
      </w:r>
    </w:p>
    <w:p>
      <w:r>
        <w:rPr>
          <w:b/>
        </w:rPr>
        <w:t xml:space="preserve">1. </w:t>
      </w:r>
      <w:r>
        <w:t>на создание и участие в деятельности общественных объединений, не преследующих политических целей, в свободное от выполнения служебных обязанностей время, если это не влечет за собой возникновение конфликта интересов</w:t>
      </w:r>
    </w:p>
    <w:p>
      <w:r>
        <w:rPr>
          <w:b/>
        </w:rPr>
        <w:t xml:space="preserve">1. </w:t>
      </w:r>
      <w:r>
        <w:t>участвовать на безвозмездной основе в управлении общественно-государственными организациями, участвующими в развитии военно-прикладных и служебно-прикладных видов спорта, в порядке, установленном нормативным правовым актом федерального органа исполнительной власти в сфере внутренних дел. (Дополнение пунктом - Федеральный закон от 03.04.2017 № 64-ФЗ) (В редакции Федерального закона от 30.11.2023 № 564-ФЗ)</w:t>
      </w:r>
    </w:p>
    <w:p>
      <w:r>
        <w:rPr>
          <w:b/>
        </w:rPr>
        <w:t>Статья 12. Основные обязанности сотрудника органов внутренних дел</w:t>
      </w:r>
    </w:p>
    <w:p>
      <w:r>
        <w:rPr>
          <w:b/>
        </w:rPr>
        <w:t xml:space="preserve">1. </w:t>
      </w:r>
      <w:r>
        <w:t>Сотрудник органов внутренних дел обязан</w:t>
      </w:r>
    </w:p>
    <w:p>
      <w:r>
        <w:rPr>
          <w:b/>
        </w:rPr>
        <w:t xml:space="preserve">2. </w:t>
      </w:r>
      <w:r>
        <w:t>Основные обязанности сотрудника органов внутренних дел, которому присвоено специальное звание полиции, определяются также Федеральным законом "О полиции"</w:t>
      </w:r>
    </w:p>
    <w:p>
      <w:r>
        <w:rPr>
          <w:b/>
        </w:rPr>
        <w:t xml:space="preserve">3. </w:t>
      </w:r>
      <w:r>
        <w:t>Иные основные обязанности могут возлагаться на сотрудника органов внутренних дел в соответствии с законодательством Российской Федерации</w:t>
      </w:r>
    </w:p>
    <w:p>
      <w:r>
        <w:rPr>
          <w:b/>
        </w:rPr>
        <w:t xml:space="preserve">31. </w:t>
      </w:r>
      <w:r>
        <w:t>Сотрудники органов внутренних дел, замещающие отдельные должности в органах внутренних дел, обязаны владеть навыками русского жестового языка в объеме, определенном федеральным органом исполнительной власти в сфере внутренних дел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определения должностей в органах внутренних дел, исполнение обязанностей по которым требует владения сотрудниками навыками русского жестового языка, устанавливается руководителем федерального органа исполнительной власти в сфере внутренних дел. (Дополнение частью - Федеральный закон от 01.12.2014 № 419-ФЗ) (В редакции Федерального закона от 26.07.2019 № 232-ФЗ)</w:t>
      </w:r>
    </w:p>
    <w:p>
      <w:r>
        <w:rPr>
          <w:b/>
        </w:rPr>
        <w:t xml:space="preserve">4. </w:t>
      </w:r>
      <w:r>
        <w:t>Служебные обязанности сотрудника органов внутренних дел по замещаемой должности в органах внутренних дел определяются должностным регламентом (должностной инструкцией)</w:t>
      </w:r>
    </w:p>
    <w:p>
      <w:r>
        <w:rPr>
          <w:b/>
        </w:rPr>
        <w:t xml:space="preserve">1. </w:t>
      </w:r>
      <w:r>
        <w:t>знать и соблюдать Конституцию Российской Федерации, законодательные и иные нормативные правовые акты Российской Федерации в сфере внутренних дел, обеспечивать их исполнение; проходить в порядке, устанавливаемом федеральным органом исполнительной власти в сфере внутренних дел, регулярные проверки знания Конституции Российской Федерации, законодательных и иных нормативных правовых актов Российской Федерации в указанной сфере</w:t>
      </w:r>
    </w:p>
    <w:p>
      <w:r>
        <w:rPr>
          <w:b/>
        </w:rPr>
        <w:t xml:space="preserve">1. </w:t>
      </w:r>
      <w:r>
        <w:t>знать и исполнять должностной регламент (должностную инструкцию)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Российской Федерации при получении приказа либо распоряжения прямого или непосредственного руководителя (начальника), заведомо противоречащих законодательству Российской Федерации</w:t>
      </w:r>
    </w:p>
    <w:p>
      <w:r>
        <w:rPr>
          <w:b/>
        </w:rPr>
        <w:t xml:space="preserve">1. </w:t>
      </w:r>
      <w:r>
        <w:t>обращаться по служебным вопросам к своему непосредственному руководителю (начальнику), а при необходимости и к прямому руководителю (начальнику), поставив при этом в известность непосредственного руководителя (начальника)</w:t>
      </w:r>
    </w:p>
    <w:p>
      <w:r>
        <w:rPr>
          <w:b/>
        </w:rPr>
        <w:t xml:space="preserve">1. </w:t>
      </w:r>
      <w:r>
        <w:t>соблюдать при выполнении служебных обязанностей права и законные интересы граждан, общественных объединений и организаций</w:t>
      </w:r>
    </w:p>
    <w:p>
      <w:r>
        <w:rPr>
          <w:b/>
        </w:rPr>
        <w:t xml:space="preserve">1. </w:t>
      </w:r>
      <w:r>
        <w:t>соблюдать внутренний служебный распорядок федерального органа исполнительной власти в сфере внутренних дел, его территориального органа, подразделения,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r>
        <w:rPr>
          <w:b/>
        </w:rPr>
        <w:t xml:space="preserve">1. </w:t>
      </w:r>
      <w:r>
        <w:t>поддерживать уровень квалификации, необходимый для надлежащего выполнения служебных обязанностей, в установленном порядке проходить профессиональное обучение и (или) получать дополнительное профессиональное образование; (В редакции Федерального закона от 02.07.2013 № 185-ФЗ) 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имущество, в том числе предоставленное ему для выполнения служебных обязанностей</w:t>
      </w:r>
    </w:p>
    <w:p>
      <w:r>
        <w:rPr>
          <w:b/>
        </w:rPr>
        <w:t xml:space="preserve">1. </w:t>
      </w:r>
      <w:r>
        <w:t>представлять в порядке, установленном законодательством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редакции федеральных законов от 03.12.2012 № 231-ФЗ, от 28.12.2025 № 505-ФЗ)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(В редакции Федерального закона от 30.04.2021 № 116-ФЗ)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органов внутренних дел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12) не допускать злоупотреблений служебными полномочиями, соблюдать установленные федеральными законами ограничения и запреты, связанные со службой в органах внутренних дел, а также соблюдать требования к служебному поведению сотрудника</w:t>
      </w:r>
    </w:p>
    <w:p>
      <w:r>
        <w:rPr>
          <w:b/>
        </w:rPr>
        <w:t xml:space="preserve">1. </w:t>
      </w:r>
      <w:r>
        <w:t>сообщать непосредственному руководителю (начальнику) о возникновении личной заинтересованности, которая может привести к возникновению конфликта интересов при выполнении служебных обязанностей, и принимать меры по предотвращению такого конфликта</w:t>
      </w:r>
    </w:p>
    <w:p>
      <w:r>
        <w:rPr>
          <w:b/>
        </w:rPr>
        <w:t xml:space="preserve">1. </w:t>
      </w:r>
      <w:r>
        <w:t>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 (В редакции Федерального закона от 22.12.2014 № 431-ФЗ) 15) соответствовать по уровню физической подготовки квалификационным требованиям к замещаемой должности в органах внутренних дел</w:t>
      </w:r>
    </w:p>
    <w:p>
      <w:r>
        <w:rPr>
          <w:b/>
        </w:rPr>
        <w:t xml:space="preserve">1. </w:t>
      </w:r>
      <w:r>
        <w:t>проходить периодическую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(Дополнение пунктом - Федеральный закон от 03.07.2016 № 300-ФЗ) 16) проходить ежегодно в порядке, установленном федеральным органом исполнительной власти в сфере внутренних дел, профилактические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а также по направлению уполномоченного руководителя медицинское освидетельствование (обследование), в том числе на состояние опьянения (алкогольного, наркотического или иного токсического опьянения); (В редакции федеральных законов от 13.07.2015 № 230-ФЗ; от 03.07.2016 № 300-ФЗ) 17) рассматривать в пределах служебных обязанностей и в установленные сроки обращения граждан и организаций</w:t>
      </w:r>
    </w:p>
    <w:p>
      <w:r>
        <w:rPr>
          <w:b/>
        </w:rPr>
        <w:t xml:space="preserve">1. </w:t>
      </w:r>
      <w:r>
        <w:t>в порядке, установленном статьей 31 настоящего Федерального закона, по решению руководителя федерального органа исполнительной власти в сфере внутренних дел либо уполномоченного руководителя временно исполнять обязанности, не предусмотренные должностным регламентом (должностной инструкцией) по замещаемой должности в органах внутренних дел, без освобождения от замещаемой должности</w:t>
      </w:r>
    </w:p>
    <w:p>
      <w:r>
        <w:rPr>
          <w:b/>
        </w:rPr>
        <w:t xml:space="preserve">1. </w:t>
      </w:r>
      <w:r>
        <w:t>выполнять по решению руководителя федерального органа исполнительной власти в сфере внутренних дел либо уполномоченного руководителя и в соответствии с настоящим Федеральным законом обязанности, аналогичные обязанностям по замещаемой должности в органах внутренних дел, при перемещении сотрудника в том же подразделении и в той же местности</w:t>
      </w:r>
    </w:p>
    <w:p>
      <w:r>
        <w:rPr>
          <w:b/>
        </w:rPr>
        <w:t xml:space="preserve">1. </w:t>
      </w:r>
      <w:r>
        <w:t>пройти обязательную государственную дактилоскопическую регистрацию в соответствии с федеральным законом</w:t>
      </w:r>
    </w:p>
    <w:p>
      <w:r>
        <w:rPr>
          <w:b/>
        </w:rPr>
        <w:t xml:space="preserve">1. </w:t>
      </w:r>
      <w:r>
        <w:t>знать и соблюдать требования охраны профессиональной служебной деятельности (охраны труда)</w:t>
      </w:r>
    </w:p>
    <w:p>
      <w:r>
        <w:rPr>
          <w:b/>
        </w:rPr>
        <w:t>Статья 13. Требования к служебному поведению сотрудника органов внутренних дел</w:t>
      </w:r>
    </w:p>
    <w:p>
      <w:r>
        <w:rPr>
          <w:b/>
        </w:rPr>
        <w:t xml:space="preserve">1. </w:t>
      </w:r>
      <w:r>
        <w:t>При осуществлении служебной деятельности, а также во внеслужебное время сотрудник органов внутренних дел должен</w:t>
      </w:r>
    </w:p>
    <w:p>
      <w:r>
        <w:rPr>
          <w:b/>
        </w:rPr>
        <w:t xml:space="preserve">2. </w:t>
      </w:r>
      <w:r>
        <w:t>Сотрудник органов внутренних дел, замещающий должность руководителя (начальника), обязан не допускать случаи принуждения сотрудников к участию в деятельности политических партий, других общественных объединений и религиозных организаций</w:t>
      </w:r>
    </w:p>
    <w:p>
      <w:r>
        <w:rPr>
          <w:b/>
        </w:rPr>
        <w:t xml:space="preserve">3. </w:t>
      </w:r>
      <w:r>
        <w:t>Требования к служебному поведению сотрудника органов внутренних дел, которому присвоено специальное звание полиции, определяются также Федеральным законом "О полиции"</w:t>
      </w:r>
    </w:p>
    <w:p>
      <w:r>
        <w:rPr>
          <w:b/>
        </w:rPr>
        <w:t xml:space="preserve">4. </w:t>
      </w:r>
      <w:r>
        <w:t>Иные требования к служебному поведению сотрудника органов внутренних дел определяются в соответствии с законодательством Российской Федерации и могут содержаться в Кодексе этики и служебного поведения сотрудников органов внутренних дел, утверждаемом руководителем федерального органа исполнительной власти в сфере внутренних дел. (В редакции Федерального закона от 02.08.2019 № 318-ФЗ)</w:t>
      </w:r>
    </w:p>
    <w:p>
      <w:r>
        <w:rPr>
          <w:b/>
        </w:rPr>
        <w:t xml:space="preserve">1. </w:t>
      </w:r>
      <w:r>
        <w:t>исходить из того, что признание, соблюдение и защита прав и свобод человека и гражданина определяют содержание его профессиональной служебной деятельности</w:t>
      </w:r>
    </w:p>
    <w:p>
      <w:r>
        <w:rPr>
          <w:b/>
        </w:rPr>
        <w:t xml:space="preserve">1. </w:t>
      </w:r>
      <w:r>
        <w:t>заботиться о сохранении своих чести и достоинства, не допускать принятия решений из соображений личной заинтересованности, не совершать при выполнении служебных обязанностей поступки, вызывающие сомнение в объективности, справедливости и беспристрастности сотрудника, наносящие ущерб его репутации, авторитету федерального органа исполнительной власти в сфере внутренних дел, а также государственной власти</w:t>
      </w:r>
    </w:p>
    <w:p>
      <w:r>
        <w:rPr>
          <w:b/>
        </w:rPr>
        <w:t xml:space="preserve">1. </w:t>
      </w:r>
      <w:r>
        <w:t>проявлять уважение, вежливость, тактичность по отношению к гражданам, в пределах служебных полномочий оказывать им содействие в реализации их прав и свобод</w:t>
      </w:r>
    </w:p>
    <w:p>
      <w:r>
        <w:rPr>
          <w:b/>
        </w:rPr>
        <w:t xml:space="preserve">1. </w:t>
      </w:r>
      <w:r>
        <w:t>соблюдать нейтральность, не оказывать предпочтение каким-либо политическим партиям, другим общественным объединениям, религиозным и иным организациям, профессиональным или социальным группам, гражданам</w:t>
      </w:r>
    </w:p>
    <w:p>
      <w:r>
        <w:rPr>
          <w:b/>
        </w:rPr>
        <w:t xml:space="preserve">1. </w:t>
      </w:r>
      <w:r>
        <w:t>не допускать публичные высказывания, суждения и оценки, в том числе в средствах массовой информации, в отношении государственных органов, должностных лиц, политических партий, других общественных объединений, религиозных и иных организаций, профессиональных или социальных групп, граждан, если это не входит в его служебные обязанности</w:t>
      </w:r>
    </w:p>
    <w:p>
      <w:r>
        <w:rPr>
          <w:b/>
        </w:rPr>
        <w:t xml:space="preserve">1. </w:t>
      </w:r>
      <w:r>
        <w:t>проявлять уважение к национальным обычаям и традициям, учитывать культурные и иные особенности различных этнических и социальных групп, не допускать действий, нарушающих межнациональное и межконфессиональное согласие</w:t>
      </w:r>
    </w:p>
    <w:p>
      <w:r>
        <w:rPr>
          <w:b/>
        </w:rPr>
        <w:t xml:space="preserve">1. </w:t>
      </w:r>
      <w:r>
        <w:t>выполнять служебные обязанности добросовестно, на высоком профессиональном уровне</w:t>
      </w:r>
    </w:p>
    <w:p>
      <w:r>
        <w:rPr>
          <w:b/>
        </w:rPr>
        <w:t xml:space="preserve">1. </w:t>
      </w:r>
      <w:r>
        <w:t>выполнять служебные обязанности в рамках компетенции федерального органа исполнительной власти в сфере внутренних дел, установленной законодательством Российской Федерации</w:t>
      </w:r>
    </w:p>
    <w:p>
      <w:r>
        <w:rPr>
          <w:b/>
        </w:rPr>
        <w:t>Статья 14. Ограничения, обязанности и запреты, связанные со службой в органах внутренних дел</w:t>
      </w:r>
    </w:p>
    <w:p>
      <w:r>
        <w:rPr>
          <w:b/>
        </w:rPr>
        <w:t xml:space="preserve">1. </w:t>
      </w:r>
      <w:r>
        <w:t>Сотрудник органов внутренних дел не может находиться на службе в органах внутренних дел в следующих случаях</w:t>
      </w:r>
    </w:p>
    <w:p>
      <w:r>
        <w:rPr>
          <w:b/>
        </w:rPr>
        <w:t xml:space="preserve">2. </w:t>
      </w:r>
      <w:r>
        <w:t>На сотрудника органов внутренних дел распространяются ограничения, запреты и обязанности, установленные Федеральным законом от 25 декабря 2008 года № 273-ФЗ "О противодействии коррупции" и статьями 17, 18 и 20 Федерального закона от 27 июля 2004 года № 79-ФЗ "О государственной гражданской службе Российской Федерации", за исключением ограничений, запретов и обязанностей, препятствующих осуществлению сотрудником оперативно-разыскной деятельности. Такие ограничения, запреты и обязанности, а также сотрудники органов внутренних дел, на которых они не распространяются, в каждом отдельном случае определяются в порядке, устанавливаемом федеральным органом исполнительной власти в сфере внутренних дел</w:t>
      </w:r>
    </w:p>
    <w:p>
      <w:r>
        <w:rPr>
          <w:b/>
        </w:rPr>
        <w:t xml:space="preserve">3. </w:t>
      </w:r>
      <w:r>
        <w:t>Рассмотрение вопросов, касающихся соблюдения сотрудниками органов внутренних дел ограничений и запретов, исполнения ими обязанностей, установленных Федеральным законом от 25 декабря 2008 года № 273-ФЗ "О противодействии коррупции" и другими федеральными законами, осуществляется в порядке, определяемом Президентом Российской Федерации. (Статья в редакции Федерального закона от 12.02.2015 № 16-ФЗ)</w:t>
      </w:r>
    </w:p>
    <w:p>
      <w:r>
        <w:rPr>
          <w:b/>
        </w:rPr>
        <w:t xml:space="preserve">1. </w:t>
      </w:r>
      <w:r>
        <w:t>признание его недееспособным или ограниченно дееспособным по решению суда, вступившему в законную силу</w:t>
      </w:r>
    </w:p>
    <w:p>
      <w:r>
        <w:rPr>
          <w:b/>
        </w:rPr>
        <w:t xml:space="preserve">1. </w:t>
      </w:r>
      <w:r>
        <w:t>осуждение его за преступление по приговору суда, вступившему в законную силу, а равно наличие судимости, в том числе снятой или погашенной</w:t>
      </w:r>
    </w:p>
    <w:p>
      <w:r>
        <w:rPr>
          <w:b/>
        </w:rPr>
        <w:t xml:space="preserve">1. </w:t>
      </w:r>
      <w:r>
        <w:t>прекращение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рассмотрения вопроса о возможности нахождения сотрудника органов внутренних дел на службе преступность деяния, ранее им совершенного, устранена уголовным законом; (В редакции Федерального закона от 30.11.2024 № 442-ФЗ) 4) отказ от прохождения процедуры оформления допуска к сведениям, составляющим государственную и иную охраняемую законом тайну, если выполнение служебных обязанностей по замещаемой должности связано с использованием таких сведений</w:t>
      </w:r>
    </w:p>
    <w:p>
      <w:r>
        <w:rPr>
          <w:b/>
        </w:rPr>
        <w:t xml:space="preserve">1. </w:t>
      </w:r>
      <w:r>
        <w:t>несоответствие требованиям к состоянию здоровья сотрудников органов внутренних дел, установленным руководителем федерального органа исполнительной власти в сфере внутренних дел</w:t>
      </w:r>
    </w:p>
    <w:p>
      <w:r>
        <w:rPr>
          <w:b/>
        </w:rPr>
        <w:t xml:space="preserve">1. </w:t>
      </w:r>
      <w:r>
        <w:t>близкое родство или свойство (родители, супруги, дети, братья, сестры, а также братья, сестры, родители, дети супругов и супруги детей) с сотрудником органов внутренних дел, если замещение должности связано с непосредственной подчиненностью или подконтрольностью одного из них другому</w:t>
      </w:r>
    </w:p>
    <w:p>
      <w:r>
        <w:rPr>
          <w:b/>
        </w:rPr>
        <w:t xml:space="preserve">1. </w:t>
      </w:r>
      <w:r>
        <w:t>прекращение гражданства Российской Федерации; (В редакции Федерального закона от 30.04.2021 № 116-ФЗ)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9) представление подложных документов или заведомо ложных сведений при поступлении на службу в органы внутренних дел</w:t>
      </w:r>
    </w:p>
    <w:p>
      <w:r>
        <w:rPr>
          <w:b/>
        </w:rPr>
        <w:t xml:space="preserve">1. </w:t>
      </w:r>
      <w:r>
        <w:t>приобретение им статуса иностранного агента. (Дополнение пунктом - Федеральный закон от 05.12.2022 № 498-ФЗ)</w:t>
      </w:r>
    </w:p>
    <w:p>
      <w:r>
        <w:rPr>
          <w:b/>
        </w:rPr>
        <w:t>Статья 15. Ответственность сотрудника органов внутренних дел</w:t>
      </w:r>
    </w:p>
    <w:p>
      <w:r>
        <w:rPr>
          <w:b/>
        </w:rPr>
        <w:t xml:space="preserve">1. </w:t>
      </w:r>
      <w:r>
        <w:t>За совершение преступления сотрудник органов внутренних дел несет уголовную ответственность в соответствии с законодательством Российской Федерации</w:t>
      </w:r>
    </w:p>
    <w:p>
      <w:r>
        <w:rPr>
          <w:b/>
        </w:rPr>
        <w:t xml:space="preserve">2. </w:t>
      </w:r>
      <w:r>
        <w:t>За совершение административного правонарушения сотрудник органов внутренних дел несет дисциплинарную ответственность в соответствии с настоящим Федеральным законом, дисциплинарным уставом органов внутренних дел Российской Федерации, за исключением административного правонарушения, за совершение которого сотрудник подлежит административной ответственности на общих основаниях в соответствии с Кодексом Российской Федерации об административных правонарушениях. (В редакции Федерального закона от 03.07.2016 № 300-ФЗ)</w:t>
      </w:r>
    </w:p>
    <w:p>
      <w:r>
        <w:rPr>
          <w:b/>
        </w:rPr>
        <w:t xml:space="preserve">3. </w:t>
      </w:r>
      <w:r>
        <w:t>За нарушения служебной дисциплины на сотрудника органов внутренних дел в соответствии со статьями 47, 49 - 51 настоящего Федерального закона налагаются дисциплинарные взыскания</w:t>
      </w:r>
    </w:p>
    <w:p>
      <w:r>
        <w:rPr>
          <w:b/>
        </w:rPr>
        <w:t xml:space="preserve">4. </w:t>
      </w:r>
      <w:r>
        <w:t>(Часть утратила силу - Федеральный закон от 22.12.2014 № 431-ФЗ)</w:t>
      </w:r>
    </w:p>
    <w:p>
      <w:r>
        <w:rPr>
          <w:b/>
        </w:rPr>
        <w:t xml:space="preserve">5. </w:t>
      </w:r>
      <w:r>
        <w:t>Вред, причиненный гражданам и организациям противоправными действиями (бездействием) сотрудника органов внутренних дел при выполнении им служебных обязанностей, подлежит возмещению в порядке, установленном законодательством Российской Федерации. В случае возмещения Российской Федерацией вреда, причиненного противоправными действиями (бездействием) сотрудника, федеральный орган исполнительной власти в сфере внутренних дел имеет право обратного требования (регресса) к сотруднику в размере выплаченного возмещения, для чего федеральный орган исполнительной власти в сфере внутренних дел может обратиться в суд от имени Российской Федерации с соответствующим исковым заявлением</w:t>
      </w:r>
    </w:p>
    <w:p>
      <w:r>
        <w:rPr>
          <w:b/>
        </w:rPr>
        <w:t xml:space="preserve">6. </w:t>
      </w:r>
      <w:r>
        <w:t>За ущерб, причиненный федеральному органу исполнительной власти в сфере внутренних дел, его территориальному органу, подразделению, сотрудник органов внутренних дел несет материальную ответственность в порядке и случаях, которые установлены трудовым законодательством</w:t>
      </w:r>
    </w:p>
    <w:p>
      <w:r>
        <w:rPr>
          <w:b/>
        </w:rPr>
        <w:t>Статья 16. Форменная одежда, знаки различия сотрудника органов внутренних дел и ведомственные знаки отличия</w:t>
      </w:r>
    </w:p>
    <w:p>
      <w:r>
        <w:rPr>
          <w:b/>
        </w:rPr>
        <w:t xml:space="preserve">1. </w:t>
      </w:r>
      <w:r>
        <w:t>В целях отражения принадлежности сотрудника органов внутренних дел к службе в органах внутренних дел для него устанавливаются форменная одежда и знаки различия по специальным званиям. Описания форменной одежды и знаков различия по специальным званиям утверждаются Правительством Российской Федерации, а правила ношения форменной одежды - федеральным органом исполнительной власти в сфере внутренних дел</w:t>
      </w:r>
    </w:p>
    <w:p>
      <w:r>
        <w:rPr>
          <w:b/>
        </w:rPr>
        <w:t xml:space="preserve">2. </w:t>
      </w:r>
      <w:r>
        <w:t>Ведомственные знаки отличия сотрудника органов внутренних дел, знаки различия по принадлежности сотрудника к федеральному органу исполнительной власти в сфере внутренних дел, его территориальному органу или подразделению, знаки различия по функциональному предназначению и направлению деятельности сотрудника и правила их ношения определяются федеральным органом исполнительной власти в сфере внутренних дел</w:t>
      </w:r>
    </w:p>
    <w:p>
      <w:r>
        <w:rPr>
          <w:b/>
        </w:rPr>
        <w:t xml:space="preserve">3. </w:t>
      </w:r>
      <w:r>
        <w:t>Гражданам, имеющим специальные звания высшего начальствующего состава, уволенным со службы в органах внутренних дел с правом на пенсию, разрешается ношение форменной одежды, а гражданам, имеющим специальные звания среднего и старшего начальствующего состава внутренней службы или юстиции, уволенным со службы в органах внутренних дел с правом на пенсию, может быть разрешено ношение форменной одежды по решению руководителя федерального органа исполнительной власти в сфере внутренних дел</w:t>
      </w:r>
    </w:p>
    <w:p>
      <w:r>
        <w:rPr>
          <w:b/>
        </w:rPr>
        <w:t xml:space="preserve">4. </w:t>
      </w:r>
      <w:r>
        <w:t>Форма одежды и знаки различия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являющихся сотрудниками органов внутренних дел, не могут быть аналогичными форменной одежде и знакам различия сотрудников органов внутренних дел. Ношение форменной одежды и знаков различия по специальным званиям сотрудников гражданами, не имеющими на это права, запрещается и влечет за собой ответственность в соответствии с законодательством Российской Федерации</w:t>
      </w:r>
    </w:p>
    <w:p>
      <w:pPr>
        <w:pStyle w:val="Heading3"/>
      </w:pPr>
      <w:r>
        <w:t>Возникновение и изменение правоотношений на службе в органах внутренних дел</w:t>
      </w:r>
    </w:p>
    <w:p>
      <w:r>
        <w:rPr>
          <w:b/>
        </w:rPr>
        <w:t>Статья 17. Право поступления на службу в органы внутренних дел</w:t>
      </w:r>
    </w:p>
    <w:p>
      <w:r>
        <w:rPr>
          <w:b/>
        </w:rPr>
        <w:t xml:space="preserve">1. </w:t>
      </w:r>
      <w:r>
        <w:t>На службу в органы внутренних дел вправе поступать граждане не моложе 18 лет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владеющие государственным языком Российской Федерации, соответствующие квалификационным требованиям, установленным настоящим Федеральным законом, способные по своим личным и деловым качествам, физической подготовке и состоянию здоровья выполнять служебные обязанности сотрудника органов внутренних дел</w:t>
      </w:r>
    </w:p>
    <w:p>
      <w:r>
        <w:rPr>
          <w:b/>
        </w:rPr>
        <w:t xml:space="preserve">2. </w:t>
      </w:r>
      <w:r>
        <w:t>Зачисление в образовательную организацию высшего образования федерального органа исполнительной власти в сфере внутренних дел для обучения по очной форме в должности курсанта, слушателя является поступлением на службу в органы внутренних дел. В образовательные организации высшего образования федерального органа исполнительной власти в сфере внутренних дел для обучения по очной форме вправе поступать в том числе граждане, не достигшие возраста 18 лет. (В редакции Федерального закона от 02.07.2013 № 185-ФЗ)</w:t>
      </w:r>
    </w:p>
    <w:p>
      <w:r>
        <w:rPr>
          <w:b/>
        </w:rPr>
        <w:t xml:space="preserve">3. </w:t>
      </w:r>
      <w:r>
        <w:t>Предельный возраст для поступления в образовательные организации высшего образования федерального органа исполнительной власти в сфере внутренних дел для обучения по очной форме - 25 лет. (В редакции Федерального закона от 04.08.2023 № 436-ФЗ)</w:t>
      </w:r>
    </w:p>
    <w:p>
      <w:r>
        <w:rPr>
          <w:b/>
        </w:rPr>
        <w:t xml:space="preserve">4. </w:t>
      </w:r>
      <w:r>
        <w:t>Возрастные ограничения для поступления на службу в органы внутренних дел, в том числе для граждан, впервые поступающих на службу, определяются возрастными ограничениями для пребывания на службе в органах внутренних дел, установленными статьей 88 настоящего Федерального закона. (В редакции Федерального закона от 04.08.2023 № 436-ФЗ)</w:t>
      </w:r>
    </w:p>
    <w:p>
      <w:r>
        <w:rPr>
          <w:b/>
        </w:rPr>
        <w:t xml:space="preserve">5. </w:t>
      </w:r>
      <w:r>
        <w:t>Гражданин не может быть принят на службу в органы внутренних дел в случаях, предусмотренных пунктами 1, 2, 4 - 10 части 1 статьи 14 настоящего Федерального закона, а также в случаях, если он: (В редакции Федерального закона от 05.12.2022 № 498-ФЗ) 1) (Пункт утратил силу - Федеральный закон от 30.04.2021 № 116-ФЗ) 2) является подозреваемым или обвиняемым по уголовному делу;</w:t>
      </w:r>
    </w:p>
    <w:p>
      <w:r>
        <w:rPr>
          <w:b/>
        </w:rPr>
        <w:t xml:space="preserve">6. </w:t>
      </w:r>
      <w:r>
        <w:t>Граждане, поступающие на службу в органы внутренних дел, проходят в порядке, определяемом федеральным органом исполнительной власти в сфере внутренних дел, психофизиологические исследования (обследования), тестирование, направленные на выявление потребления без назначения врача наркотических средств или психотропных веществ и злоупотребления алкоголем или токсическими веществами</w:t>
      </w:r>
    </w:p>
    <w:p>
      <w:r>
        <w:rPr>
          <w:b/>
        </w:rPr>
        <w:t xml:space="preserve">7. </w:t>
      </w:r>
      <w:r>
        <w:t>(Часть утратила силу - Федеральный закон от 04.08.2023 № 436-ФЗ)</w:t>
      </w:r>
    </w:p>
    <w:p>
      <w:r>
        <w:rPr>
          <w:b/>
        </w:rPr>
        <w:t xml:space="preserve">5. </w:t>
      </w:r>
      <w:r>
        <w:t>неоднократно в течение года, предшествовавшего дню поступления на службу в органы внутренних дел, подвергался в судебном порядке административному наказанию за совершенные умышленно административные правонарушения</w:t>
      </w:r>
    </w:p>
    <w:p>
      <w:r>
        <w:rPr>
          <w:b/>
        </w:rPr>
        <w:t xml:space="preserve">5. </w:t>
      </w:r>
      <w:r>
        <w:t>подвергался уголовному преследованию, которое было прекращено в отношении его за истечением срока давности, в связи с примирением сторон (кроме уголовных дел частного обвинения, прекращенных не менее чем за три года до дня поступления на службу в органы внутренних дел), вследствие акта об амнистии, в связи с деятельным раскаянием (кроме уголовных дел частного обвинения, прекращенных не менее чем за три года до дня поступления на службу в органы внутренних дел), за исключением случаев, если на момент рассмотрения вопроса о возможности принятия на службу преступность деяния, ранее им совершенного, устранена уголовным законом; (В редакции Федерального закона от 30.11.2024 № 442-ФЗ) 5) не согласен соблюдать ограничения и запреты, исполнять обязанности и нести ответственность, если эти ограничения, запреты, обязанности и ответственность установлены для сотрудников органов внутренних дел настоящим Федеральным законом и другими федеральными законами. (Часть в редакции Федерального закона от 12.02.2015 № 16-ФЗ)</w:t>
      </w:r>
    </w:p>
    <w:p>
      <w:r>
        <w:rPr>
          <w:b/>
        </w:rPr>
        <w:t>Статья 18. Документы, представляемые гражданином для поступления на службу в органы внутренних дел</w:t>
      </w:r>
    </w:p>
    <w:p>
      <w:r>
        <w:rPr>
          <w:b/>
        </w:rPr>
        <w:t xml:space="preserve">1. </w:t>
      </w:r>
      <w:r>
        <w:t>Для поступления на службу в органы внутренних дел гражданин лично представляет в федеральный орган исполнительной власти в сфере внутренних дел, его территориальный орган, подразделение</w:t>
      </w:r>
    </w:p>
    <w:p>
      <w:r>
        <w:rPr>
          <w:b/>
        </w:rPr>
        <w:t xml:space="preserve">2. </w:t>
      </w:r>
      <w:r>
        <w:t>Иные документы, помимо указанных в части 1 настоящей статьи, представляются в случаях, установленных законодательством Российской Федерации</w:t>
      </w:r>
    </w:p>
    <w:p>
      <w:r>
        <w:rPr>
          <w:b/>
        </w:rPr>
        <w:t xml:space="preserve">3. </w:t>
      </w:r>
      <w:r>
        <w:t>Документы, указанные в пунктах 2, 5, 6 и 8 части 1 настоящей статьи, после заверения их копий уполномоченным должностным лицом возвращаются гражданину в день их представления. (В редакции Федерального закона от 02.08.2019 № 318-ФЗ)</w:t>
      </w:r>
    </w:p>
    <w:p>
      <w:r>
        <w:rPr>
          <w:b/>
        </w:rPr>
        <w:t xml:space="preserve">4. </w:t>
      </w:r>
      <w:r>
        <w:t>Порядок приема документов для поступления на службу в органы внутренних дел и перечень должностных лиц, имеющих право принимать указанные документы, утверждаются федеральным органом исполнительной власти в сфере внутренних дел</w:t>
      </w:r>
    </w:p>
    <w:p>
      <w:r>
        <w:rPr>
          <w:b/>
        </w:rPr>
        <w:t xml:space="preserve">1. </w:t>
      </w:r>
      <w:r>
        <w:t>заявление с просьбой о поступлении на службу в органы внутренних дел (на обучение в образовательную организацию высшего образования федерального органа исполнительной власти в сфере внутренних дел) по форме, установленной федеральным органом исполнительной власти в сфере внутренних дел (далее - заявление); (В редакции Федерального закона от 02.07.2013 № 185-ФЗ) 2) паспорт гражданина Российской Федерации</w:t>
      </w:r>
    </w:p>
    <w:p>
      <w:r>
        <w:rPr>
          <w:b/>
        </w:rPr>
        <w:t xml:space="preserve">1. </w:t>
      </w:r>
      <w:r>
        <w:t>анкету по форме, установленной Президентом Российской Федерации; (В редакции Федерального закона от 12.12.2023 № 594-ФЗ) 4) собственноручно написанную автобиографию</w:t>
      </w:r>
    </w:p>
    <w:p>
      <w:r>
        <w:rPr>
          <w:b/>
        </w:rPr>
        <w:t xml:space="preserve">1. </w:t>
      </w:r>
      <w:r>
        <w:t>документы об образовании и (или) о квалификации; (В редакции Федерального закона от 02.07.2013 № 185-ФЗ) 6) документы воинского учета - для военнообязанных и граждан, подлежащих призыву на военную службу</w:t>
      </w:r>
    </w:p>
    <w:p>
      <w:r>
        <w:rPr>
          <w:b/>
        </w:rPr>
        <w:t xml:space="preserve">1. </w:t>
      </w:r>
      <w:r>
        <w:t>трудовую книжку и (или) сведения о трудовой деятельности, оформленные в установленном законодательством порядке, за исключением случая, если служебная (трудовая) деятельность осуществляется впервые, или копию трудовой книжки, если гражданин на момент изучения его документов работает по трудовому договору и за ним в соответствии с трудовым законодательством сохранено право на ведение работодателем трудовой книжки; (В редакции Федерального закона от 31.07.2020 № 268-ФЗ) 8) уведомление или свидетельство о постановке на учет в налоговом органе</w:t>
      </w:r>
    </w:p>
    <w:p>
      <w:r>
        <w:rPr>
          <w:b/>
        </w:rPr>
        <w:t xml:space="preserve">1. </w:t>
      </w:r>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 форме, установленной законодательством Российской Федерации. Указанные сведения не представляются гражданами, поступающими в образовательные организации высшего образования федерального органа исполнительной власти в сфере внутренних дел для обучения по очной форме в должности курсанта; (В редакции федеральных законов от 03.04.2017 № 64-ФЗ, от 28.12.2025 № 505-ФЗ) 10) согласие, выраженное в письменной форме, на проведение мероприятий, связанных с оформлением допуска к сведениям, составляющим государственную и иную охраняемую законом тайну, и проверкой достоверности сообщенных гражданином сведений</w:t>
      </w:r>
    </w:p>
    <w:p>
      <w:r>
        <w:rPr>
          <w:b/>
        </w:rPr>
        <w:t xml:space="preserve">1. </w:t>
      </w:r>
      <w:r>
        <w:t>согласие, выраженное в письменной форме, на обработку персональных данных гражданина в целях изучения возможности приема его на службу в органы внутренних дел</w:t>
      </w:r>
    </w:p>
    <w:p>
      <w:r>
        <w:rPr>
          <w:b/>
        </w:rPr>
        <w:t>Статья 19. Рассмотрение документов, представленных гражданином для поступления на службу в органы внутренних дел, и принятие по ним решений</w:t>
      </w:r>
    </w:p>
    <w:p>
      <w:r>
        <w:rPr>
          <w:b/>
        </w:rPr>
        <w:t xml:space="preserve">1. </w:t>
      </w:r>
      <w:r>
        <w:t>Перечень уполномоченных руководителей и иных должностных лиц, наделенных правом рассмотрения документов, представленных гражданином для поступления на службу в органы внутренних дел, и принятия по ним решений, утверждается федеральным органом исполнительной власти в сфере внутренних дел</w:t>
      </w:r>
    </w:p>
    <w:p>
      <w:r>
        <w:rPr>
          <w:b/>
        </w:rPr>
        <w:t xml:space="preserve">2. </w:t>
      </w:r>
      <w:r>
        <w:t>Уполномоченный руководитель в течение трех месяцев со дня принятия заявления обеспечивает проведение в отношении гражданина мероприятий, связанных с допуском к сведениям, составляющим государственную и иную охраняемую законом тайну, проверкой достоверности сообщенных им сведений, проверкой уровня физической подготовки, и направляет гражданина для прохождения медицинского освидетельствования (обследования) и проведения мероприятий по профессиональному психологическому отбору</w:t>
      </w:r>
    </w:p>
    <w:p>
      <w:r>
        <w:rPr>
          <w:b/>
        </w:rPr>
        <w:t xml:space="preserve">3. </w:t>
      </w:r>
      <w:r>
        <w:t>Срок проведения проверки достоверности сообщенных гражданином сведений может быть продлен уполномоченным руководителем до четырех месяцев с письменным уведомлением об этом гражданина</w:t>
      </w:r>
    </w:p>
    <w:p>
      <w:r>
        <w:rPr>
          <w:b/>
        </w:rPr>
        <w:t xml:space="preserve">4. </w:t>
      </w:r>
      <w:r>
        <w:t>По результатам рассмотрения документов, представленных гражданином для поступления на службу в органы внутренних дел, с учетом заключения военно-врачебной комиссии, результатов психофизиологических исследований (обследований), тестирования, направленных на выявление потребления без назначения врача наркотических средств или психотропных веществ и злоупотребления алкоголем или токсическими веществами, профессионального психологического отбора, уровня физической подготовки уполномоченным руководителем принимается одно из следующих решений: (В редакции федеральных законов от 03.07.2016 № 300-ФЗ, от 04.08.2023 № 436-ФЗ) 1) о заключении с гражданином контракта с условием об испытании, предусмотренном статьей 24 настоящего Федерального закона; (В редакции Федерального закона от 28.11.2025 № 447-ФЗ) 2) о допуске к участию в конкурсе на замещение должности в органах внутренних дел;</w:t>
      </w:r>
    </w:p>
    <w:p>
      <w:r>
        <w:rPr>
          <w:b/>
        </w:rPr>
        <w:t xml:space="preserve">5. </w:t>
      </w:r>
      <w:r>
        <w:t>О принятом в соответствии с частью 4 настоящей статьи решении уполномоченный руководитель сообщает в письменной форме гражданину в десятидневный срок со дня принятия соответствующего решения</w:t>
      </w:r>
    </w:p>
    <w:p>
      <w:r>
        <w:rPr>
          <w:b/>
        </w:rPr>
        <w:t xml:space="preserve">6. </w:t>
      </w:r>
      <w:r>
        <w:t>Порядок проведения проверок, предусмотренных частью 2 настоящей статьи, устанавливается федеральным органом исполнительной власти в сфере внутренних дел</w:t>
      </w:r>
    </w:p>
    <w:p>
      <w:r>
        <w:rPr>
          <w:b/>
        </w:rPr>
        <w:t xml:space="preserve">4. </w:t>
      </w:r>
      <w:r>
        <w:t>о заключении с гражданином контракта</w:t>
      </w:r>
    </w:p>
    <w:p>
      <w:r>
        <w:rPr>
          <w:b/>
        </w:rPr>
        <w:t xml:space="preserve">4. </w:t>
      </w:r>
      <w:r>
        <w:t>о направлении гражданина для поступления в образовательную организацию высшего образования федерального органа исполнительной власти в сфере внутренних дел для обучения по очной форме; (В редакции Федерального закона от 02.07.2013 № 185-ФЗ) 5) об отказе гражданину в приеме на службу в органы внутренних дел или в направлении для поступления в образовательную организацию высшего образования федерального органа исполнительной власти в сфере внутренних дел для обучения по очной форме. (В редакции Федерального закона от 02.07.2013 № 185-ФЗ)</w:t>
      </w:r>
    </w:p>
    <w:p>
      <w:r>
        <w:rPr>
          <w:b/>
        </w:rPr>
        <w:t>Статья 20. Основания возникновения и изменения правоотношений на службе в органах внутренних дел</w:t>
      </w:r>
    </w:p>
    <w:p>
      <w:r>
        <w:rPr>
          <w:b/>
        </w:rPr>
        <w:t xml:space="preserve">1. </w:t>
      </w:r>
      <w:r>
        <w:t>Правоотношения на службе в органах внутренних дел между Российской Федерацией и гражданином возникают и осуществляются на основании контракта, заключенного в соответствии с настоящим Федеральным законом. Контракт вступает в силу со дня, определенного приказом руководителя федерального органа исполнительной власти в сфере внутренних дел или уполномоченного руководителя о назначении гражданина на должность в органах внутренних дел, если иное не предусмотрено настоящим Федеральным законом</w:t>
      </w:r>
    </w:p>
    <w:p>
      <w:r>
        <w:rPr>
          <w:b/>
        </w:rPr>
        <w:t xml:space="preserve">2. </w:t>
      </w:r>
      <w:r>
        <w:t>В случаях и порядке, которые установлены законодательством Российской Федерации, правоотношения между Российской Федерацией и гражданином (сотрудником органов внутренних дел) возникают на основании контракта в результате</w:t>
      </w:r>
    </w:p>
    <w:p>
      <w:r>
        <w:rPr>
          <w:b/>
        </w:rPr>
        <w:t xml:space="preserve">3. </w:t>
      </w:r>
      <w:r>
        <w:t>Изменение правоотношений на службе в органах внутренних дел (назначение сотрудника органов внутренних дел на другую должность в органах внутренних дел) осуществляется на основании согласия или ходатайства сотрудника, выраженных в письменной форме в его обращении к руководителю федерального органа исполнительной власти в сфере внутренних дел или уполномоченному руководителю (далее - рапорт). В рапорте сотрудником также указывается, что он ознакомился с должностным регламентом (должностной инструкцией), основными условиями службы в органах внутренних дел, установленным порядком исчисления и выплаты денежного довольствия, режимом служебного времени и отдыха (если этот режим отличается от общих правил внутреннего служебного распорядка, установленных в федеральном органе исполнительной власти в сфере внутренних дел, его территориальном органе, подразделении)</w:t>
      </w:r>
    </w:p>
    <w:p>
      <w:r>
        <w:rPr>
          <w:b/>
        </w:rPr>
        <w:t xml:space="preserve">4. </w:t>
      </w:r>
      <w:r>
        <w:t>Без согласия сотрудника органов внутренних дел правоотношения на службе в органах внутренних дел изменяются только в случаях, предусмотренных настоящим Федеральным законом и Федеральным законом "О полиции"</w:t>
      </w:r>
    </w:p>
    <w:p>
      <w:r>
        <w:rPr>
          <w:b/>
        </w:rPr>
        <w:t xml:space="preserve">5. </w:t>
      </w:r>
      <w:r>
        <w:t>Если после заключения контракта сотрудник органов внутренних дел назначается на иную должность в органах внутренних дел, это не требует перезаключения контракта, заключенного на неопределенный срок. Такое назначение оформляется приказом руководителя федерального органа исполнительной власти в сфере внутренних дел или уполномоченного руководителя при соблюдении положений части 3 настоящей статьи. В этом случае в контракт вносятся соответствующие изменения</w:t>
      </w:r>
    </w:p>
    <w:p>
      <w:r>
        <w:rPr>
          <w:b/>
        </w:rPr>
        <w:t xml:space="preserve">6. </w:t>
      </w:r>
      <w:r>
        <w:t>В случае отказа гражданина (сотрудника органов внутренних дел), избранного по конкурсу для замещения должности в органах внутренних дел, от заключения контракта приказ о назначении на должность в органах внутренних дел не издается</w:t>
      </w:r>
    </w:p>
    <w:p>
      <w:r>
        <w:rPr>
          <w:b/>
        </w:rPr>
        <w:t xml:space="preserve">2. </w:t>
      </w:r>
      <w:r>
        <w:t>поступления на службу в органы внутренних дел по результатам конкурса</w:t>
      </w:r>
    </w:p>
    <w:p>
      <w:r>
        <w:rPr>
          <w:b/>
        </w:rPr>
        <w:t xml:space="preserve">2. </w:t>
      </w:r>
      <w:r>
        <w:t>зачисления в образовательную организацию высшего образования федерального органа исполнительной власти в сфере внутренних дел для обучения по очной форме по результатам прохождения вступительных испытаний; (В редакции Федерального закона от 02.07.2013 № 185-ФЗ) 3) назначения на должность в органах внутренних дел</w:t>
      </w:r>
    </w:p>
    <w:p>
      <w:r>
        <w:rPr>
          <w:b/>
        </w:rPr>
        <w:t xml:space="preserve">2. </w:t>
      </w:r>
      <w:r>
        <w:t>восстановления в должности в органах внутренних дел в соответствии с законодательством Российской Федерации</w:t>
      </w:r>
    </w:p>
    <w:p>
      <w:r>
        <w:rPr>
          <w:b/>
        </w:rPr>
        <w:t>Статья 21. Контракт о прохождении службы в органах внутренних дел</w:t>
      </w:r>
    </w:p>
    <w:p>
      <w:r>
        <w:rPr>
          <w:b/>
        </w:rPr>
        <w:t xml:space="preserve">1. </w:t>
      </w:r>
      <w:r>
        <w:t>Контракт - соглашение между руководителем федерального органа исполнительной власти в сфере внутренних дел или уполномоченным руководителем и гражданином, поступающим на службу в органы внутренних дел, или сотрудником органов внутренних дел о прохождении службы в органах внутренних дел и (или) замещении должности в органах внутренних дел. Контрактом устанавливаются права и обязанности сторон</w:t>
      </w:r>
    </w:p>
    <w:p>
      <w:r>
        <w:rPr>
          <w:b/>
        </w:rPr>
        <w:t xml:space="preserve">2. </w:t>
      </w:r>
      <w:r>
        <w:t>Руководитель федерального органа исполнительной власти в сфере внутренних дел или уполномоченный руководитель обязуется гражданину, поступающему на службу в органы внутренних дел, и сотруднику органов внутренних дел обеспечить прохождение службы в органах внутренних дел в соответствии с настоящим Федеральным законом, своевременно и в полном объеме выплачивать сотруднику денежное довольствие и предоставлять ему социальные гарантии</w:t>
      </w:r>
    </w:p>
    <w:p>
      <w:r>
        <w:rPr>
          <w:b/>
        </w:rPr>
        <w:t xml:space="preserve">3. </w:t>
      </w:r>
      <w:r>
        <w:t>Гражданин, поступающий на службу в органы внутренних дел, и сотрудник органов внутренних дел при заключении контракта обязуются выполнять служебные обязанности в соответствии с должностным регламентом (должностной инструкцией) и соблюдать ограничения и запреты, связанные со службой в органах внутренних дел, а также внутренний служебный распорядок федерального органа исполнительной власти в сфере внутренних дел, его территориального органа, подразделения</w:t>
      </w:r>
    </w:p>
    <w:p>
      <w:r>
        <w:rPr>
          <w:b/>
        </w:rPr>
        <w:t>Статья 22. Виды и срок действия контракта</w:t>
      </w:r>
    </w:p>
    <w:p>
      <w:r>
        <w:rPr>
          <w:b/>
        </w:rPr>
        <w:t xml:space="preserve">1. </w:t>
      </w:r>
      <w:r>
        <w:t>С гражданином, впервые поступающим на службу в органы внутренних дел, заключается первый контракт</w:t>
      </w:r>
    </w:p>
    <w:p>
      <w:r>
        <w:rPr>
          <w:b/>
        </w:rPr>
        <w:t xml:space="preserve">2. </w:t>
      </w:r>
      <w:r>
        <w:t>Контракт может заключаться на неопределенный срок или на определенный срок</w:t>
      </w:r>
    </w:p>
    <w:p>
      <w:r>
        <w:rPr>
          <w:b/>
        </w:rPr>
        <w:t xml:space="preserve">3. </w:t>
      </w:r>
      <w:r>
        <w:t>Контракт, заключенный на неопределенный срок, действует до достижения сотрудником предельного возраста пребывания на службе в органах внутренних дел, за исключением случаев, установленных настоящим Федеральным законом</w:t>
      </w:r>
    </w:p>
    <w:p>
      <w:r>
        <w:rPr>
          <w:b/>
        </w:rPr>
        <w:t xml:space="preserve">4. </w:t>
      </w:r>
      <w:r>
        <w:t>С гражданином, поступающим в образовательную организацию высшего образования федерального органа исполнительной власти в сфере внутренних дел для обучения по очной форме, не достигшим возраста 18 лет, контракт заключается с письменного согласия его законных представителей (родителей, усыновителей, опекунов, попечителей). (В редакции Федерального закона от 02.07.2013 № 185-ФЗ)</w:t>
      </w:r>
    </w:p>
    <w:p>
      <w:r>
        <w:rPr>
          <w:b/>
        </w:rPr>
        <w:t xml:space="preserve">5. </w:t>
      </w:r>
      <w:r>
        <w:t>Контракт на определенный срок (далее - срочный контракт) заключается</w:t>
      </w:r>
    </w:p>
    <w:p>
      <w:r>
        <w:rPr>
          <w:b/>
        </w:rPr>
        <w:t xml:space="preserve">6. </w:t>
      </w:r>
      <w:r>
        <w:t>Срочный контракт заключается в случаях, когда правоотношения, связанные со службой в органах внутренних дел, не могут быть установлены на неопределенный срок с учетом замещаемой должности в органах внутренних дел или условий прохождения службы, если иное не предусмотрено настоящим Федеральным законом. (В редакции Федерального закона от 28.11.2025 № 447-ФЗ)</w:t>
      </w:r>
    </w:p>
    <w:p>
      <w:r>
        <w:rPr>
          <w:b/>
        </w:rPr>
        <w:t xml:space="preserve">7. </w:t>
      </w:r>
      <w:r>
        <w:t>Заключение срочного контракта, предусмотренного пунктом 7 части 5 настоящей статьи, возможно как с освобождением сотрудника органов внутренних дел от замещаемой должности в органах внутренних дел, так и без такового. В случае освобождения сотрудника от замещаемой должности после прекращения указанного контракта ему предоставляется для замещения другая должность в органах внутренних дел, но не ниже ранее замещавшейся</w:t>
      </w:r>
    </w:p>
    <w:p>
      <w:r>
        <w:rPr>
          <w:b/>
        </w:rPr>
        <w:t xml:space="preserve">8. </w:t>
      </w:r>
      <w:r>
        <w:t>Срочный контракт, предусмотренный пунктом 1 части 5 настоящей статьи, считается заключенным на неопределенный срок, если за два месяца до истечения срока его действия стороны не заявят о желании заключить новый срочный контракт или расторгнуть контракт</w:t>
      </w:r>
    </w:p>
    <w:p>
      <w:r>
        <w:rPr>
          <w:b/>
        </w:rPr>
        <w:t xml:space="preserve">9. </w:t>
      </w:r>
      <w:r>
        <w:t>Действие контракта приостанавливается в случаях, предусмотренных статьей 37 настоящего Федерального закона</w:t>
      </w:r>
    </w:p>
    <w:p>
      <w:r>
        <w:rPr>
          <w:b/>
        </w:rPr>
        <w:t xml:space="preserve">10. </w:t>
      </w:r>
      <w:r>
        <w:t>Контракт утрачивает силу со дня прекращения сотрудником органов внутренних дел службы в органах внутренних дел, заключения с ним нового контракта, а также в иных случаях, предусмотренных настоящим Федеральным законом. (В редакции Федерального закона от 28.11.2025 № 447-ФЗ)</w:t>
      </w:r>
    </w:p>
    <w:p>
      <w:r>
        <w:rPr>
          <w:b/>
        </w:rPr>
        <w:t xml:space="preserve">5. </w:t>
      </w:r>
      <w:r>
        <w:t>с гражданином, впервые поступающим на службу в органы внутренних дел для замещения должности в органах внутренних дел, - на четыре года; (В редакции Федерального закона от 28.11.2025 № 447-ФЗ) 2) с гражданином, поступающим на службу в органы внутренних дел, или с сотрудником органов внутренних дел для замещения должности временно отсутствующего сотрудника, за которым в соответствии с настоящим Федеральным законом или другими федеральными законами сохраняется должность в органах внутренних дел, - на период отсутствия сотрудника</w:t>
      </w:r>
    </w:p>
    <w:p>
      <w:r>
        <w:rPr>
          <w:b/>
        </w:rPr>
        <w:t xml:space="preserve">5. </w:t>
      </w:r>
      <w:r>
        <w:t>с гражданином, поступающим в образовательную организацию высшего образования федерального органа исполнительной власти в сфере внутренних дел для обучения по очной форме, - на период обучения с обязательством заключить контракт о последующей службе в органах внутренних дел в порядке, установленном статьей 23 настоящего Федерального закона; (В редакции Федерального закона от 02.07.2013 № 185-ФЗ) 4) с сотрудником органов внутренних дел, поступающим в образовательную организацию или научную организацию федерального органа исполнительной власти в сфере внутренних дел для обучения по очной форме, - на период обучения и обязательной последующей службы в органе внутренних дел, направившем сотрудника на обучение, в порядке, установленном статьей 23 настоящего Федерального закона; (В редакции Федерального закона от 02.07.2013 № 185-ФЗ) 5) с сотрудником органов внутренних дел при переводе для подготовки диссертации на соискание ученой степени доктора наук в образовательную организацию или научную организацию федерального органа исполнительной власти в сфере внутренних дел - на период подготовки и защиты диссертации один раз за весь период службы; (В редакции федеральных законов от 02.07.2013 № 185-ФЗ, от 02.08.2019 № 318-ФЗ) 6) с сотрудником органов внутренних дел, изъявившим желание заключить новый срочный контракт по окончании срока действия предыдущего срочного контракта, - на период, определяемый по соглашению сторон, но не менее чем на один год</w:t>
      </w:r>
    </w:p>
    <w:p>
      <w:r>
        <w:rPr>
          <w:b/>
        </w:rPr>
        <w:t xml:space="preserve">5. </w:t>
      </w:r>
      <w:r>
        <w:t>с сотрудником органов внутренних дел, на которого на срок более шести месяцев руководителем федерального органа исполнительной власти в сфере внутренних дел или уполномоченным руководителем возлагается выполнение специальных задач либо задач в особых условиях, - на период выполнения специальных задач либо задач в особых условиях</w:t>
      </w:r>
    </w:p>
    <w:p>
      <w:r>
        <w:rPr>
          <w:b/>
        </w:rPr>
        <w:t xml:space="preserve">5. </w:t>
      </w:r>
      <w:r>
        <w:t>с гражданином, ранее проходившим службу в органах внутренних дел или в федеральных органах исполнительной власти на должностях, по которым предусмотрено присвоение специальных (воинских) званий, и поступающим на службу в органы внутренних дел для выполнения специальных задач либо задач в особых условиях, - на срок до одного года; (Дополнение пунктом - Федеральный закон от 04.08.2023 № 436-ФЗ) 8) с сотрудником органов внутренних дел, назначаемым на должность руководителя (начальника) территориального органа федерального органа исполнительной власти в сфере внутренних дел из числа должностей высшего начальствующего состава, - на период замещения должности в органах внутренних дел; (В редакции Федерального закона от 02.08.2019 № 318-ФЗ) 9) с сотрудником органов внутренних дел, назначаемым на должность в представительстве федерального органа исполнительной власти в сфере внутренних дел, находящемся за пределами территории Российской Федерации, - на период замещения должности в органах внутренних дел</w:t>
      </w:r>
    </w:p>
    <w:p>
      <w:r>
        <w:rPr>
          <w:b/>
        </w:rPr>
        <w:t xml:space="preserve">5. </w:t>
      </w:r>
      <w:r>
        <w:t>с сотрудником органов внутренних дел, достигшим предельного возраста пребывания на службе в органах внутренних дел, - на период, определяемый в соответствии со статьей 88 настоящего Федерального закона</w:t>
      </w:r>
    </w:p>
    <w:p>
      <w:r>
        <w:rPr>
          <w:b/>
        </w:rPr>
        <w:t xml:space="preserve">5. </w:t>
      </w:r>
      <w:r>
        <w:t>с гражданином, поступающим на службу в органы внутренних дел, или с сотрудником органов внутренних дел для замещения должности педагогического работника образовательной организации высшего образования федерального органа исполнительной власти в сфере внутренних дел по результатам конкурса - на пять лет; (В редакции Федерального закона от 02.07.2013 № 185-ФЗ) 12) в иных случаях, предусмотренных настоящим Федеральным законом. (В редакции Федерального закона от 28.11.2025 № 447-ФЗ)</w:t>
      </w:r>
    </w:p>
    <w:p>
      <w:r>
        <w:rPr>
          <w:b/>
        </w:rPr>
        <w:t>Статья 23. Содержание контракта</w:t>
      </w:r>
    </w:p>
    <w:p>
      <w:r>
        <w:rPr>
          <w:b/>
        </w:rPr>
        <w:t xml:space="preserve">1. </w:t>
      </w:r>
      <w:r>
        <w:t>В контракте указываются дата и место его заключения, наименование федерального органа исполнительной власти, должность, фамилия, имя, отчество руководителя федерального органа исполнительной власти в сфере внутренних дел или уполномоченного руководителя, фамилия, имя, отчество гражданина, поступающего на службу в органы внутренних дел, либо должность, специальное звание, фамилия, имя, отчество сотрудника органов внутренних дел, являющихся сторонами контракта, и другие необходимые сведения о сторонах контракта. В контракте также указываются права и обязанности сторон контракта в соответствии с частями 2 и 3 статьи 21 настоящего Федерального закона</w:t>
      </w:r>
    </w:p>
    <w:p>
      <w:r>
        <w:rPr>
          <w:b/>
        </w:rPr>
        <w:t xml:space="preserve">2. </w:t>
      </w:r>
      <w:r>
        <w:t>В контракте предусматриваются следующие условия</w:t>
      </w:r>
    </w:p>
    <w:p>
      <w:r>
        <w:rPr>
          <w:b/>
        </w:rPr>
        <w:t xml:space="preserve">3. </w:t>
      </w:r>
      <w:r>
        <w:t>В контракте, заключаемом с гражданином или сотрудником органов внутренних дел, поступающими в образовательную или научную организацию федерального органа исполнительной власти в сфере внутренних дел для обучения по очной форме или для подготовки диссертации на соискание ученой степени доктора наук, предусматриваются: (В редакции Федерального закона от 02.07.2013 № 185-ФЗ) 1) указание на обязательство Российской Федерации обеспечить получение гражданином или сотрудником органов внутренних дел профессионального образования по профессии, специальности или направлению подготовки, необходимым для замещения соответствующей должности в органах внутренних дел; (В редакции Федерального закона от 02.07.2013 № 185-ФЗ) 2) указание на запрещение привлекать курсанта, слушателя образовательной организации высшего образования федерального органа исполнительной власти в сфере внутренних дел, не достигших возраста 18 лет, к выполнению задач, связанных с угрозой для их жизни или здоровья; (В редакции Федерального закона от 02.07.2013 № 185-ФЗ) 3) обязательство гражданина заключить контракт о последующей службе в органах внутренних дел или обязательство сотрудника проходить службу в органе внутренних дел, направившем его на обучение, на период:</w:t>
      </w:r>
    </w:p>
    <w:p>
      <w:r>
        <w:rPr>
          <w:b/>
        </w:rPr>
        <w:t xml:space="preserve">4. </w:t>
      </w:r>
      <w:r>
        <w:t>В контракт, заключаемый с сотрудником органов внутренних дел, назначенным на должность в органах внутренних дел, по которой предусмотрена ротация, включается положение о возможности перевода сотрудника в установленном порядке на иную равнозначную должность, в том числе в другую местность, а в случае его отказа - о возможности перевода в установленном порядке на нижестоящую должность или увольнения со службы в органах внутренних дел</w:t>
      </w:r>
    </w:p>
    <w:p>
      <w:r>
        <w:rPr>
          <w:b/>
        </w:rPr>
        <w:t xml:space="preserve">5. </w:t>
      </w:r>
      <w:r>
        <w:t>Условия контракта могут быть изменены только по соглашению сторон и в письменной форме, за исключением случаев, предусмотренных частью 1 статьи 35 настоящего Федерального закона</w:t>
      </w:r>
    </w:p>
    <w:p>
      <w:r>
        <w:rPr>
          <w:b/>
        </w:rPr>
        <w:t xml:space="preserve">6. </w:t>
      </w:r>
      <w:r>
        <w:t>В случае заключения срочного контракта в нем указываются срок его действия и обстоятельства (причины), послужившие основанием для заключения срочного контракта в соответствии с настоящим Федеральным законом и Федеральным законом "О полиции"</w:t>
      </w:r>
    </w:p>
    <w:p>
      <w:r>
        <w:rPr>
          <w:b/>
        </w:rPr>
        <w:t xml:space="preserve">7. </w:t>
      </w:r>
      <w:r>
        <w:t>В контракте предусматривается ответственность сторон за невыполнение или ненадлежащее выполнение служебных обязанностей и взятых на себя обязательств в соответствии с законодательством Российской Федерации. Запрещается требовать от сотрудника органов внутренних дел выполнения обязанностей, не установленных контрактом и должностным регламентом (должностной инструкцией), за исключением случаев, предусмотренных настоящим Федеральным законом и Федеральным законом "О полиции"</w:t>
      </w:r>
    </w:p>
    <w:p>
      <w:r>
        <w:rPr>
          <w:b/>
        </w:rPr>
        <w:t xml:space="preserve">8. </w:t>
      </w:r>
      <w:r>
        <w:t>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органов внутренних дел, другой хранится в его личном деле. Примерная форма контракта устанавливается федеральным органом исполнительной власти в сфере внутренних дел</w:t>
      </w:r>
    </w:p>
    <w:p>
      <w:r>
        <w:rPr>
          <w:b/>
        </w:rPr>
        <w:t xml:space="preserve">9. </w:t>
      </w:r>
      <w:r>
        <w:t>Приложениями к контракту могут являться документы, относящиеся к прохождению службы в органах внутренних дел, подписанные сторонами контракта</w:t>
      </w:r>
    </w:p>
    <w:p>
      <w:r>
        <w:rPr>
          <w:b/>
        </w:rPr>
        <w:t xml:space="preserve">2. </w:t>
      </w:r>
      <w:r>
        <w:t>неразглашение сотрудником органов внутренних дел сведений, составляющих государственную и иную охраняемую законом тайну, конфиденциальной информации (служебной тайны)</w:t>
      </w:r>
    </w:p>
    <w:p>
      <w:r>
        <w:rPr>
          <w:b/>
        </w:rPr>
        <w:t xml:space="preserve">2. </w:t>
      </w:r>
      <w:r>
        <w:t>обязательство гражданина или сотрудника органов внутренних дел проходить службу в органах внутренних дел по окончании обучения в образовательной организации высшего образования или научной организации федерального органа исполнительной власти в сфере внутренних дел не менее срока, установленного срочным контрактом, заключенным с ним, если обучение осуществлялось за счет бюджетных ассигнований федерального бюджета; (В редакции Федерального закона от 02.07.2013 № 185-ФЗ) 3) иные условия, не ухудшающие положение сотрудника органов внутренних дел по сравнению с положением, установленным настоящим Федеральным законом</w:t>
      </w:r>
    </w:p>
    <w:p>
      <w:r>
        <w:rPr>
          <w:b/>
        </w:rPr>
        <w:t xml:space="preserve">3. </w:t>
      </w:r>
      <w:r>
        <w:t>не менее пяти лет - по окончании образовательной организации высшего образования или научной организации федерального органа исполнительной власти в сфере внутренних дел; (В редакции Федерального закона от 02.07.2013 № 185-ФЗ)</w:t>
      </w:r>
    </w:p>
    <w:p>
      <w:r>
        <w:rPr>
          <w:b/>
        </w:rPr>
        <w:t xml:space="preserve">3. </w:t>
      </w:r>
      <w:r>
        <w:t>не менее трех лет - после отчисления из образовательной организации высшего образования федерального органа исполнительной власти в сфере внутренних дел не ранее чем с третьего курса по основаниям, не препятствующим прохождению службы в органах внутренних дел; (В редакции Федерального закона от 02.07.2013 № 185-ФЗ)</w:t>
      </w:r>
    </w:p>
    <w:p>
      <w:r>
        <w:rPr>
          <w:b/>
        </w:rPr>
        <w:t xml:space="preserve">3. </w:t>
      </w:r>
      <w:r>
        <w:t>не менее двух лет - при получении высшего образования по программам подготовки научных и научно-педагогических кадров в адъюнктуре по очной форме в образовательной или научной организации федерального органа исполнительной власти в сфере внутренних дел; (В редакции федеральных законов от 02.07.2013 № 185-ФЗ, от 30.12.2020 № 517-ФЗ)</w:t>
      </w:r>
    </w:p>
    <w:p>
      <w:r>
        <w:rPr>
          <w:b/>
        </w:rPr>
        <w:t xml:space="preserve">3. </w:t>
      </w:r>
      <w:r>
        <w:t>не менее пяти лет - при приеме на обучение по программе подготовки научных и научно-педагогических кадров в адъюнктуре по очной форме в образовательной или научной организации федерального органа исполнительной власти в сфере внутренних дел в год получения высшего образования предыдущего уровня в образовательной организации высшего образования федерального органа исполнительной власти в сфере внутренних дел; (В редакции федеральных законов от 02.07.2013 № 185-ФЗ, от 30.12.2020 № 517-ФЗ) 4) форма обучения; (В редакции Федерального закона от 02.07.2013 № 185-ФЗ) 5) условия прохождения практики в федеральном органе исполнительной власти в сфере внутренних дел; (В редакции Федерального закона от 02.07.2013 № 185-ФЗ) 6) обязанность сотрудника в случаях, предусмотренных настоящим Федеральным законом, возместить федеральному органу исполнительной власти в сфере внутренних дел затраты на его обучение</w:t>
      </w:r>
    </w:p>
    <w:p>
      <w:r>
        <w:rPr>
          <w:b/>
        </w:rPr>
        <w:t>Статья 24. Испытание при поступлении на службу в органы внутренних дел</w:t>
      </w:r>
    </w:p>
    <w:p>
      <w:r>
        <w:rPr>
          <w:b/>
        </w:rPr>
        <w:t xml:space="preserve">1. </w:t>
      </w:r>
      <w:r>
        <w:t>Для гражданина, поступившего на службу в органы внутренних дел, в целях проверки уровня его подготовки и соответствия должности в органах внутренних дел, на замещение которой он претендует, устанавливается испытание на срок от двух до шести месяцев, за исключением случаев, установленных частями 9 и 10 настоящей статьи. При поступлении на службу в органы внутренних дел и назначении на должность, при замещении которой присваивается специальное звание полиции, установление испытания на срок менее трех месяцев не допускается</w:t>
      </w:r>
    </w:p>
    <w:p>
      <w:r>
        <w:rPr>
          <w:b/>
        </w:rPr>
        <w:t xml:space="preserve">2. </w:t>
      </w:r>
      <w:r>
        <w:t>Сотрудник органов внутренних дел, проходящий испытание, назначается на соответствующую должность в органах внутренних дел, выполняет служебные обязанности и пользуется правами в соответствии с замещаемой должностью в органах внутренних дел и условиями контракта</w:t>
      </w:r>
    </w:p>
    <w:p>
      <w:r>
        <w:rPr>
          <w:b/>
        </w:rPr>
        <w:t xml:space="preserve">3. </w:t>
      </w:r>
      <w:r>
        <w:t>Сотруднику органов внутренних дел, проходящему испытание, до успешного завершения профессионального обучения по программам профессиональной подготовки в целях приобретения им основных профессиональных знаний, умений, навыков и компетенции, необходимых для выполнения служебных обязанностей, не разрешаются ношение и хранение огнестрельного оружия и специальных средств. Запрещается привлекать такого сотрудника к участию в мероприятиях, если может возникнуть угроза его жизни либо если его самостоятельные действия в силу профессиональной неподготовленности могут привести к нарушению, ущемлению прав, свобод и законных интересов граждан</w:t>
      </w:r>
    </w:p>
    <w:p>
      <w:r>
        <w:rPr>
          <w:b/>
        </w:rPr>
        <w:t xml:space="preserve">4. </w:t>
      </w:r>
      <w:r>
        <w:t>Сотрудник органов внутренних дел, проходящий испытание, наряду с выполнением основных обязанностей и поручений по должности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органов внутренних дел, назначаемого приказом уполномоченного руководителя. Порядок организации индивидуального обучения сотрудника органов внутренних дел, проходящего испытание, изучения его личных и деловых качеств и порядок оценки результатов индивидуального обучения такого сотрудника устанавливаются федеральным органом исполнительной власти в сфере внутренних дел. В период прохождения испытания осуществляется дальнейшее изучение личных и деловых качеств такого сотрудника</w:t>
      </w:r>
    </w:p>
    <w:p>
      <w:r>
        <w:rPr>
          <w:b/>
        </w:rPr>
        <w:t xml:space="preserve">5. </w:t>
      </w:r>
      <w:r>
        <w:t>Не позднее чем за 14 дней до окончания срока испытания непосредственный руководитель (начальник) сотрудника органов внутренних дел, проходящего испытание, подготавливает заключение в письменной форме о выполнении таким сотрудником служебных обязанностей в период прохождения испытания. Это заключение после ознакомления с ним такого сотрудника представляется уполномоченному руководителю на утверждение</w:t>
      </w:r>
    </w:p>
    <w:p>
      <w:r>
        <w:rPr>
          <w:b/>
        </w:rPr>
        <w:t xml:space="preserve">6. </w:t>
      </w:r>
      <w:r>
        <w:t>Заключение, указанное в части 5 настоящей статьи, должно содержать одну из следующих рекомендаций</w:t>
      </w:r>
    </w:p>
    <w:p>
      <w:r>
        <w:rPr>
          <w:b/>
        </w:rPr>
        <w:t xml:space="preserve">7. </w:t>
      </w:r>
      <w:r>
        <w:t>На основании заключения, указанного в части 5 настоящей статьи, уполномоченный руководитель не позднее чем за три дня до окончания срока испытания принимает одно из следующих решений</w:t>
      </w:r>
    </w:p>
    <w:p>
      <w:r>
        <w:rPr>
          <w:b/>
        </w:rPr>
        <w:t xml:space="preserve">8. </w:t>
      </w:r>
      <w:r>
        <w:t>В срок испытания не засчитывается период профессионального обучения сотрудника органов внутренних дел по программам профессиональной подготовки в целях приобретения им основных профессиональных знаний, умений, навыков и компетенции, необходимых для выполнения служебных обязанностей. Увеличение срока испытания на период профессионального обучения такого сотрудника по программам профессиональной подготовки в целях приобретения им основных профессиональных знаний, умений, навыков и компетенции, необходимых для выполнения служебных обязанностей, оформляется приказом уполномоченного руководителя</w:t>
      </w:r>
    </w:p>
    <w:p>
      <w:r>
        <w:rPr>
          <w:b/>
        </w:rPr>
        <w:t xml:space="preserve">9. </w:t>
      </w:r>
      <w:r>
        <w:t>Испытание не устанавливается</w:t>
      </w:r>
    </w:p>
    <w:p>
      <w:r>
        <w:rPr>
          <w:b/>
        </w:rPr>
        <w:t xml:space="preserve">10. </w:t>
      </w:r>
      <w:r>
        <w:t>По решению руководителя федерального органа исполнительной власти в сфере внутренних дел или уполномоченного руководителя испытание может не устанавливаться для граждан, замещавших должности в федеральном органе исполнительной власти в сфере внутренних дел, его территориальных органах или подразделениях, а также для граждан, ранее проходивших службу в иных федеральных органах исполнительной власти на должностях, по которым предусмотрено присвоение специальных (воинских) званий. (Статья в редакции Федерального закона от 28.11.2025 № 447-ФЗ)</w:t>
      </w:r>
    </w:p>
    <w:p>
      <w:r>
        <w:rPr>
          <w:b/>
        </w:rPr>
        <w:t xml:space="preserve">6. </w:t>
      </w:r>
      <w:r>
        <w:t>о признании сотрудника органов внутренних дел, проходящего испытание, выдержавшим испытание</w:t>
      </w:r>
    </w:p>
    <w:p>
      <w:r>
        <w:rPr>
          <w:b/>
        </w:rPr>
        <w:t xml:space="preserve">6. </w:t>
      </w:r>
      <w:r>
        <w:t>о признании сотрудника органов внутренних дел, проходящего испытание, не выдержавшим испытание</w:t>
      </w:r>
    </w:p>
    <w:p>
      <w:r>
        <w:rPr>
          <w:b/>
        </w:rPr>
        <w:t xml:space="preserve">7. </w:t>
      </w:r>
      <w:r>
        <w:t>о дальнейшем прохождении сотрудником органов внутренних дел, выдержавшим испытание, службы в органах внутренних дел</w:t>
      </w:r>
    </w:p>
    <w:p>
      <w:r>
        <w:rPr>
          <w:b/>
        </w:rPr>
        <w:t xml:space="preserve">7. </w:t>
      </w:r>
      <w:r>
        <w:t>о расторжении с сотрудником органов внутренних дел, не выдержавшим испытание, контракта и об увольнении его со службы в органах внутренних дел</w:t>
      </w:r>
    </w:p>
    <w:p>
      <w:r>
        <w:rPr>
          <w:b/>
        </w:rPr>
        <w:t xml:space="preserve">9. </w:t>
      </w:r>
      <w:r>
        <w:t>для граждан, назначаемых на должности высшего начальствующего состава</w:t>
      </w:r>
    </w:p>
    <w:p>
      <w:r>
        <w:rPr>
          <w:b/>
        </w:rPr>
        <w:t xml:space="preserve">9. </w:t>
      </w:r>
      <w:r>
        <w:t>для граждан, поступающих в образовательные организации высшего образования федерального органа исполнительной власти в сфере внутренних дел для обучения по очной форме</w:t>
      </w:r>
    </w:p>
    <w:p>
      <w:r>
        <w:rPr>
          <w:b/>
        </w:rPr>
        <w:t xml:space="preserve">9. </w:t>
      </w:r>
      <w:r>
        <w:t>для граждан, назначаемых на должности по результатам конкурса</w:t>
      </w:r>
    </w:p>
    <w:p>
      <w:r>
        <w:rPr>
          <w:b/>
        </w:rPr>
        <w:t xml:space="preserve">9. </w:t>
      </w:r>
      <w:r>
        <w:t>для граждан, с которыми заключается срочный контракт в соответствии с пунктом 71 части 5 статьи 22 настоящего Федерального закона</w:t>
      </w:r>
    </w:p>
    <w:p>
      <w:r>
        <w:rPr>
          <w:b/>
        </w:rPr>
        <w:t>Статья 25. Замещение должностей в органах внутренних дел по конкурсу</w:t>
      </w:r>
    </w:p>
    <w:p>
      <w:r>
        <w:rPr>
          <w:b/>
        </w:rPr>
        <w:t xml:space="preserve">1. </w:t>
      </w:r>
      <w:r>
        <w:t>Назначение на отдельные должности в органах внутренних дел, включенные в перечень должностей, утверждаемый руководителем федерального органа исполнительной власти в сфере внутренних дел, осуществляется по результатам конкурса, который заключается в оценке профессионального уровня претендентов на замещение должности в органах внутренних дел, их соответствия установленным квалификационным требованиям к соответствующей должности</w:t>
      </w:r>
    </w:p>
    <w:p>
      <w:r>
        <w:rPr>
          <w:b/>
        </w:rPr>
        <w:t xml:space="preserve">2. </w:t>
      </w:r>
      <w:r>
        <w:t>Конкурс не проводится</w:t>
      </w:r>
    </w:p>
    <w:p>
      <w:r>
        <w:rPr>
          <w:b/>
        </w:rPr>
        <w:t xml:space="preserve">3. </w:t>
      </w:r>
      <w:r>
        <w:t>Претенденту на замещение вакантной должности в органах внутренних дел может быть отказано в допуске к участию в конкурсе в связи с несоответствием квалификационным требованиям к этой должности, а также в связи с ограничениями, установленными настоящим Федеральным законом и другими федеральными законами для поступления на службу в органы внутренних дел и ее прохождения</w:t>
      </w:r>
    </w:p>
    <w:p>
      <w:r>
        <w:rPr>
          <w:b/>
        </w:rPr>
        <w:t xml:space="preserve">4. </w:t>
      </w:r>
      <w:r>
        <w:t>Претендент на замещение вакантной должности в органах внутренних дел, не допущенный к участию в конкурсе, вправе обжаловать это решение в соответствии с настоящим Федеральным законом</w:t>
      </w:r>
    </w:p>
    <w:p>
      <w:r>
        <w:rPr>
          <w:b/>
        </w:rPr>
        <w:t xml:space="preserve">5. </w:t>
      </w:r>
      <w:r>
        <w:t>Для проведения конкурса на замещение вакантной должности в органах внутренних дел образуется конкурсная комиссия федерального органа исполнительной власти в сфере внутренних дел, его территориального органа или подразделения</w:t>
      </w:r>
    </w:p>
    <w:p>
      <w:r>
        <w:rPr>
          <w:b/>
        </w:rPr>
        <w:t xml:space="preserve">6. </w:t>
      </w:r>
      <w:r>
        <w:t>В состав конкурсной комиссии входят уполномоченный руководитель и (или) определенные им сотрудники органов внутренних дел, в том числе из кадрового подразделения, правового (юридического) подразделения и подразделения, в котором проводится конкурс на замещение вакантной должности в органах внутренних дел, а также представитель соответствующего органа по управлению государственной службой. В состав конкурсной комиссии с учетом положений законодательства Российской Федерации о государственной тайне могут также входить с правом совещательного голоса члены общественных советов при федеральном органе исполнительной власти в сфере внутренних дел и его территориальных органах, представители образовательных и научных организаций - специалисты по вопросам деятельности органов внутренних дел. (В редакции Федерального закона от 02.07.2013 № 185-ФЗ)</w:t>
      </w:r>
    </w:p>
    <w:p>
      <w:r>
        <w:rPr>
          <w:b/>
        </w:rPr>
        <w:t xml:space="preserve">7. </w:t>
      </w:r>
      <w:r>
        <w:t>Состав конкурсной комиссии для проведения конкурса на замещение вакантной должности в органах внутренних дел, выполнение служебных обязанностей по которой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w:t>
      </w:r>
    </w:p>
    <w:p>
      <w:r>
        <w:rPr>
          <w:b/>
        </w:rPr>
        <w:t xml:space="preserve">8. </w:t>
      </w:r>
      <w: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
        <w:rPr>
          <w:b/>
        </w:rPr>
        <w:t xml:space="preserve">9. </w:t>
      </w:r>
      <w:r>
        <w:t>Претендент на замещение вакантной должности в органах внутренних дел вправе обжаловать решение конкурсной комиссии в соответствии с настоящим Федеральным законом</w:t>
      </w:r>
    </w:p>
    <w:p>
      <w:r>
        <w:rPr>
          <w:b/>
        </w:rPr>
        <w:t xml:space="preserve">10. </w:t>
      </w:r>
      <w:r>
        <w:t>Порядок и условия проведения конкурса на замещение вакантной должности в органах внутренних дел устанавливаются федеральным органом исполнительной власти в сфере внутренних дел</w:t>
      </w:r>
    </w:p>
    <w:p>
      <w:r>
        <w:rPr>
          <w:b/>
        </w:rPr>
        <w:t xml:space="preserve">2. </w:t>
      </w:r>
      <w:r>
        <w:t>при назначении на должности руководителей (начальников), назначение на которые и освобождение от которых осуществляются Президентом Российской Федерации</w:t>
      </w:r>
    </w:p>
    <w:p>
      <w:r>
        <w:rPr>
          <w:b/>
        </w:rPr>
        <w:t xml:space="preserve">2. </w:t>
      </w:r>
      <w:r>
        <w:t>при заключении срочного контракта в случаях, предусмотренных пунктами 2, 6, 7 и 10 части 5 статьи 22 настоящего Федерального закона</w:t>
      </w:r>
    </w:p>
    <w:p>
      <w:r>
        <w:rPr>
          <w:b/>
        </w:rPr>
        <w:t xml:space="preserve">2. </w:t>
      </w:r>
      <w:r>
        <w:t>при назначении сотрудника органов внутренних дел на иную должность в органах внутренних дел в случаях, предусмотренных частями 5 и 7 статьи 30, частями 1 - 3 статьи 36 настоящего Федерального закона</w:t>
      </w:r>
    </w:p>
    <w:p>
      <w:r>
        <w:rPr>
          <w:b/>
        </w:rPr>
        <w:t xml:space="preserve">2. </w:t>
      </w:r>
      <w:r>
        <w:t>при назначении на должность в органах внутренних дел сотрудника органов внутренних дел, состоящего в кадровом резерве в соответствии с настоящим Федеральным законом, за исключением назначения на должность педагогического работника образовательной организации высшего образования федерального органа исполнительной власти в сфере внутренних дел. (В редакции Федерального закона от 02.07.2013 № 185-ФЗ)</w:t>
      </w:r>
    </w:p>
    <w:p>
      <w:r>
        <w:rPr>
          <w:b/>
        </w:rPr>
        <w:t>Статья 26. Возникновение и изменение правоотношений на службе в органах внутренних дел в период действия военного положения</w:t>
      </w:r>
    </w:p>
    <w:p>
      <w:r>
        <w:t>В период действия военного положения применение статей 20 - 25 настоящего Федерального закона приостанавливается. Особенности возникновения и изменения правоотношений на службе в органах внутренних дел и особенности прохождения службы в органах внутренних дел в период действия военного положения определяются Президентом Российской Федерации.</w:t>
      </w:r>
    </w:p>
    <w:p>
      <w:r>
        <w:rPr>
          <w:b/>
        </w:rPr>
        <w:t>Статья 261. Возникновение и изменение правоотношений на службе в органах внутренних дел в период мобилизации</w:t>
      </w:r>
    </w:p>
    <w:p>
      <w:r>
        <w:rPr>
          <w:b/>
        </w:rPr>
        <w:t xml:space="preserve">1. </w:t>
      </w:r>
      <w:r>
        <w:t>В период мобилизации прохождение службы в органах внутренних дел гражданами, пребывающими в запасе Вооруженных Сил Российской Федерации, направленными для прохождения службы в соответствии с федеральными законами и нормативными правовыми актами Президента Российской Федерации, является обязанностью таких граждан</w:t>
      </w:r>
    </w:p>
    <w:p>
      <w:r>
        <w:rPr>
          <w:b/>
        </w:rPr>
        <w:t xml:space="preserve">2. </w:t>
      </w:r>
      <w:r>
        <w:t>Особенности поступления на службу граждан, направленных по мобилизации в органы внутренних дел для прохождения службы на должностях, по которым предусмотрено присвоение специальных званий полиции, прохождения ими службы и увольнения со службы определяются Президентом Российской Федерации. (Дополнение статьей - Федеральный закон от 04.08.2023 № 436-ФЗ)</w:t>
      </w:r>
    </w:p>
    <w:p>
      <w:pPr>
        <w:pStyle w:val="Heading3"/>
      </w:pPr>
      <w:r>
        <w:t>Порядок прохождения службы в органах внутренних дел</w:t>
      </w:r>
    </w:p>
    <w:p>
      <w:r>
        <w:rPr>
          <w:b/>
        </w:rPr>
        <w:t>Статья 27. Назначение на должности в органах внутренних дел</w:t>
      </w:r>
    </w:p>
    <w:p>
      <w:r>
        <w:rPr>
          <w:b/>
        </w:rPr>
        <w:t xml:space="preserve">1. </w:t>
      </w:r>
      <w:r>
        <w:t>Назначение на должности высшего начальствующего состава и освобождение от этих должностей осуществляются Президентом Российской Федерации</w:t>
      </w:r>
    </w:p>
    <w:p>
      <w:r>
        <w:rPr>
          <w:b/>
        </w:rPr>
        <w:t xml:space="preserve">2. </w:t>
      </w:r>
      <w:r>
        <w:t>Назначение на должности рядового состава, младшего, среднего и старшего начальствующего состава осуществляется руководителем федерального органа исполнительной власти в сфере внутренних дел или уполномоченным руководителем в порядке, определяемом настоящим Федеральным законом, Федеральным законом "О полиции" и нормативными правовыми актами федерального органа исполнительной власти в сфере внутренних дел</w:t>
      </w:r>
    </w:p>
    <w:p>
      <w:r>
        <w:rPr>
          <w:b/>
        </w:rPr>
        <w:t>Статья 28. Присяга сотрудника органов внутренних дел Российской Федерации</w:t>
      </w:r>
    </w:p>
    <w:p>
      <w:r>
        <w:rPr>
          <w:b/>
        </w:rPr>
        <w:t xml:space="preserve">1. </w:t>
      </w:r>
      <w:r>
        <w:t>Сотрудник, впервые поступивший на службу в органы внутренних дел, приводится к Присяге сотрудника органов внутренних дел Российской Федерации. Приведение к Присяге осуществляется в торжественной обстановке перед Государственным флагом Российской Федерации</w:t>
      </w:r>
    </w:p>
    <w:p>
      <w:r>
        <w:rPr>
          <w:b/>
        </w:rPr>
        <w:t xml:space="preserve">2. </w:t>
      </w:r>
      <w:r>
        <w:t>Текст Присяги сотрудника органов внутренних дел Российской Федерации: "Я, (фамилия, имя, отчество), поступая на службу в органы внутренних дел, торжественно присягаю на верность Российской Федерации и ее народу! Клянусь при осуществлении полномочий сотрудника органов внутренних дел: уважать и защищать права и свободы человека и гражданина, свято соблюдать Конституцию Российской Федерации и федеральные законы; быть мужественным, честным и бдительным, не щадить своих сил в борьбе с преступностью; достойно исполнять свой служебный долг и возложенные на меня обязанности по обеспечению безопасности, законности и правопорядка, хранить государственную и служебную тайну. Служу России, служу Закону!" 3. Порядок приведения к Присяге сотрудника органов внутренних дел Российской Федерации устанавливается федеральным органом исполнительной власти в сфере внутренних дел</w:t>
      </w:r>
    </w:p>
    <w:p>
      <w:r>
        <w:rPr>
          <w:b/>
        </w:rPr>
        <w:t>Статья 29. Должностной регламент (должностная инструкция)</w:t>
      </w:r>
    </w:p>
    <w:p>
      <w:r>
        <w:rPr>
          <w:b/>
        </w:rPr>
        <w:t xml:space="preserve">1. </w:t>
      </w:r>
      <w:r>
        <w:t>Профессиональная служебная деятельность сотрудника органов внутренних дел осуществляется в соответствии с должностным регламентом (должностной инструкцией), утверждаемым (утверждаемой) руководителем федерального органа исполнительной власти в сфере внутренних дел или уполномоченным руководителем</w:t>
      </w:r>
    </w:p>
    <w:p>
      <w:r>
        <w:rPr>
          <w:b/>
        </w:rPr>
        <w:t xml:space="preserve">2. </w:t>
      </w:r>
      <w:r>
        <w:t>Порядок разработки и утверждения должностных регламентов (должностных инструкций), их примерная форма устанавливаются руководителем федерального органа исполнительной власти в сфере внутренних дел</w:t>
      </w:r>
    </w:p>
    <w:p>
      <w:r>
        <w:rPr>
          <w:b/>
        </w:rPr>
        <w:t>Статья 30. Перевод сотрудника органов внутренних дел</w:t>
      </w:r>
    </w:p>
    <w:p>
      <w:r>
        <w:rPr>
          <w:b/>
        </w:rPr>
        <w:t xml:space="preserve">1. </w:t>
      </w:r>
      <w:r>
        <w:t>Перевод сотрудника органов внутренних дел в случаях, установленных настоящим Федеральным законом, на вышестоящую, равнозначную или нижестоящую должность в органах внутренних дел, в другую местность либо в связи с его зачислением в образовательную организацию высшего образования федерального органа исполнительной власти в сфере внутренних дел допускается с согласия сотрудника, выраженного в письменной форме, если иное не предусмотрено настоящим Федеральным законом. (В редакции Федерального закона от 02.07.2013 № 185-ФЗ)</w:t>
      </w:r>
    </w:p>
    <w:p>
      <w:r>
        <w:rPr>
          <w:b/>
        </w:rPr>
        <w:t xml:space="preserve">2. </w:t>
      </w:r>
      <w:r>
        <w:t>Должность в органах внутренних дел считается вышестоящей, если для нее предусмотрено более высокое специальное звание, чем специальное звание по прежней должности в органах внутренних дел, а при равенстве специальных званий - более высокий должностной оклад</w:t>
      </w:r>
    </w:p>
    <w:p>
      <w:r>
        <w:rPr>
          <w:b/>
        </w:rPr>
        <w:t xml:space="preserve">3. </w:t>
      </w:r>
      <w:r>
        <w:t>Перевод сотрудника органов внутренних дел на вышестоящую должность рядового состава, младшего, среднего или старшего начальствующего состава осуществляется по результатам аттестации и (или) конкурса, за исключением случаев, если назначение сотрудника на вышестоящую должность в органах внутренних дел осуществляется из кадрового резерва, в котором он состоял в соответствии со статьей 78 настоящего Федерального закона</w:t>
      </w:r>
    </w:p>
    <w:p>
      <w:r>
        <w:rPr>
          <w:b/>
        </w:rPr>
        <w:t xml:space="preserve">4. </w:t>
      </w:r>
      <w:r>
        <w:t>Должность в органах внутренних дел считается равнозначной, если для нее предусмотрены специальное звание и должностной оклад, равные специальному званию и должностному окладу по прежней должности в органах внутренних дел</w:t>
      </w:r>
    </w:p>
    <w:p>
      <w:r>
        <w:rPr>
          <w:b/>
        </w:rPr>
        <w:t xml:space="preserve">5. </w:t>
      </w:r>
      <w:r>
        <w:t>Перевод сотрудника органов внутренних дел на равнозначную должность в органах внутренних дел осуществляется</w:t>
      </w:r>
    </w:p>
    <w:p>
      <w:r>
        <w:rPr>
          <w:b/>
        </w:rPr>
        <w:t xml:space="preserve">6. </w:t>
      </w:r>
      <w:r>
        <w:t>Должность в органах внутренних дел считается нижестоящей, если для нее предусмотрено более низкое специальное звание, чем специальное звание по прежней должности в органах внутренних дел, а при равенстве специальных званий - более низкий должностной оклад</w:t>
      </w:r>
    </w:p>
    <w:p>
      <w:r>
        <w:rPr>
          <w:b/>
        </w:rPr>
        <w:t xml:space="preserve">7. </w:t>
      </w:r>
      <w:r>
        <w:t>Перевод сотрудника органов внутренних дел на нижестоящую должность в органах внутренних дел осуществляется</w:t>
      </w:r>
    </w:p>
    <w:p>
      <w:r>
        <w:rPr>
          <w:b/>
        </w:rPr>
        <w:t xml:space="preserve">8. </w:t>
      </w:r>
      <w:r>
        <w:t>Перевод сотрудника органов внутренних дел на нижестоящую должность в органах внутренних дел по основанию, предусмотренному пунктом 1, 3, 5 или 6 части 7 настоящей статьи, допускается в случае невозможности его перевода на равнозначную должность. Сотруднику, переведенному на нижестоящую должность в органах внутренних дел по основанию, предусмотренному пунктом 1, 3 или 5 части 7 настоящей статьи, сохраняется должностной оклад в размере, установленном по последней должности, которую он замещал до назначения на нижестоящую должность. При этом выплата сохраненного должностного оклада производится вне зависимости от последующего перевода сотрудника на нижестоящую должность по основанию, предусмотренному пунктом 1, 3 или 5 части 7 настоящей статьи, на равнозначную или вышестоящую должность до возникновения у сотрудника права на получение более высокого должностного оклада вследствие его повышения в установленном порядке или назначения сотрудника на должность в органах внутренних дел с более высоким должностным окладом. (В редакции Федерального закона от 02.08.2019 № 318-ФЗ)</w:t>
      </w:r>
    </w:p>
    <w:p>
      <w:r>
        <w:rPr>
          <w:b/>
        </w:rPr>
        <w:t xml:space="preserve">9. </w:t>
      </w:r>
      <w:r>
        <w:t>Перевод сотрудника органов внутренних дел осуществляется при его зачислении в образовательную организацию высшего образования федерального органа исполнительной власти в сфере внутренних дел для обучения по очной форме либо для подготовки и защиты диссертации на соискание ученой степени доктора наук в образовательной организации или научной организации федерального органа исполнительной власти в сфере внутренних дел. (В редакции Федерального закона от 02.07.2013 № 185-ФЗ)</w:t>
      </w:r>
    </w:p>
    <w:p>
      <w:r>
        <w:rPr>
          <w:b/>
        </w:rPr>
        <w:t xml:space="preserve">10. </w:t>
      </w:r>
      <w:r>
        <w:t>При невозможности перевода сотрудника органов внутренних дел на иную должность в органах внутренних дел или его отказе от такого перевода сотрудник подлежит увольнению со службы в органах внутренних дел, за исключением случаев отказа от перевода по основаниям, предусмотренным частью 3, пунктами 1, 3 и 6 части 5, пунктом 2 части 7 и частью 9 настоящей статьи. При этом контракт с сотрудником расторгается в связи с невозможностью перевода или отказом сотрудника от перевода на иную должность в органах внутренних дел, если иное не предусмотрено настоящим Федеральным законом. О невозможности перевода сотрудника кадровым подразделением федерального органа исполнительной власти в сфере внутренних дел, его территориального органа или подразделения подготавливается соответствующее заключение. Отказ сотрудника от перевода оформляется рапортом. В случае отказа сотрудника подать рапорт составляется соответствующий акт</w:t>
      </w:r>
    </w:p>
    <w:p>
      <w:r>
        <w:rPr>
          <w:b/>
        </w:rPr>
        <w:t xml:space="preserve">11. </w:t>
      </w:r>
      <w:r>
        <w:t>Не является переводом и не требует согласия сотрудника органов внутренних дел выполнение им равнозначных функций по иной должности в органах внутренних дел в том же подразделении и в той же местности, не влекущее за собой изменения условий контракта</w:t>
      </w:r>
    </w:p>
    <w:p>
      <w:r>
        <w:rPr>
          <w:b/>
        </w:rPr>
        <w:t xml:space="preserve">111. </w:t>
      </w:r>
      <w:r>
        <w:t>Сотрудник органов внутренних дел, переведенный на вышестоящую, равнозначную или нижестоящую должность в органах внутренних дел, соответствующую иному функциональному предназначению либо направлению деятельности, наряду с выполнением служебных обязанностей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органов внутренних дел, назначаемого приказом уполномоченного руководителя. Порядок организации индивидуального обучения сотрудника органов внутренних дел устанавливается федеральным органом исполнительной власти в сфере внутренних дел. (Дополнение частью - Федеральный закон от 03.07.2016 № 300-ФЗ)</w:t>
      </w:r>
    </w:p>
    <w:p>
      <w:r>
        <w:rPr>
          <w:b/>
        </w:rPr>
        <w:t xml:space="preserve">12. </w:t>
      </w:r>
      <w:r>
        <w:t>Сотрудник органов внутренних дел, непрерывно замещающий одну и ту же должность руководителя территориального органа федерального органа исполнительной власти в сфере внутренних дел в течение шести лет, может быть переведен в порядке ротации по решению Президента Российской Федерации, руководителя федерального органа исполнительной власти в сфере внутренних дел или уполномоченного руководителя на иную равнозначную должность в той же местности, а при невозможности такого перевода - на иную равнозначную должность в другую местность. В случае отказа без уважительных причин от перевода в порядке ротации сотрудник с его согласия может быть переведен на нижестоящую должность в той же местности, а в случае отказа - уволен со службы в органах внутренних дел</w:t>
      </w:r>
    </w:p>
    <w:p>
      <w:r>
        <w:rPr>
          <w:b/>
        </w:rPr>
        <w:t xml:space="preserve">13. </w:t>
      </w:r>
      <w:r>
        <w:t>Перевод сотрудника органов внутренних дел на иную должность в органах внутренних дел осуществляется по решению Президента Российской Федерации, руководителя федерального органа исполнительной власти в сфере внутренних дел или уполномоченного руководителя и оформляется соответствующим актом, который доводится до сведения сотрудника под расписку. До назначения сотрудника на должность в органах внутренних дел по новому месту службы, оформленного соответствующим актом, с ним сохраняются служебные отношения по прежнему месту службы</w:t>
      </w:r>
    </w:p>
    <w:p>
      <w:r>
        <w:rPr>
          <w:b/>
        </w:rPr>
        <w:t xml:space="preserve">5. </w:t>
      </w:r>
      <w:r>
        <w:t>в связи с необходимостью замещения другой должности в интересах службы либо в порядке ротации в соответствии с частью 12 настоящей статьи</w:t>
      </w:r>
    </w:p>
    <w:p>
      <w:r>
        <w:rPr>
          <w:b/>
        </w:rPr>
        <w:t xml:space="preserve">5. </w:t>
      </w:r>
      <w:r>
        <w:t>по состоянию здоровья в соответствии с заключением военно-врачебной комиссии</w:t>
      </w:r>
    </w:p>
    <w:p>
      <w:r>
        <w:rPr>
          <w:b/>
        </w:rPr>
        <w:t xml:space="preserve">5. </w:t>
      </w:r>
      <w:r>
        <w:t>по личным или семейным обстоятельствам</w:t>
      </w:r>
    </w:p>
    <w:p>
      <w:r>
        <w:rPr>
          <w:b/>
        </w:rPr>
        <w:t xml:space="preserve">5. </w:t>
      </w:r>
      <w:r>
        <w:t>в связи с сокращением замещаемой сотрудником должности</w:t>
      </w:r>
    </w:p>
    <w:p>
      <w:r>
        <w:rPr>
          <w:b/>
        </w:rPr>
        <w:t xml:space="preserve">5. </w:t>
      </w:r>
      <w:r>
        <w:t>в связи с восстановлением сотрудника в должности, которую он замещал ранее, в случае, если эту должность замещает другой сотрудник</w:t>
      </w:r>
    </w:p>
    <w:p>
      <w:r>
        <w:rPr>
          <w:b/>
        </w:rPr>
        <w:t xml:space="preserve">5. </w:t>
      </w:r>
      <w:r>
        <w:t>в связи с прекращением срочного контракта</w:t>
      </w:r>
    </w:p>
    <w:p>
      <w:r>
        <w:rPr>
          <w:b/>
        </w:rPr>
        <w:t xml:space="preserve">5. </w:t>
      </w:r>
      <w:r>
        <w:t>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r>
        <w:rPr>
          <w:b/>
        </w:rPr>
        <w:t xml:space="preserve">5. </w:t>
      </w:r>
      <w:r>
        <w:t>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7. </w:t>
      </w:r>
      <w:r>
        <w:t>по состоянию здоровья в соответствии с заключением военно-врачебной комиссии</w:t>
      </w:r>
    </w:p>
    <w:p>
      <w:r>
        <w:rPr>
          <w:b/>
        </w:rPr>
        <w:t xml:space="preserve">7. </w:t>
      </w:r>
      <w:r>
        <w:t>по личным или семейным обстоятельствам</w:t>
      </w:r>
    </w:p>
    <w:p>
      <w:r>
        <w:rPr>
          <w:b/>
        </w:rPr>
        <w:t xml:space="preserve">7. </w:t>
      </w:r>
      <w:r>
        <w:t>в связи с сокращением замещаемой сотрудником должности</w:t>
      </w:r>
    </w:p>
    <w:p>
      <w:r>
        <w:rPr>
          <w:b/>
        </w:rPr>
        <w:t xml:space="preserve">7. </w:t>
      </w:r>
      <w:r>
        <w:t>в порядке наложения дисциплинарного взыскания</w:t>
      </w:r>
    </w:p>
    <w:p>
      <w:r>
        <w:rPr>
          <w:b/>
        </w:rPr>
        <w:t xml:space="preserve">7. </w:t>
      </w:r>
      <w:r>
        <w:t>в связи с восстановлением сотрудника в должности, которую он замещал ранее, в случае, если эту должность замещает другой сотрудник и отсутствует равнозначная должность</w:t>
      </w:r>
    </w:p>
    <w:p>
      <w:r>
        <w:rPr>
          <w:b/>
        </w:rPr>
        <w:t xml:space="preserve">7. </w:t>
      </w:r>
      <w:r>
        <w:t>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r>
        <w:rPr>
          <w:b/>
        </w:rPr>
        <w:t xml:space="preserve">7. </w:t>
      </w:r>
      <w:r>
        <w:t>в связи с отказом от перевода на равнозначную должность в порядке ротации в соответствии с частью 12 настоящей статьи</w:t>
      </w:r>
    </w:p>
    <w:p>
      <w:r>
        <w:rPr>
          <w:b/>
        </w:rPr>
        <w:t xml:space="preserve">7. </w:t>
      </w:r>
      <w:r>
        <w:t>в связи с несоответствием сотрудника замещаемой должности (с учетом рекомендации аттестационной комиссии)</w:t>
      </w:r>
    </w:p>
    <w:p>
      <w:r>
        <w:rPr>
          <w:b/>
        </w:rPr>
        <w:t xml:space="preserve">7. </w:t>
      </w:r>
      <w:r>
        <w:t>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Статья 301. Перевод сотрудника органов внутренних дел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перевод сотрудника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федеральный орган исполнительной власти, уполномоченный в сфере внутренних дел</w:t>
      </w:r>
    </w:p>
    <w:p>
      <w:r>
        <w:rPr>
          <w:b/>
        </w:rPr>
        <w:t xml:space="preserve">1. </w:t>
      </w:r>
      <w:r>
        <w:t>Сотрудник органов внутренних дел или сотрудник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с его согласия или по его просьбе может быть переведен для дальнейшего прохождения службы соответственно из федерального органа исполнительной власти, уполномоченного в сфере внутренних дел,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 из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федеральный орган исполнительной власти, уполномоченный в сфере внутренних дел</w:t>
      </w:r>
    </w:p>
    <w:p>
      <w:r>
        <w:rPr>
          <w:b/>
        </w:rPr>
        <w:t xml:space="preserve">2. </w:t>
      </w:r>
      <w:r>
        <w:t>Указанный в части 1 настоящей статьи перевод сотрудника согласовывается руководителями соответствующих федеральных органов исполнительной власти или должностными лицами, уполномоченными ими</w:t>
      </w:r>
    </w:p>
    <w:p>
      <w:r>
        <w:rPr>
          <w:b/>
        </w:rPr>
        <w:t xml:space="preserve">3. </w:t>
      </w:r>
      <w:r>
        <w:t>Перевод сотрудника оформляется</w:t>
      </w:r>
    </w:p>
    <w:p>
      <w:r>
        <w:rPr>
          <w:b/>
        </w:rPr>
        <w:t xml:space="preserve">3. </w:t>
      </w:r>
      <w:r>
        <w:t>сотрудника, занимающего должность среднего или старшего начальствующего состава, - приказом соответствующего руководителя федерального органа исполнительной власти, уполномоченного в сфере внутренних дел,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 xml:space="preserve">3. </w:t>
      </w:r>
      <w:r>
        <w:t>сотрудника, занимающего должность рядового или младшего начальствующего состава, - приказом должностного лица, которому руководителем федерального органа исполнительной власти, уполномоченного в сфере внутренних дел, или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предоставлено такое право. (Дополнение статьей - Федеральный закон от 03.07.2016 № 227-ФЗ)</w:t>
      </w:r>
    </w:p>
    <w:p>
      <w:r>
        <w:rPr>
          <w:b/>
        </w:rPr>
        <w:t>Статья 31. Временное исполнение обязанностей</w:t>
      </w:r>
    </w:p>
    <w:p>
      <w:r>
        <w:rPr>
          <w:b/>
        </w:rPr>
        <w:t xml:space="preserve">1. </w:t>
      </w:r>
      <w:r>
        <w:t>На сотрудника органов внутренних дел с его согласия могут быть временно возложены обязанности по вышестоящей или равнозначной должности в органах внутренних дел с одновременным освобождением его от выполнения обязанностей по замещаемой должности либо без такового. (В редакции Федерального закона от 28.12.2024 № 525-ФЗ)</w:t>
      </w:r>
    </w:p>
    <w:p>
      <w:r>
        <w:rPr>
          <w:b/>
        </w:rPr>
        <w:t xml:space="preserve">11. </w:t>
      </w:r>
      <w:r>
        <w:t>В период действия военного положения или чрезвычайного положения, в период проведения контртеррористической операции, специальных и иных определенных Президентом Российской Федерации операций и выполнения задач в области территориальной обороны, в условиях вооруженного конфликта, при ликвидации последствий аварий, катастроф природного и техногенного характера и других чрезвычайных ситуаций, при пресечении массовых нарушений общественного порядка и угроз общественной безопасности и в иных подобных, критических по степени опасности и последствиям для граждан, общества и государства особых условиях природного, биологического, техногенного или социального характера на сотрудника органов внутренних дел с его согласия могут быть временно возложены обязанности по вышестоящей, равнозначной или нижестоящей должности в органах внутренних дел без учета сроков, установленных частями 2 и 3 настоящей статьи, с одновременным освобождением его от выполнения обязанностей по замещаемой должности либо без такового. Срок исполнения обязанностей по вышестоящей, равнозначной или нижестоящей должности в органах внутренних дел не может превышать один месяц после окончания периода действия таких условий. (Дополнение частью - Федеральный закон от 28.12.2024 № 525-ФЗ)</w:t>
      </w:r>
    </w:p>
    <w:p>
      <w:r>
        <w:rPr>
          <w:b/>
        </w:rPr>
        <w:t xml:space="preserve">2. </w:t>
      </w:r>
      <w:r>
        <w:t>Срок исполнения обязанностей по вакантной (не замещаемой другим сотрудником органов внутренних дел) должности в органах внутренних дел не может превышать в текущем году шесть месяцев. (В редакции Федерального закона от 03.07.2016 № 300-ФЗ)</w:t>
      </w:r>
    </w:p>
    <w:p>
      <w:r>
        <w:rPr>
          <w:b/>
        </w:rPr>
        <w:t xml:space="preserve">3. </w:t>
      </w:r>
      <w:r>
        <w:t>Непрерывный срок исполнения обязанностей по невакантной (замещаемой другим сотрудником органов внутренних дел) должности в органах внутренних дел в период временного отсутствия замещающего эту должность сотрудника не может в текущем году превышать четыре месяца</w:t>
      </w:r>
    </w:p>
    <w:p>
      <w:r>
        <w:rPr>
          <w:b/>
        </w:rPr>
        <w:t xml:space="preserve">4. </w:t>
      </w:r>
      <w:r>
        <w:t>Сотрудник органов внутренних дел, временно исполняющий обязанности по вакантной должности в органах внутренних дел, может быть назначен на нее в порядке перевода до окончания срока временного исполнения обязанностей</w:t>
      </w:r>
    </w:p>
    <w:p>
      <w:r>
        <w:rPr>
          <w:b/>
        </w:rPr>
        <w:t xml:space="preserve">5. </w:t>
      </w:r>
      <w:r>
        <w:t>Возложение на сотрудника органов внутренних дел временного исполнения обязанностей в соответствии с настоящей статьей и освобождение его в связи с этим от выполнения обязанностей по замещаемой должности рядового состава, младшего, среднего или старшего начальствующего состава осуществляются приказом уполномоченного руководителя, за исключением случая, когда исполнение обязанностей непосредственного руководителя (начальника) в период его отсутствия предусмотрено должностным регламентом (должностной инструкцией) сотрудника</w:t>
      </w:r>
    </w:p>
    <w:p>
      <w:r>
        <w:rPr>
          <w:b/>
        </w:rPr>
        <w:t xml:space="preserve">6. </w:t>
      </w:r>
      <w:r>
        <w:t>Порядок возложения на сотрудника органов внутренних дел временного исполнения обязанностей по должности высшего начальствующего состава и освобождения его от временного исполнения обязанностей по должности высшего начальствующего состава устанавливается Президентом Российской Федерации</w:t>
      </w:r>
    </w:p>
    <w:p>
      <w:r>
        <w:rPr>
          <w:b/>
        </w:rPr>
        <w:t xml:space="preserve">7. </w:t>
      </w:r>
      <w:r>
        <w:t>Денежное довольствие сотруднику органов внутренних дел, временно исполняющему обязанности по должности в органах внутренних дел в соответствии с настоящей статьей, выплачивается в порядке, предусмотренном законодательством Российской Федерации</w:t>
      </w:r>
    </w:p>
    <w:p>
      <w:r>
        <w:rPr>
          <w:b/>
        </w:rPr>
        <w:t xml:space="preserve">8. </w:t>
      </w:r>
      <w:r>
        <w:t>В связи со служебной необходимостью по решению уполномоченного руководителя сотрудник органов внутренних дел может без освобождения от замещаемой должности в органах внутренних дел и его согласия привлекаться к исполнению обязанностей по иной должности, не предусмотренных должностным регламентом (должностной инструкцией), на срок до одного месяца в течение календарного года с выплатой должностного оклада не ниже, чем по замещаемой должности</w:t>
      </w:r>
    </w:p>
    <w:p>
      <w:r>
        <w:rPr>
          <w:b/>
        </w:rPr>
        <w:t>Статья 32. Прикомандирование сотрудника органов внутренних дел</w:t>
      </w:r>
    </w:p>
    <w:p>
      <w:r>
        <w:rPr>
          <w:b/>
        </w:rPr>
        <w:t xml:space="preserve">1. </w:t>
      </w:r>
      <w:r>
        <w:t>Для выполнения задач, связанных непосредственно с деятельностью федерального органа исполнительной власти в сфере внутренних дел, сотрудник органов внутренних дел с его согласия может быть прикомандирован к федеральному органу государственной власти, иному государственному органу (органу) или к организации с оставлением в кадрах федерального органа исполнительной власти в сфере внутренних дел. (В редакции Федерального закона от 02.08.2019 № 318-ФЗ)</w:t>
      </w:r>
    </w:p>
    <w:p>
      <w:r>
        <w:rPr>
          <w:b/>
        </w:rPr>
        <w:t xml:space="preserve">2. </w:t>
      </w:r>
      <w:r>
        <w:t>Порядок прикомандирования сотрудников органов внутренних дел, особенности обеспечения их денежным довольствием и особенности прохождения ими службы в органах внутренних дел в период прикомандирования устанавливаются Президентом Российской Федерации</w:t>
      </w:r>
    </w:p>
    <w:p>
      <w:r>
        <w:rPr>
          <w:b/>
        </w:rPr>
        <w:t>Статья 33. Аттестация сотрудника органов внутренних дел</w:t>
      </w:r>
    </w:p>
    <w:p>
      <w:r>
        <w:rPr>
          <w:b/>
        </w:rPr>
        <w:t xml:space="preserve">1. </w:t>
      </w:r>
      <w:r>
        <w:t>Аттестация сотрудника органов внутренних дел проводится в целях определения его соответствия замещаемой должности в органах внутренних дел</w:t>
      </w:r>
    </w:p>
    <w:p>
      <w:r>
        <w:rPr>
          <w:b/>
        </w:rPr>
        <w:t xml:space="preserve">2. </w:t>
      </w:r>
      <w:r>
        <w:t>Аттестация сотрудника органов внутренних дел проводится один раз в четыре года. В случае назначения сотрудника на другую должность в органах внутренних дел его аттестация проводится не ранее чем через один год после назначения. Сотрудники женского пола, находившиеся в отпуске по беременности и родам, а также сотрудники, находившиеся в отпуске по уходу за ребенком до достижения им возраста трех лет, проходят аттестацию не ранее чем через один год после выхода из отпуска. (В редакции Федерального закона от 02.08.2019 № 318-ФЗ)</w:t>
      </w:r>
    </w:p>
    <w:p>
      <w:r>
        <w:rPr>
          <w:b/>
        </w:rPr>
        <w:t xml:space="preserve">3. </w:t>
      </w:r>
      <w:r>
        <w:t>Внеочередная аттестация сотрудников органов внутренних дел, претендующих на замещение должностей высшего начальствующего состава, проводится по решению Президента Российской Федерации</w:t>
      </w:r>
    </w:p>
    <w:p>
      <w:r>
        <w:rPr>
          <w:b/>
        </w:rPr>
        <w:t xml:space="preserve">4. </w:t>
      </w:r>
      <w:r>
        <w:t>Внеочередная аттестация сотрудника органов внутренних дел проводится</w:t>
      </w:r>
    </w:p>
    <w:p>
      <w:r>
        <w:rPr>
          <w:b/>
        </w:rPr>
        <w:t xml:space="preserve">5. </w:t>
      </w:r>
      <w:r>
        <w:t>(Часть утратила силу - Федеральный закон от 02.08.2019 № 318-ФЗ)</w:t>
      </w:r>
    </w:p>
    <w:p>
      <w:r>
        <w:rPr>
          <w:b/>
        </w:rPr>
        <w:t xml:space="preserve">6. </w:t>
      </w:r>
      <w:r>
        <w:t>Для проведения аттестации сотрудников органов внутренних дел приказом руководителя федерального органа исполнительной власти в сфере внутренних дел или уполномоченного руководителя создается аттестационная комиссия, в состав которой в обязательном порядке включаются сотрудники кадрового и правового (юридического) подразделений федерального органа исполнительной власти в сфере внутренних дел, его территориального органа, подразделения. В случае необходимости по решению уполномоченного руководителя к работе аттестационной комиссии могут привлекаться с правом совещательного голоса члены общественных советов при федеральном органе исполнительной власти в сфере внутренних дел и его территориальных органах, общественных организаций ветеранов органов внутренних дел и внутренних войск, а также представители образовательных и научных организаций - специалисты по вопросам деятельности органов внутренних дел. (В редакции Федерального закона от 02.07.2013 № 185-ФЗ)</w:t>
      </w:r>
    </w:p>
    <w:p>
      <w:r>
        <w:rPr>
          <w:b/>
        </w:rPr>
        <w:t xml:space="preserve">7. </w:t>
      </w:r>
      <w:r>
        <w:t>Состав аттестационной комиссии для проведения аттестации сотрудников органов внутренних дел, замещающих должности в органах внутренних дел, выполнение служебных обязанностей по которым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w:t>
      </w:r>
    </w:p>
    <w:p>
      <w:r>
        <w:rPr>
          <w:b/>
        </w:rPr>
        <w:t xml:space="preserve">8. </w:t>
      </w:r>
      <w:r>
        <w:t>Аттестационные комиссии формируются таким образом, чтобы была исключена возможность возникновения конфликта интересов, который мог бы повлиять на рекомендации аттестационной комиссии</w:t>
      </w:r>
    </w:p>
    <w:p>
      <w:r>
        <w:rPr>
          <w:b/>
        </w:rPr>
        <w:t xml:space="preserve">9. </w:t>
      </w:r>
      <w:r>
        <w:t>На время аттестации сотрудника органов внутренних дел, являющегося членом аттестационной комиссии, его членство в этой комиссии приостанавливается</w:t>
      </w:r>
    </w:p>
    <w:p>
      <w:r>
        <w:rPr>
          <w:b/>
        </w:rPr>
        <w:t xml:space="preserve">10. </w:t>
      </w:r>
      <w:r>
        <w:t>Аттестация проводится, как правило, в присутствии сотрудника органов внутренних дел. В случае неявки на аттестацию без уважительных причин сотрудник привлекается к дисциплинарной ответственности в соответствии со статьями 50 и 51 настоящего Федерального закона, а его аттестация переносится</w:t>
      </w:r>
    </w:p>
    <w:p>
      <w:r>
        <w:rPr>
          <w:b/>
        </w:rPr>
        <w:t xml:space="preserve">11. </w:t>
      </w:r>
      <w:r>
        <w:t>При проведении аттестации непосредственный руководитель (начальник) сотрудника органов внутренних дел подготавливает мотивированный отзыв о выполнении сотрудником своих служебных обязанностей и предложения аттестационной комиссии. С указанным отзывом сотрудник должен быть ознакомлен не менее чем за один рабочий день до проведения аттестации</w:t>
      </w:r>
    </w:p>
    <w:p>
      <w:r>
        <w:rPr>
          <w:b/>
        </w:rPr>
        <w:t xml:space="preserve">12. </w:t>
      </w:r>
      <w:r>
        <w:t>Рекомендации аттестационной комиссии принимаются открытым голосованием. Обсуждение и голосование проводятся при наличии не менее двух третей членов аттестационной комиссии. Результаты голосования определяются большинством голосов членов аттестационной комиссии. При равенстве числа голосов сотрудник органов внутренних дел признается соответствующим замещаемой должности в органах внутренних дел. Рекомендации аттестационной комиссии оформляются протоколом, который подписывается всеми членами аттестационной комиссии, принимавшими участие в заседании</w:t>
      </w:r>
    </w:p>
    <w:p>
      <w:r>
        <w:rPr>
          <w:b/>
        </w:rPr>
        <w:t xml:space="preserve">13. </w:t>
      </w:r>
      <w:r>
        <w:t>По результатам аттестации сотрудника органов внутренних дел аттестационная комиссия принимает одну из следующих рекомендаций</w:t>
      </w:r>
    </w:p>
    <w:p>
      <w:r>
        <w:rPr>
          <w:b/>
        </w:rPr>
        <w:t xml:space="preserve">14. </w:t>
      </w:r>
      <w:r>
        <w:t>По результатам аттестации сотрудника органов внутренних дел аттестационная комиссия может принять рекомендацию о его поощрении, а также внести другие предложения</w:t>
      </w:r>
    </w:p>
    <w:p>
      <w:r>
        <w:rPr>
          <w:b/>
        </w:rPr>
        <w:t xml:space="preserve">15. </w:t>
      </w:r>
      <w:r>
        <w:t>Рекомендации аттестационной комиссии заносятся в аттестационный лист сотрудника органов внутренних дел. Аттестационный лист подписывается председателем и секретарем аттестационной комиссии. Сотрудник знакомится с аттестационным листом под расписку до представления его соответствующему руководителю</w:t>
      </w:r>
    </w:p>
    <w:p>
      <w:r>
        <w:rPr>
          <w:b/>
        </w:rPr>
        <w:t xml:space="preserve">16. </w:t>
      </w:r>
      <w:r>
        <w:t>Аттестационный лист сотрудника органов внутренних дел представляется руководителю федерального органа исполнительной власти в сфере внутренних дел или уполномоченному руководителю, которые с учетом рекомендаций аттестационной комиссии не позднее чем через две недели после проведения аттестации принимают одно из следующих решений</w:t>
      </w:r>
    </w:p>
    <w:p>
      <w:r>
        <w:rPr>
          <w:b/>
        </w:rPr>
        <w:t xml:space="preserve">17. </w:t>
      </w:r>
      <w:r>
        <w:t>Сотрудник органов внутренних дел вправе обжаловать рекомендации аттестационной комиссии в соответствии со статьей 72 настоящего Федерального закона</w:t>
      </w:r>
    </w:p>
    <w:p>
      <w:r>
        <w:rPr>
          <w:b/>
        </w:rPr>
        <w:t xml:space="preserve">18. </w:t>
      </w:r>
      <w:r>
        <w:t>Порядок проведения аттестации сотрудников органов внутренних дел определяется федеральным органом исполнительной власти в сфере внутренних дел</w:t>
      </w:r>
    </w:p>
    <w:p>
      <w:r>
        <w:rPr>
          <w:b/>
        </w:rPr>
        <w:t xml:space="preserve">4. </w:t>
      </w:r>
      <w:r>
        <w:t>при решении вопроса о переводе сотрудника на вышестоящую должность в органах внутренних дел; (В редакции Федерального закона от 03.07.2016 № 300-ФЗ) 11) при назначении на должность руководителя образовательной организации федерального органа исполнительной власти в сфере внутренних дел (за исключением должностей высшего начальствующего состава); (Дополнение пунктом - Федеральный закон от 03.07.2016 № 300-ФЗ) 2) при решении вопроса о прекращении сотрудником службы в органах внутренних дел в связи с расторжением контракта в соответствии с пунктом 5 части 2 статьи 82 настоящего Федерального закона</w:t>
      </w:r>
    </w:p>
    <w:p>
      <w:r>
        <w:rPr>
          <w:b/>
        </w:rPr>
        <w:t xml:space="preserve">4. </w:t>
      </w:r>
      <w:r>
        <w:t>по предложению уполномоченного руководителя при рассмотрении вопросов:</w:t>
      </w:r>
    </w:p>
    <w:p>
      <w:r>
        <w:rPr>
          <w:b/>
        </w:rPr>
        <w:t xml:space="preserve">4. </w:t>
      </w:r>
      <w:r>
        <w:t>в случае, если сотрудник не прошел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До вынесения решения о соответствии замещаемой должности в органах внутренних дел сотрудник отстраняется от выполнения обязанностей, связанных с возможным применением физической силы, специальных средств и огнестрельного оружия</w:t>
      </w:r>
    </w:p>
    <w:p>
      <w:r>
        <w:rPr>
          <w:b/>
        </w:rPr>
        <w:t xml:space="preserve">4. </w:t>
      </w:r>
      <w:r>
        <w:t>о переводе сотрудника на иную должность в органах внутренних дел в случае, установленном частью 6 статьи 36 настоящего Федерального закона</w:t>
      </w:r>
    </w:p>
    <w:p>
      <w:r>
        <w:rPr>
          <w:b/>
        </w:rPr>
        <w:t xml:space="preserve">4. </w:t>
      </w:r>
      <w:r>
        <w:t>об увольнении сотрудника со службы в органах внутренних дел</w:t>
      </w:r>
    </w:p>
    <w:p>
      <w:r>
        <w:rPr>
          <w:b/>
        </w:rPr>
        <w:t xml:space="preserve">13. </w:t>
      </w:r>
      <w:r>
        <w:t>сотрудник соответствует замещаемой должности в органах внутренних дел</w:t>
      </w:r>
    </w:p>
    <w:p>
      <w:r>
        <w:rPr>
          <w:b/>
        </w:rPr>
        <w:t xml:space="preserve">13. </w:t>
      </w:r>
      <w:r>
        <w:t>сотрудник соответствует замещаемой должности в органах внутренних дел и рекомендуется для назначения на вышестоящую должность в органах внутренних дел</w:t>
      </w:r>
    </w:p>
    <w:p>
      <w:r>
        <w:rPr>
          <w:b/>
        </w:rPr>
        <w:t xml:space="preserve">13. </w:t>
      </w:r>
      <w:r>
        <w:t>сотрудник соответствует замещаемой должности в органах внутренних дел и подлежит включению в кадровый резерв для замещения вышестоящей должности в органах внутренних дел</w:t>
      </w:r>
    </w:p>
    <w:p>
      <w:r>
        <w:rPr>
          <w:b/>
        </w:rPr>
        <w:t xml:space="preserve">13. </w:t>
      </w:r>
      <w:r>
        <w:t>аттестацию сотрудника следует перенести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 с последующим переводом на иную должность в органах внутренних дел или без такового; (В редакции Федерального закона от 02.07.2013 № 185-ФЗ) 5) сотрудник не соответствует замещаемой должности в органах внутренних дел и подлежит переводу на нижестоящую должность в органах внутренних дел</w:t>
      </w:r>
    </w:p>
    <w:p>
      <w:r>
        <w:rPr>
          <w:b/>
        </w:rPr>
        <w:t xml:space="preserve">13. </w:t>
      </w:r>
      <w:r>
        <w:t>сотрудник не соответствует замещаемой должности в органах внутренних дел и подлежит увольнению со службы в органах внутренних дел</w:t>
      </w:r>
    </w:p>
    <w:p>
      <w:r>
        <w:rPr>
          <w:b/>
        </w:rPr>
        <w:t xml:space="preserve">16. </w:t>
      </w:r>
      <w:r>
        <w:t>о включении сотрудника в установленном порядке в кадровый резерв для замещения вышестоящей должности в органах внутренних дел</w:t>
      </w:r>
    </w:p>
    <w:p>
      <w:r>
        <w:rPr>
          <w:b/>
        </w:rPr>
        <w:t xml:space="preserve">16. </w:t>
      </w:r>
      <w:r>
        <w:t>о соответствии сотрудника замещаемой должности; (Дополнение пунктом - Федеральный закон от 03.07.2016 № 300-ФЗ) 2) о переносе аттестации сотрудника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w:t>
      </w:r>
    </w:p>
    <w:p>
      <w:r>
        <w:rPr>
          <w:b/>
        </w:rPr>
        <w:t xml:space="preserve">16. </w:t>
      </w:r>
      <w:r>
        <w:t>о переносе аттестации сотрудника на срок, не превышающий одного года, и направлении сотрудника на обучение по дополнительным профессиональным программам; (В редакции Федерального закона от 02.07.2013 № 185-ФЗ) 4) о переводе сотрудника на вышестоящую или нижестоящую должность в органах внутренних дел</w:t>
      </w:r>
    </w:p>
    <w:p>
      <w:r>
        <w:rPr>
          <w:b/>
        </w:rPr>
        <w:t xml:space="preserve">16. </w:t>
      </w:r>
      <w:r>
        <w:t>о расторжении с сотрудником контракта и об увольнении его со службы в органах внутренних дел</w:t>
      </w:r>
    </w:p>
    <w:p>
      <w:r>
        <w:rPr>
          <w:b/>
        </w:rPr>
        <w:t xml:space="preserve">16. </w:t>
      </w:r>
      <w:r>
        <w:t>о заключении с сотрудником нового контракта в соответствии с частью 3 статьи 88 настоящего Федерального закона</w:t>
      </w:r>
    </w:p>
    <w:p>
      <w:r>
        <w:rPr>
          <w:b/>
        </w:rPr>
        <w:t>Статья 34. Совмещение обязанностей на службе в органах внутренних дел. Совместительство</w:t>
      </w:r>
    </w:p>
    <w:p>
      <w:r>
        <w:rPr>
          <w:b/>
        </w:rPr>
        <w:t xml:space="preserve">1. </w:t>
      </w:r>
      <w:r>
        <w:t>С согласия руководителя федерального органа исполнительной власти в сфере внутренних дел или уполномоченного руководителя сотрудник органов внутренних дел наряду с выполнением обязанностей по замещаемой должности в органах внутренних дел имеет право выполнять обязанности по иной должности в органах внутренних дел (совмещать обязанности)</w:t>
      </w:r>
    </w:p>
    <w:p>
      <w:r>
        <w:rPr>
          <w:b/>
        </w:rPr>
        <w:t xml:space="preserve">2. </w:t>
      </w:r>
      <w:r>
        <w:t>Совмещение обязанностей на службе в органах внутренних дел допускается при условии, что это не влечет за собой ухудшение выполнения сотрудником органов внутренних дел обязанностей по замещаемой должности в органах внутренних дел и не приводит к возникновению конфликта интересов</w:t>
      </w:r>
    </w:p>
    <w:p>
      <w:r>
        <w:rPr>
          <w:b/>
        </w:rPr>
        <w:t xml:space="preserve">3. </w:t>
      </w:r>
      <w:r>
        <w:t>Порядок и условия совмещения обязанностей на службе в органах внутренних дел устанавливаются Правительством Российской Федерации</w:t>
      </w:r>
    </w:p>
    <w:p>
      <w:r>
        <w:rPr>
          <w:b/>
        </w:rPr>
        <w:t xml:space="preserve">4. </w:t>
      </w:r>
      <w:r>
        <w:t>Работа сотрудников органов внутренних дел по совместительству не допускается, за исключением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которые не приводят к возникновению конфликта интересов и не влекут за собой ухудшение выполнения сотрудником обязанностей по замещаемой должности в органах внутренних дел.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Об осуществлении такой деятельности (такого участия) сотрудник обязан уведомить непосредственного руководителя (начальника). (В редакции федеральных законов от 02.07.2013 № 185-ФЗ, от 26.02.2024 № 33-ФЗ)</w:t>
      </w:r>
    </w:p>
    <w:p>
      <w:r>
        <w:rPr>
          <w:b/>
        </w:rPr>
        <w:t>Статья 35. Прохождение службы в органах внутренних дел в особых условиях</w:t>
      </w:r>
    </w:p>
    <w:p>
      <w:r>
        <w:rPr>
          <w:b/>
        </w:rPr>
        <w:t xml:space="preserve">1. </w:t>
      </w:r>
      <w:r>
        <w:t>В период действия военного положения или чрезвычайного положения, в период проведения контртеррористической операции, специальных и иных определенных Президентом Российской Федерации операций и выполнения задач в области территориальной обороны, в условиях вооруженного конфликта, при ликвидации последствий аварий, катастроф природного и техногенного характера и других чрезвычайных ситуаций, при пресечении массовых нарушений общественного порядка и угроз общественной безопасности и в иных подобных, критических по степени опасности и последствиям для граждан, общества и государства особых условиях природного, биологического, техногенного или социального характера допускаются в порядке, определяемом федеральным органом исполнительной власти в сфере внутренних дел, на период действия особых условий изменение режима служебного времени сотрудника органов внутренних дел, возложение на него дополнительных обязанностей, командирование его в другую местность, временный перевод его в другое подразделение без изменения характера службы в органах внутренних дел и установление иных особых условий и дополнительных ограничений без согласия сотрудника. (В редакции Федерального закона от 04.08.2023 № 436-ФЗ)</w:t>
      </w:r>
    </w:p>
    <w:p>
      <w:r>
        <w:rPr>
          <w:b/>
        </w:rPr>
        <w:t xml:space="preserve">2. </w:t>
      </w:r>
      <w:r>
        <w:t>Отказ сотрудника органов внутренних дел без уважительных причин от прохождения службы в органах внутренних дел в случаях, предусмотренных частью 1 настоящей статьи, является основанием для освобождения его от замещаемой должности в органах внутренних дел, расторжения контракта и увольнения со службы в органах внутренних дел в соответствии с настоящим Федеральным законом</w:t>
      </w:r>
    </w:p>
    <w:p>
      <w:r>
        <w:rPr>
          <w:b/>
        </w:rPr>
        <w:t>Статья 36. Особенности прохождения службы при сокращении должностей в органах внутренних дел. Зачисление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w:t>
      </w:r>
    </w:p>
    <w:p>
      <w:r>
        <w:rPr>
          <w:b/>
        </w:rPr>
        <w:t xml:space="preserve">1. </w:t>
      </w:r>
      <w:r>
        <w:t>При сокращении должностей в органах внутренних дел правоотношения с сотрудником органов внутренних дел, замещающим сокращаемую должность, продолжаются в случае</w:t>
      </w:r>
    </w:p>
    <w:p>
      <w:r>
        <w:rPr>
          <w:b/>
        </w:rPr>
        <w:t xml:space="preserve">2. </w:t>
      </w:r>
      <w:r>
        <w:t>При реорганизации федерального органа исполнительной власти в сфере внутренних дел, его территориального органа или подразделения либо изменении их структуры правоотношения с сотрудником органов внутренних дел, замещающим должность в федеральном органе исполнительной власти в сфере внутренних дел, его территориальном органе или подразделении, могут быть прекращены в случае сокращения должности в органах внутренних дел</w:t>
      </w:r>
    </w:p>
    <w:p>
      <w:r>
        <w:rPr>
          <w:b/>
        </w:rPr>
        <w:t xml:space="preserve">3. </w:t>
      </w:r>
      <w:r>
        <w:t>При упразднении (ликвидации) территориального органа федерального органа исполнительной власти в сфере внутренних дел или подразделения правоотношения с сотрудником органов внутренних дел, замещающим должность в территориальном органе федерального органа исполнительной власти в сфере внутренних дел или подразделении, могут быть продолжены в случае</w:t>
      </w:r>
    </w:p>
    <w:p>
      <w:r>
        <w:rPr>
          <w:b/>
        </w:rPr>
        <w:t xml:space="preserve">4. </w:t>
      </w:r>
      <w:r>
        <w:t>Сотрудник органов внутренних дел в случае отказа от предложенной ему для замещения иной должности в органах внутренних дел либо от направления на обучение по дополнительным профессиональным программам освобождается от замещаемой должности и увольняется со службы в органах внутренних дел. В этом случае контракт с сотрудником расторгается в соответствии с пунктом 11 части 2 статьи 82 настоящего Федерального закона. (В редакции Федерального закона от 02.07.2013 № 185-ФЗ)</w:t>
      </w:r>
    </w:p>
    <w:p>
      <w:r>
        <w:rPr>
          <w:b/>
        </w:rPr>
        <w:t xml:space="preserve">5. </w:t>
      </w:r>
      <w:r>
        <w:t>При упразднении (ликвидации) территориального органа федерального органа исполнительной власти в сфере внутренних дел или подразделения либо сокращении должностей в органах внутренних дел руководитель федерального органа исполнительной власти в сфере внутренних дел или уполномоченный руководитель уведомляет в письменной форме сотрудника органов внутренних дел о предстоящем увольнении со службы в органах внутренних дел не позднее чем за два месяца до его увольнения</w:t>
      </w:r>
    </w:p>
    <w:p>
      <w:r>
        <w:rPr>
          <w:b/>
        </w:rPr>
        <w:t xml:space="preserve">6. </w:t>
      </w:r>
      <w:r>
        <w:t>В течение срока, указанного в части 5 настоящей статьи, в федеральном органе исполнительной власти в сфере внутренних дел, его территориальном органе, подразделении может проводиться внеочередная аттестация сотрудников органов внутренних дел в соответствии со статьей 33 настоящего Федерального закона. По результатам внеочередной аттестации сотрудникам могут быть предложены для замещения в порядке перевода иные должности</w:t>
      </w:r>
    </w:p>
    <w:p>
      <w:r>
        <w:rPr>
          <w:b/>
        </w:rPr>
        <w:t xml:space="preserve">7. </w:t>
      </w:r>
      <w:r>
        <w:t>Преимущественное право на замещение должности в органах внутренних дел при прочих равных условиях предоставляется сотруднику органов внутренних дел, имеющему более высокие результаты профессиональной деятельности, квалификацию, уровень образования, большую продолжительность стажа службы (выслуги лет) в органах внутренних дел или стажа (опыта) работы по специальности, либо сотруднику, допущенному к государственной тайне на постоянной основе. (В редакции Федерального закона от 02.07.2013 № 185-ФЗ)</w:t>
      </w:r>
    </w:p>
    <w:p>
      <w:r>
        <w:rPr>
          <w:b/>
        </w:rPr>
        <w:t xml:space="preserve">8. </w:t>
      </w:r>
      <w:r>
        <w:t>Руководитель федерального органа исполнительной власти в сфере внутренних дел или уполномоченный руководитель по желанию сотрудника органов внутренних дел, выраженному в письменной форме, вправе расторгнуть с ним контракт и уволить его со службы в органах внутренних дел до истечения срока уведомления, установленного частью 5 настоящей статьи</w:t>
      </w:r>
    </w:p>
    <w:p>
      <w:r>
        <w:rPr>
          <w:b/>
        </w:rPr>
        <w:t xml:space="preserve">9. </w:t>
      </w:r>
      <w:r>
        <w:t>Для решения вопроса об условиях дальнейшего прохождения сотрудником органов внутренних дел службы в органах внутренних дел или о ее прекращении Президент Российской Федерации, руководитель федерального органа исполнительной власти в сфере внутренних дел или уполномоченный руководитель в случаях, предусмотренных частью 10 настоящей статьи, может освободить сотрудника от замещаемой должности в органах внутренних дел. Сотрудник, освобожденный от замещаемой должности, может быть зачислен в распоряжение федерального органа исполнительной власти в сфере внутренних дел, его территориального органа или подразделения. При этом сохраняются установленные настоящим Федеральным законом правовое положение (статус), гарантии социальной защиты сотрудника и правоотношения, связанные с прохождением службы в органах внутренних дел, за исключением выполнения сотрудником обязанностей и наделения его правами, которые установлены должностным регламентом (должностной инструкцией). (В редакции Федерального закона от 02.08.2019 № 318-ФЗ)</w:t>
      </w:r>
    </w:p>
    <w:p>
      <w:r>
        <w:rPr>
          <w:b/>
        </w:rPr>
        <w:t xml:space="preserve">10. </w:t>
      </w:r>
      <w:r>
        <w:t>Зачисление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 допускается в следующих случаях</w:t>
      </w:r>
    </w:p>
    <w:p>
      <w:r>
        <w:rPr>
          <w:b/>
        </w:rPr>
        <w:t xml:space="preserve">101. </w:t>
      </w:r>
      <w:r>
        <w:t>Сотруднику органов внутренних дел, направленному в служебную командировку на срок более одного года, в том числе за границу (включая направление сотрудника для участия в деятельности по поддержанию или восстановлению международного мира и безопасности), и изъявившему желание продолжить службу в органах внутренних дел по окончании командировки, указанной в пункте 7 части 10 настоящей статьи, по его желанию предоставляется ранее замещаемая должность в органах внутренних дел, а при ее отсутствии другая равноценная должность по прежнему либо с его согласия иному месту службы. (Дополнение частью - Федеральный закон от 03.07.2016 № 300-ФЗ)</w:t>
      </w:r>
    </w:p>
    <w:p>
      <w:r>
        <w:rPr>
          <w:b/>
        </w:rPr>
        <w:t xml:space="preserve">11. </w:t>
      </w:r>
      <w:r>
        <w:t>Сотрудник органов внутренних дел может находиться в распоряжении федерального органа исполнительной власти в сфере внутренних дел, его территориального органа или подразделения в течение следующего срока</w:t>
      </w:r>
    </w:p>
    <w:p>
      <w:r>
        <w:rPr>
          <w:b/>
        </w:rPr>
        <w:t xml:space="preserve">12. </w:t>
      </w:r>
      <w:r>
        <w:t>Сотрудник органов внутренних дел, зачисленный в распоряжение федерального органа исполнительной власти в сфере внутренних дел, его территориального органа или подразделения, до назначения на другую должность в органах внутренних дел либо увольнения со службы в органах внутренних дел выполняет поручения руководителя федерального органа исполнительной власти в сфере внутренних дел или уполномоченного руководителя либо служебные обязанности по ранее замещаемой должности</w:t>
      </w:r>
    </w:p>
    <w:p>
      <w:r>
        <w:rPr>
          <w:b/>
        </w:rPr>
        <w:t xml:space="preserve">13. </w:t>
      </w:r>
      <w:r>
        <w:t>На сотрудника органов внутренних дел, зачисленного в распоряжение федерального органа исполнительной власти в сфере внутренних дел, его территориального органа или подразделения, распространяется режим служебного времени, установленный настоящим Федеральным законом</w:t>
      </w:r>
    </w:p>
    <w:p>
      <w:r>
        <w:rPr>
          <w:b/>
        </w:rPr>
        <w:t xml:space="preserve">14. </w:t>
      </w:r>
      <w:r>
        <w:t>К сотруднику органов внутренних дел, зачисленному в распоряжение федерального органа исполнительной власти в сфере внутренних дел, его территориального органа или подразделения, могут применяться меры поощрения, и на него могут налагаться дисциплинарные взыскания, предусмотренные настоящим Федеральным законом</w:t>
      </w:r>
    </w:p>
    <w:p>
      <w:r>
        <w:rPr>
          <w:b/>
        </w:rPr>
        <w:t xml:space="preserve">15. </w:t>
      </w:r>
      <w:r>
        <w:t>(Часть утратила силу - Федеральный закон от 02.08.2019 № 318-ФЗ)</w:t>
      </w:r>
    </w:p>
    <w:p>
      <w:r>
        <w:rPr>
          <w:b/>
        </w:rPr>
        <w:t xml:space="preserve">16. </w:t>
      </w:r>
      <w:r>
        <w:t>Денежное довольствие сотруднику органов внутренних дел в период нахождения в распоряжении федерального органа исполнительной власти в сфере внутренних дел, его территориального органа или подразделения выплачивается в порядке, предусмотренном законодательством Российской Федерации</w:t>
      </w:r>
    </w:p>
    <w:p>
      <w:r>
        <w:rPr>
          <w:b/>
        </w:rPr>
        <w:t xml:space="preserve">17. </w:t>
      </w:r>
      <w:r>
        <w:t>В срок нахождения сотрудника органов внутренних дел в распоряжении федерального органа исполнительной власти в сфере внутренних дел, его территориального органа или подразделения не засчитываются периоды временной нетрудоспособности и нахождения в отпуске, предусмотренные настоящим Федеральным законом</w:t>
      </w:r>
    </w:p>
    <w:p>
      <w:r>
        <w:rPr>
          <w:b/>
        </w:rPr>
        <w:t xml:space="preserve">18. </w:t>
      </w:r>
      <w:r>
        <w:t>Руководитель федерального органа исполнительной власти в сфере внутренних дел или уполномоченный руководитель в срок, установленный для нахождения сотрудника органов внутренних дел в распоряжении федерального органа исполнительной власти в сфере внутренних дел, его территориального органа или подразделения, после уведомления сотрудника о сокращении или о возможном расторжении контракта и увольнении со службы в органах внутренних дел решает вопрос о переводе сотрудника на иную должность в органах внутренних дел в соответствии со статьей 30 настоящего Федерального закона либо о расторжении с ним контракта в соответствии со статьей 82 настоящего Федерального закона</w:t>
      </w:r>
    </w:p>
    <w:p>
      <w:r>
        <w:rPr>
          <w:b/>
        </w:rPr>
        <w:t xml:space="preserve">19. </w:t>
      </w:r>
      <w:r>
        <w:t>Зачисление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 оформляется приказом руководителя федерального органа исполнительной власти в сфере внутренних дел или уполномоченного руководителя</w:t>
      </w:r>
    </w:p>
    <w:p>
      <w:r>
        <w:rPr>
          <w:b/>
        </w:rPr>
        <w:t xml:space="preserve">20. </w:t>
      </w:r>
      <w:r>
        <w:t>Порядок зачисления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 и порядок нахождения сотрудника в распоряжении федерального органа исполнительной власти в сфере внутренних дел, его территориального органа или подразделения устанавливаются федеральным органом исполнительной власти в сфере внутренних дел</w:t>
      </w:r>
    </w:p>
    <w:p>
      <w:r>
        <w:rPr>
          <w:b/>
        </w:rPr>
        <w:t xml:space="preserve">1. </w:t>
      </w:r>
      <w:r>
        <w:t>предоставления сотруднику с учетом уровня его квалификации, образования и стажа службы в органах внутренних дел (выслуги лет) или стажа (опыта) работы по специальности возможности замещения иной должности в органах внутренних дел; (В редакции Федерального закона от 02.07.2013 № 185-ФЗ) 2) направления сотрудника на обучение по дополнительным профессиональным программам. (В редакции Федерального закона от 02.07.2013 № 185-ФЗ)</w:t>
      </w:r>
    </w:p>
    <w:p>
      <w:r>
        <w:rPr>
          <w:b/>
        </w:rPr>
        <w:t xml:space="preserve">3. </w:t>
      </w:r>
      <w:r>
        <w:t>предоставления сотруднику с учетом уровня его квалификации, образования и стажа службы в органах внутренних дел (выслуги лет) или стажа (опыта) работы по специальности возможности замещения иной должности в органах внутренних дел; (В редакции Федерального закона от 02.07.2013 № 185-ФЗ) 2) направления сотрудника на обучение по дополнительным профессиональным программам. (В редакции Федерального закона от 02.07.2013 № 185-ФЗ)</w:t>
      </w:r>
    </w:p>
    <w:p>
      <w:r>
        <w:rPr>
          <w:b/>
        </w:rPr>
        <w:t xml:space="preserve">10. </w:t>
      </w:r>
      <w:r>
        <w:t>упразднение (ликвидация) территориального органа федерального органа исполнительной власти в сфере внутренних дел или подразделения либо сокращение замещаемой сотрудником должности в органах внутренних дел</w:t>
      </w:r>
    </w:p>
    <w:p>
      <w:r>
        <w:rPr>
          <w:b/>
        </w:rPr>
        <w:t xml:space="preserve">10. </w:t>
      </w:r>
      <w:r>
        <w:t>освобождение сотрудника от замещаемой должности в органах внутренних дел в связи с переводом на иную должность в органах внутренних дел</w:t>
      </w:r>
    </w:p>
    <w:p>
      <w:r>
        <w:rPr>
          <w:b/>
        </w:rPr>
        <w:t xml:space="preserve">10. </w:t>
      </w:r>
      <w:r>
        <w:t>освобождение сотрудника от замещаемой должности высшего начальствующего состава Президентом Российской Федерации; (Дополнение пунктом - Федеральный закон от 02.08.2019 № 318-ФЗ) 3) проведение процедуры увольнения сотрудника со службы в органах внутренних дел</w:t>
      </w:r>
    </w:p>
    <w:p>
      <w:r>
        <w:rPr>
          <w:b/>
        </w:rPr>
        <w:t xml:space="preserve">10. </w:t>
      </w:r>
      <w:r>
        <w:t>окончание приостановления сотрудником службы в органах внутренних дел</w:t>
      </w:r>
    </w:p>
    <w:p>
      <w:r>
        <w:rPr>
          <w:b/>
        </w:rPr>
        <w:t xml:space="preserve">10. </w:t>
      </w:r>
      <w:r>
        <w:t>направление сотрудника в соответствии с частью 3 статьи 65 настоящего Федерального закона на медицинское освидетельствование (обследование)</w:t>
      </w:r>
    </w:p>
    <w:p>
      <w:r>
        <w:rPr>
          <w:b/>
        </w:rPr>
        <w:t xml:space="preserve">10. </w:t>
      </w:r>
      <w:r>
        <w:t>невыполнение сотрудником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когда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им при выполнении служебных обязанностей)</w:t>
      </w:r>
    </w:p>
    <w:p>
      <w:r>
        <w:rPr>
          <w:b/>
        </w:rPr>
        <w:t xml:space="preserve">10. </w:t>
      </w:r>
      <w:r>
        <w:t>направление сотрудника в служебную командировку на срок более одного года, в том числе за границу (включая направление сотрудника для участия в деятельности по поддержанию или восстановлению международного мира и безопасности); (В редакции федеральных законов от 03.07.2016 № 300-ФЗ, от 02.08.2019 № 318-ФЗ) 8) восстановление в должности сотрудника, ранее замещавшего эту должность</w:t>
      </w:r>
    </w:p>
    <w:p>
      <w:r>
        <w:rPr>
          <w:b/>
        </w:rPr>
        <w:t xml:space="preserve">10. </w:t>
      </w:r>
      <w:r>
        <w:t>окончание срока прикомандирования сотрудника в соответствии со статьей 32 настоящего Федерального закона</w:t>
      </w:r>
    </w:p>
    <w:p>
      <w:r>
        <w:rPr>
          <w:b/>
        </w:rPr>
        <w:t xml:space="preserve">11. </w:t>
      </w:r>
      <w:r>
        <w:t>не более двух месяцев - в случаях, предусмотренных пунктами 1 и 3 части 10 настоящей статьи</w:t>
      </w:r>
    </w:p>
    <w:p>
      <w:r>
        <w:rPr>
          <w:b/>
        </w:rPr>
        <w:t xml:space="preserve">11. </w:t>
      </w:r>
      <w:r>
        <w:t>в течение периода, необходимого для передачи дел по должности, но не более одного месяца - в случаях, предусмотренных пунктами 2 и 21 части 10 настоящей статьи; (В редакции Федерального закона от 02.08.2019 № 318-ФЗ) 3) в течение периода, необходимого для прохождения медицинского освидетельствования (обследования), но не более двух месяцев - в случае, предусмотренном пунктом 5 части 10 настоящей статьи</w:t>
      </w:r>
    </w:p>
    <w:p>
      <w:r>
        <w:rPr>
          <w:b/>
        </w:rPr>
        <w:t xml:space="preserve">11. </w:t>
      </w:r>
      <w:r>
        <w:t>в течение периода временной нетрудоспособности, но не более одного года - в случае, предусмотренном пунктом 6 части 10 настоящей статьи</w:t>
      </w:r>
    </w:p>
    <w:p>
      <w:r>
        <w:rPr>
          <w:b/>
        </w:rPr>
        <w:t xml:space="preserve">11. </w:t>
      </w:r>
      <w:r>
        <w:t>в течение срока командировки, предусмотренной пунктом 7 части 10 настоящей статьи, и периода трудоустройства по окончании такой командировки, не превышающего трех месяцев; (Дополнение пунктом - Федеральный закон от 02.08.2019 № 318-ФЗ) 5) в течение периода, необходимого для трудоустройства, но не более трех месяцев - в случаях, предусмотренных пунктами 4, 8 и 9 части 10 настоящей статьи; (В редакции Федерального закона от 02.08.2019 № 318-ФЗ) 6) в течение отпуска по уходу за ребенком до достижения им возраста трех лет и периода, необходимого для трудоустройства, но не более двух месяцев после окончания указанного отпуска - в случае, предусмотренном пунктом 1 части 10 настоящей статьи</w:t>
      </w:r>
    </w:p>
    <w:p>
      <w:r>
        <w:rPr>
          <w:b/>
        </w:rPr>
        <w:t>Статья 37. Приостановление службы в органах внутренних дел</w:t>
      </w:r>
    </w:p>
    <w:p>
      <w:r>
        <w:rPr>
          <w:b/>
        </w:rPr>
        <w:t xml:space="preserve">1. </w:t>
      </w:r>
      <w:r>
        <w:t>Служба в органах внутренних дел приостанавливается</w:t>
      </w:r>
    </w:p>
    <w:p>
      <w:r>
        <w:rPr>
          <w:b/>
        </w:rPr>
        <w:t xml:space="preserve">2. </w:t>
      </w:r>
      <w:r>
        <w:t>О приостановлении сотрудником органов внутренних дел службы в органах внутренних дел издается приказ руководителя федерального органа исполнительной власти в сфере внутренних дел или уполномоченного руководителя. Со дня приостановления сотрудником службы в органах внутренних дел</w:t>
      </w:r>
    </w:p>
    <w:p>
      <w:r>
        <w:rPr>
          <w:b/>
        </w:rPr>
        <w:t xml:space="preserve">3. </w:t>
      </w:r>
      <w:r>
        <w:t>Сотрудник органов внутренних дел, приостановивший службу в органах внутренних дел, вправе уволиться со службы в органах внутренних дел по основаниям, предусмотренным статьей 82 настоящего Федерального закона</w:t>
      </w:r>
    </w:p>
    <w:p>
      <w:r>
        <w:rPr>
          <w:b/>
        </w:rPr>
        <w:t xml:space="preserve">4. </w:t>
      </w:r>
      <w:r>
        <w:t>Сотрудник органов внутренних дел, изъявивший желание продолжить службу в органах внутренних дел по окончании ее приостановления, зачисляется в распоряжение федерального органа исполнительной власти в сфере внутренних дел, его территориального органа или подразделения. Такому сотруднику по его желанию предоставляется ранее замещаемая должность в органах внутренних дел, а при ее отсутствии другая равноценная должность по прежнему либо с его согласия иному месту службы. (В редакции Федерального закона от 03.07.2016 № 300-ФЗ)</w:t>
      </w:r>
    </w:p>
    <w:p>
      <w:r>
        <w:rPr>
          <w:b/>
        </w:rPr>
        <w:t xml:space="preserve">5. </w:t>
      </w:r>
      <w:r>
        <w:t>Если в течение одного месяца (не считая периодов временной нетрудоспособности) после окончания приостановления службы в органах внутренних дел сотрудник органов внутренних дел не уведомит руководителя федерального органа исполнительной власти в сфере внутренних дел или уполномоченного руководителя о намерении продолжить или прекратить службу в органах внутренних дел, заключенный с ним контракт расторгается</w:t>
      </w:r>
    </w:p>
    <w:p>
      <w:r>
        <w:rPr>
          <w:b/>
        </w:rPr>
        <w:t xml:space="preserve">6. </w:t>
      </w:r>
      <w:r>
        <w:t>Со дня назначения сотрудника органов внутренних дел на должность в органах внутренних дел в соответствии с частью 4 настоящей статьи возобновляется действие приостановленного контракта либо заключается новый контракт. Изменение условий контракта оформляется в соответствии с требованиями настоящего Федерального закона</w:t>
      </w:r>
    </w:p>
    <w:p>
      <w:r>
        <w:rPr>
          <w:b/>
        </w:rPr>
        <w:t xml:space="preserve">7. </w:t>
      </w:r>
      <w:r>
        <w:t>Если безвестное отсутствие сотрудника органов внутренних дел обусловлено его нахождением в качестве заложника, действие приостановленного контракта возобновляется со дня его приостановления</w:t>
      </w:r>
    </w:p>
    <w:p>
      <w:r>
        <w:rPr>
          <w:b/>
        </w:rPr>
        <w:t xml:space="preserve">8. </w:t>
      </w:r>
      <w:r>
        <w:t>Сотрудники органов внутренних дел могут проходить службу в органах внутренних дел на должностях, не являющихся должностями в органах внутренних дел, без приостановления ими службы в органах внутренних дел, если это предусмотрено федеральными законами и (или) нормативными правовыми актами Президента Российской Федерации</w:t>
      </w:r>
    </w:p>
    <w:p>
      <w:r>
        <w:rPr>
          <w:b/>
        </w:rPr>
        <w:t xml:space="preserve">1. </w:t>
      </w:r>
      <w:r>
        <w:t>в случае назначения (избрания) сотрудника органов внутренних дел на государственную должность Российской Федерации - до дня прекращения исполнения им соответствующих полномочий</w:t>
      </w:r>
    </w:p>
    <w:p>
      <w:r>
        <w:rPr>
          <w:b/>
        </w:rPr>
        <w:t xml:space="preserve">1. </w:t>
      </w:r>
      <w:r>
        <w:t>в случае наделения сотрудника органов внутренних дел полномочиями сенатора Российской Федерации (назначения сотрудника сенатором Российской Федерации) или избрания сотрудника депутатом Государственной Думы Федерального Собрания Российской Федерации - до дня прекращения исполнения им соответствующих полномочий; (В редакции Федерального закона от 13.06.2023 № 253-ФЗ) 3) в случае наделения сотрудника органов внутренних дел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назначения сотрудника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до дня прекращения исполнения им соответствующих полномочий</w:t>
      </w:r>
    </w:p>
    <w:p>
      <w:r>
        <w:rPr>
          <w:b/>
        </w:rPr>
        <w:t xml:space="preserve">1. </w:t>
      </w:r>
      <w:r>
        <w:t>в случае избрания сотрудника органов внутренних дел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главой муниципального образования или назначения сотрудника на должность главы местной администрации - до дня прекращения исполнения им соответствующих полномочий</w:t>
      </w:r>
    </w:p>
    <w:p>
      <w:r>
        <w:rPr>
          <w:b/>
        </w:rPr>
        <w:t xml:space="preserve">1. </w:t>
      </w:r>
      <w:r>
        <w:t>в случае направления сотрудника органов внутренних дел по решению руководителя федерального органа исполнительной власти в сфере внутренних дел или уполномоченного руководителя в международную организацию на основании международного договора Российской Федерации или в иных случаях, установленных нормативными правовыми актами Президента Российской Федерации, в порядке и на условиях, которые действуют в данной международной организации, - до дня прекращения выполнения им соответствующих обязанностей (полномочий); (Дополнение пунктом - Федеральный закон от 03.07.2016 № 300-ФЗ) 5) в случае безвестного отсутствия сотрудника органов внутренних дел - до дня восстановления сотрудника на службе в органах внутренних дел в соответствии со статьей 74 настоящего Федерального закона или до дня вступления в силу решения суда о признании его безвестно отсутствующим или об объявлении его умершим</w:t>
      </w:r>
    </w:p>
    <w:p>
      <w:r>
        <w:rPr>
          <w:b/>
        </w:rPr>
        <w:t xml:space="preserve">1. </w:t>
      </w:r>
      <w:r>
        <w:t>в иных случаях, связанных с выполнением сотрудником органов внутренних дел государственных обязанностей, установленных федеральными законами и (или) нормативными правовыми актами Президента Российской Федерации, - до дня прекращения выполнения сотрудником соответствующих обязанностей</w:t>
      </w:r>
    </w:p>
    <w:p>
      <w:r>
        <w:rPr>
          <w:b/>
        </w:rPr>
        <w:t xml:space="preserve">2. </w:t>
      </w:r>
      <w:r>
        <w:t>приостанавливается действие контракта, за исключением контракта, предусмотренного пунктом 7 части 5 статьи 22 настоящего Федерального закона</w:t>
      </w:r>
    </w:p>
    <w:p>
      <w:r>
        <w:rPr>
          <w:b/>
        </w:rPr>
        <w:t xml:space="preserve">2. </w:t>
      </w:r>
      <w:r>
        <w:t>прекращается действие контракта, предусмотренного пунктом 7 части 5 статьи 22 настоящего Федерального закона</w:t>
      </w:r>
    </w:p>
    <w:p>
      <w:r>
        <w:rPr>
          <w:b/>
        </w:rPr>
        <w:t>Статья 38. Стаж службы (выслуга лет) в органах внутренних дел</w:t>
      </w:r>
    </w:p>
    <w:p>
      <w:r>
        <w:rPr>
          <w:b/>
        </w:rPr>
        <w:t xml:space="preserve">1. </w:t>
      </w:r>
      <w:r>
        <w:t>Стаж службы (выслуга лет) в органах внутренних дел исчисляется в порядке, установленном настоящим Федеральным законом, нормативными правовыми актами Президента Российской Федерации и нормативными правовыми актами Правительства Российской Федерации, в целях назначения пенсии за выслугу лет, ежемесячной надбавки за стаж службы (выслугу лет), выплаты единовременного пособия при увольнении сотрудника органов внутренних дел, предоставления дополнительного отпуска за стаж службы в органах внутренних дел, предоставления иных социальных гарантий, поощрения, представления к награждению государственными наградами Российской Федерации и ведомственными знаками отличия</w:t>
      </w:r>
    </w:p>
    <w:p>
      <w:r>
        <w:rPr>
          <w:b/>
        </w:rPr>
        <w:t xml:space="preserve">2. </w:t>
      </w:r>
      <w:r>
        <w:t>В стаж службы (выслугу лет) в органах внутренних дел включаются</w:t>
      </w:r>
    </w:p>
    <w:p>
      <w:r>
        <w:rPr>
          <w:b/>
        </w:rPr>
        <w:t xml:space="preserve">3. </w:t>
      </w:r>
      <w:r>
        <w:t>В стаж службы (выслугу лет) в органах внутренних дел в льготном исчислении засчитываются периоды прохождения сотрудником органов внутренних дел службы</w:t>
      </w:r>
    </w:p>
    <w:p>
      <w:r>
        <w:rPr>
          <w:b/>
        </w:rPr>
        <w:t xml:space="preserve">4. </w:t>
      </w:r>
      <w:r>
        <w:t>В стаж службы (выслугу лет) в органах внутренних дел включаются</w:t>
      </w:r>
    </w:p>
    <w:p>
      <w:r>
        <w:rPr>
          <w:b/>
        </w:rPr>
        <w:t xml:space="preserve">41. </w:t>
      </w:r>
      <w:r>
        <w:t>Периоды нахождения сотрудника органов внутренних дел в распоряжении федерального органа исполнительной власти в сфере внутренних дел, его территориального органа или подразделения в случаях, предусмотренных настоящим Федеральным законом (за исключением периода выполнения сотрудником служебных обязанностей по ранее замещаемой должности), включаются в календарном исчислении в стаж службы (выслугу лет) в органах внутренних дел для назначения пенсии за выслугу лет, предоставления иных социальных гарантий, присвоения специального звания. (Дополнение частью - Федеральный закон от 02.08.2019 № 318-ФЗ)</w:t>
      </w:r>
    </w:p>
    <w:p>
      <w:r>
        <w:rPr>
          <w:b/>
        </w:rPr>
        <w:t xml:space="preserve">5. </w:t>
      </w:r>
      <w:r>
        <w:t>Порядок исчисления стажа службы (выслуги лет) в органах внутренних дел для назначения пенсии за выслугу лет и ежемесячной надбавки за стаж службы (выслугу лет), для выплаты единовременного пособия при увольнении сотрудника органов внутренних дел, предоставления иных социальных гарантий и зачета в стаж службы в органах внутренних дел периодов, указанных в настоящей статье, и иных периодов устанавливается Правительством Российской Федерации</w:t>
      </w:r>
    </w:p>
    <w:p>
      <w:r>
        <w:rPr>
          <w:b/>
        </w:rPr>
        <w:t xml:space="preserve">6. </w:t>
      </w:r>
      <w:r>
        <w:t>Периоды службы в органах внутренних дел в календарном исчислении засчитываются в общий трудовой стаж, стаж работы по специальности, а также в порядке, установленном законодательством Российской Федерации, в страховой стаж, стаж работы в органах и учреждениях прокуратуры Российской Федерации, стаж военной службы, службы в таможенных органах Российской Федерации, следственных органах и учреждениях Следственного комитета Российской Федерации, федеральной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 стаж службы (работы) в иных государственных органах и организациях. (В редакции Федерального закона от 01.10.2019 № 328-ФЗ)</w:t>
      </w:r>
    </w:p>
    <w:p>
      <w:r>
        <w:rPr>
          <w:b/>
        </w:rPr>
        <w:t xml:space="preserve">2. </w:t>
      </w:r>
      <w:r>
        <w:t>период замещения сотрудником органов внутренних дел должностей в органах внутренних дел</w:t>
      </w:r>
    </w:p>
    <w:p>
      <w:r>
        <w:rPr>
          <w:b/>
        </w:rPr>
        <w:t xml:space="preserve">2. </w:t>
      </w:r>
      <w:r>
        <w:t>период нахождения сотрудника органов внутренних дел в распоряжении федерального органа исполнительной власти в сфере внутренних дел, его территориального органа или подразделения в случаях, предусмотренных настоящим Федеральным законом</w:t>
      </w:r>
    </w:p>
    <w:p>
      <w:r>
        <w:rPr>
          <w:b/>
        </w:rPr>
        <w:t xml:space="preserve">2. </w:t>
      </w:r>
      <w:r>
        <w:t>период прикомандирования сотрудника органов внутренних дел в соответствии со статьей 32 настоящего Федерального закона</w:t>
      </w:r>
    </w:p>
    <w:p>
      <w:r>
        <w:rPr>
          <w:b/>
        </w:rPr>
        <w:t xml:space="preserve">2. </w:t>
      </w:r>
      <w:r>
        <w:t>период приостановления сотрудником органов внутренних дел службы в органах внутренних дел в соответствии с частью 1 статьи 37 настоящего Федерального закона</w:t>
      </w:r>
    </w:p>
    <w:p>
      <w:r>
        <w:rPr>
          <w:b/>
        </w:rPr>
        <w:t xml:space="preserve">2. </w:t>
      </w:r>
      <w:r>
        <w:t>период прохождения гражданином военной службы, службы в федеральной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органах принудительного исполнения Российской Федерации; (В редакции федеральных законов от 03.07.2016 № 227-ФЗ, от 01.10.2019 № 328-ФЗ) 6) период замещения гражданином государственных должностей Российской Федерации</w:t>
      </w:r>
    </w:p>
    <w:p>
      <w:r>
        <w:rPr>
          <w:b/>
        </w:rPr>
        <w:t xml:space="preserve">2. </w:t>
      </w:r>
      <w:r>
        <w:t>период замещения гражданином должностей в органах и учреждениях прокуратуры Российской Федерации, по которым предусмотрено присвоение классных чинов</w:t>
      </w:r>
    </w:p>
    <w:p>
      <w:r>
        <w:rPr>
          <w:b/>
        </w:rPr>
        <w:t xml:space="preserve">2. </w:t>
      </w:r>
      <w:r>
        <w:t>период замещения гражданином должностей в таможенных органах Российской Федерации, следственных органах и учреждениях Следственного комитета Российской Федерации, по которым предусмотрено присвоение специальных званий</w:t>
      </w:r>
    </w:p>
    <w:p>
      <w:r>
        <w:rPr>
          <w:b/>
        </w:rPr>
        <w:t xml:space="preserve">2. </w:t>
      </w:r>
      <w:r>
        <w:t>период работы судьей</w:t>
      </w:r>
    </w:p>
    <w:p>
      <w:r>
        <w:rPr>
          <w:b/>
        </w:rPr>
        <w:t xml:space="preserve">2. </w:t>
      </w:r>
      <w:r>
        <w:t>время (не более пяти лет) обучения сотрудника до поступления на службу в органы внутренних дел по основным образовательным программам среднего профессионального образования (за исключением программ подготовки квалифицированных рабочих, служащих) или высшего образования (за исключением программ подготовки научных и научно-педагогических кадров в аспирантуре, программ ординатуры, программ ассистентуры-стажировки) по очной форме при условии завершения освоения данных образовательных программ и получения соответствующего уровня образования, исчисляемое из расчета два месяца обучения за один месяц службы; (В редакции федеральных законов от 02.07.2013 № 185-ФЗ, от 03.07.2016 № 300-ФЗ, от 30.12.2020 № 517-ФЗ) 11) (Пункт утратил силу - Федеральный закон от 28.11.2025 № 447-ФЗ)</w:t>
      </w:r>
    </w:p>
    <w:p>
      <w:r>
        <w:rPr>
          <w:b/>
        </w:rPr>
        <w:t xml:space="preserve">3. </w:t>
      </w:r>
      <w:r>
        <w:t>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в соответствии с перечнями указанных районов и местностей, утверждаемыми Правительством Российской Федерации</w:t>
      </w:r>
    </w:p>
    <w:p>
      <w:r>
        <w:rPr>
          <w:b/>
        </w:rPr>
        <w:t xml:space="preserve">3. </w:t>
      </w:r>
      <w:r>
        <w:t>во вредных условиях на должностях в органах внутренних дел - по перечню должностей, утверждаемому Правительством Российской Федерации</w:t>
      </w:r>
    </w:p>
    <w:p>
      <w:r>
        <w:rPr>
          <w:b/>
        </w:rPr>
        <w:t xml:space="preserve">3. </w:t>
      </w:r>
      <w:r>
        <w:t>в особых условиях, предусмотренных законодательством Российской Федерации</w:t>
      </w:r>
    </w:p>
    <w:p>
      <w:r>
        <w:rPr>
          <w:b/>
        </w:rPr>
        <w:t xml:space="preserve">3. </w:t>
      </w:r>
      <w:r>
        <w:t>в иных случаях, предусмотренных законодательством Российской Федерации</w:t>
      </w:r>
    </w:p>
    <w:p>
      <w:r>
        <w:rPr>
          <w:b/>
        </w:rPr>
        <w:t xml:space="preserve">4. </w:t>
      </w:r>
      <w:r>
        <w:t>для назначения пенсии за выслугу лет - периоды, указанные в частях 2 и 3 настоящей статьи, а также периоды, определенные в соответствии с законодательством Российской Федерации о пенсионном обеспечении лиц, проходивших военную службу, службу в органах внутренних дел, и членов их семей (в календарном или льготном исчислении); (В редакции Федерального закона от 03.07.2016 № 300-ФЗ) 2) для назначения ежемесячной надбавки за стаж службы (выслугу лет) - периоды, определенные Правительством Российской Федерации (в календарном или льготном исчислении)</w:t>
      </w:r>
    </w:p>
    <w:p>
      <w:r>
        <w:rPr>
          <w:b/>
        </w:rPr>
        <w:t xml:space="preserve">4. </w:t>
      </w:r>
      <w:r>
        <w:t>для выплаты единовременного пособия при увольнении сотрудника органов внутренних дел - периоды, указанные в части 2 настоящей статьи (в календарном исчислении)</w:t>
      </w:r>
    </w:p>
    <w:p>
      <w:r>
        <w:rPr>
          <w:b/>
        </w:rPr>
        <w:t xml:space="preserve">4. </w:t>
      </w:r>
      <w:r>
        <w:t>для предоставления дополнительного отпуска за стаж службы в органах внутренних дел - периоды, указанные в пунктах 1 - 8 части 2 настоящей статьи (в календарном исчислении)</w:t>
      </w:r>
    </w:p>
    <w:p>
      <w:r>
        <w:rPr>
          <w:b/>
        </w:rPr>
        <w:t xml:space="preserve">4. </w:t>
      </w:r>
      <w:r>
        <w:t>для предоставления иных социальных гарантий - периоды, определенные Правительством Российской Федерации (в календарном или льготном исчислении)</w:t>
      </w:r>
    </w:p>
    <w:p>
      <w:r>
        <w:rPr>
          <w:b/>
        </w:rPr>
        <w:t xml:space="preserve">4. </w:t>
      </w:r>
      <w:r>
        <w:t>для представления к награждению государственными наградами Российской Федерации - периоды, определенные в соответствии с законодательством Российской Федерации</w:t>
      </w:r>
    </w:p>
    <w:p>
      <w:r>
        <w:rPr>
          <w:b/>
        </w:rPr>
        <w:t xml:space="preserve">4. </w:t>
      </w:r>
      <w:r>
        <w:t>для представления к награждению ведомственными знаками отличия - периоды, определенные федеральным органом исполнительной власти в сфере внутренних дел (в календарном исчислении)</w:t>
      </w:r>
    </w:p>
    <w:p>
      <w:r>
        <w:rPr>
          <w:b/>
        </w:rPr>
        <w:t>Статья 39. Персональные данные сотрудников органов внутренних дел, ведение их личных дел и документов учета сотрудников</w:t>
      </w:r>
    </w:p>
    <w:p>
      <w:r>
        <w:rPr>
          <w:b/>
        </w:rPr>
        <w:t xml:space="preserve">1. </w:t>
      </w:r>
      <w:r>
        <w:t>В федеральном органе исполнительной власти в сфере внутренних дел, его территориальных органах, подразделениях ведутся личные дела, документы учета сотрудников органов внутренних дел, банки данных о сотрудниках и гражданах, поступающих на службу в органы внутренних дел, содержащие персональные данные сотрудников, сведения об их служебной деятельности и стаже службы, а также персональные данные членов семей сотрудников и граждан, поступающих на службу в органы внутренних дел</w:t>
      </w:r>
    </w:p>
    <w:p>
      <w:r>
        <w:rPr>
          <w:b/>
        </w:rPr>
        <w:t xml:space="preserve">2. </w:t>
      </w:r>
      <w:r>
        <w:t>В федеральном органе исполнительной власти в сфере внутренних дел, его территориальном органе, подразделении при получении, хранении, обработке, использовании и передаче персональных данных сотрудника органов внутренних дел должны соблюдаться следующие требования</w:t>
      </w:r>
    </w:p>
    <w:p>
      <w:r>
        <w:rPr>
          <w:b/>
        </w:rPr>
        <w:t xml:space="preserve">3. </w:t>
      </w:r>
      <w:r>
        <w:t>В личное дело сотрудника органов внутренних дел вносятся его персональные данные и иные сведения, связанные с поступлением на службу в органы внутренних дел, ее прохождением и увольнением со службы и необходимые для обеспечения деятельности федерального органа исполнительной власти в сфере внутренних дел, его территориального органа, подразделения</w:t>
      </w:r>
    </w:p>
    <w:p>
      <w:r>
        <w:rPr>
          <w:b/>
        </w:rPr>
        <w:t xml:space="preserve">4. </w:t>
      </w:r>
      <w:r>
        <w:t>Руководитель федерального органа исполнительной власти в сфере внутренних дел или уполномоченный руководитель по межведомственным запросам руководителей иных государственных органов направляет им расчет выслуги лет, копию послужного списка, заключение по результатам последней аттестации и иные характеризующие служебную деятельность сотрудника органов внутренних дел документы и информацию при его поступлении (переводе) на службу (работу) в соответствующий государственный орган, а также в иных случаях, установленных законодательством Российской Федерации. Руководители государственных органов направляют руководителю федерального органа исполнительной власти в сфере внутренних дел или уполномоченному руководителю по их межведомственным запросам указанные в настоящей части документы и информацию, касающиеся сотрудников этих государственных органов, поступающих на службу в органы внутренних дел</w:t>
      </w:r>
    </w:p>
    <w:p>
      <w:r>
        <w:rPr>
          <w:b/>
        </w:rPr>
        <w:t xml:space="preserve">5. </w:t>
      </w:r>
      <w:r>
        <w:t>Сведения, содержащиеся в личном деле и документах учета сотрудника органов внутренних дел, являются конфиденциальной информацией (служебной тайной) и (или) сведениями, составляющими государственную и иную охраняемую законом тайну</w:t>
      </w:r>
    </w:p>
    <w:p>
      <w:r>
        <w:rPr>
          <w:b/>
        </w:rPr>
        <w:t xml:space="preserve">6. </w:t>
      </w:r>
      <w:r>
        <w:t>Сотрудник органов внутренних дел, виновный в нарушении норм, регулирующих получение, хранение, обработку, использование и передачу персональных данных другого сотрудника, либо в утрате таких данных, несет ответственность в соответствии с настоящим Федеральным законом и другими федеральными законами</w:t>
      </w:r>
    </w:p>
    <w:p>
      <w:r>
        <w:rPr>
          <w:b/>
        </w:rPr>
        <w:t xml:space="preserve">7. </w:t>
      </w:r>
      <w:r>
        <w:t>Положение о централизованном учете персональных данных сотрудника органов внутренних дел и ведении его личного дела и положение о централизованном учете персональных данных гражданина, поступающего на службу в органы внутренних дел, утверждаются федеральным органом исполнительной власти в сфере внутренних дел</w:t>
      </w:r>
    </w:p>
    <w:p>
      <w:r>
        <w:rPr>
          <w:b/>
        </w:rPr>
        <w:t xml:space="preserve">2. </w:t>
      </w:r>
      <w:r>
        <w:t>обработка персональных данных сотрудника осуществляется в целях обеспечения соблюдения Конституции Российской Федерации, настоящего Федерального закона, других законодательных актов Российской Федерации, содействия сотруднику в прохождении службы в органах внутренних дел, обучении и должностном росте, обеспечения личной безопасности сотрудника и членов его семьи, а также в целях обеспечения сохранности принадлежащего ему имущества, учета результатов выполнения им служебных обязанностей и обеспечения сохранности имущества, находящегося в оперативном управлении федерального органа исполнительной власти в сфере внутренних дел, его территориального органа, подразделения</w:t>
      </w:r>
    </w:p>
    <w:p>
      <w:r>
        <w:rPr>
          <w:b/>
        </w:rPr>
        <w:t xml:space="preserve">2. </w:t>
      </w:r>
      <w:r>
        <w:t>проверка достоверности персональных данных, полученных от сотрудника в соответствии с настоящим Федеральным законом, другими законодательными актами Российской Федерации, осуществляется федеральным органом исполнительной власти в сфере внутренних дел, его территориальным органом, подразделением с участием иных федеральных государственных органов</w:t>
      </w:r>
    </w:p>
    <w:p>
      <w:r>
        <w:rPr>
          <w:b/>
        </w:rPr>
        <w:t xml:space="preserve">2. </w:t>
      </w:r>
      <w:r>
        <w:t>запрещается получать, обрабатывать и приобщать к личному делу сотрудника не установленные настоящим Федеральным законом и Федеральным законом "О полиции" персональные данные о его политических, религиозных и иных убеждениях и частной жизни, о членстве в общественных объединениях</w:t>
      </w:r>
    </w:p>
    <w:p>
      <w:r>
        <w:rPr>
          <w:b/>
        </w:rPr>
        <w:t xml:space="preserve">2. </w:t>
      </w:r>
      <w:r>
        <w:t>при принятии решений, затрагивающих интересы сотрудника, запрещается основываться на персональных данных сотрудника, полученных исключительно в результате их автоматизированной обработки или с использованием электронных носителей</w:t>
      </w:r>
    </w:p>
    <w:p>
      <w:r>
        <w:rPr>
          <w:b/>
        </w:rPr>
        <w:t xml:space="preserve">2. </w:t>
      </w:r>
      <w:r>
        <w:t>защита персональных данных сотрудника от неправомерного их использования или утраты обеспечивается за счет средств федерального органа исполнительной власти в сфере внутренних дел в порядке, установленном настоящим Федеральным законом и другими федеральными законами</w:t>
      </w:r>
    </w:p>
    <w:p>
      <w:r>
        <w:rPr>
          <w:b/>
        </w:rPr>
        <w:t xml:space="preserve">2. </w:t>
      </w:r>
      <w:r>
        <w:t>передача персональных данных сотрудника третьей стороне не допускается без согласия сотрудника, выраженного в письменной форме, за исключением случаев, установленных федеральными законами. Условия передачи персональных данных сотрудника третьей стороне устанавливаются нормативными правовыми актами Российской Федерации</w:t>
      </w:r>
    </w:p>
    <w:p>
      <w:r>
        <w:rPr>
          <w:b/>
        </w:rPr>
        <w:t>Статья 40. Реестр сотрудников органов внутренних дел</w:t>
      </w:r>
    </w:p>
    <w:p>
      <w:r>
        <w:rPr>
          <w:b/>
        </w:rPr>
        <w:t xml:space="preserve">1. </w:t>
      </w:r>
      <w:r>
        <w:t>В федеральном органе исполнительной власти в сфере внутренних дел, его территориальных органах, подразделениях на основании персональных данных сотрудников органов внутренних дел в порядке, устанавливаемом руководителем федерального органа исполнительной власти в сфере внутренних дел, ведется реестр сотрудников органов внутренних дел</w:t>
      </w:r>
    </w:p>
    <w:p>
      <w:r>
        <w:rPr>
          <w:b/>
        </w:rPr>
        <w:t xml:space="preserve">2. </w:t>
      </w:r>
      <w:r>
        <w:t>Сведения, содержащиеся в реестре сотрудников органов внутренних дел, а также сведения о гражданах, поступающих на службу в органы внутренних дел, являются конфиденциальной информацией (служебной тайной) и (или) сведениями, составляющими государственную и иную охраняемую законом тайну</w:t>
      </w:r>
    </w:p>
    <w:p>
      <w:pPr>
        <w:pStyle w:val="Heading3"/>
      </w:pPr>
      <w:r>
        <w:t>Присвоение специальных званий</w:t>
      </w:r>
    </w:p>
    <w:p>
      <w:r>
        <w:rPr>
          <w:b/>
        </w:rPr>
        <w:t>Статья 41. Общие условия присвоения и сохранения специальных званий</w:t>
      </w:r>
    </w:p>
    <w:p>
      <w:r>
        <w:rPr>
          <w:b/>
        </w:rPr>
        <w:t xml:space="preserve">1. </w:t>
      </w:r>
      <w:r>
        <w:t>Специальные звания высшего начальствующего состава присваиваются Президентом Российской Федерации</w:t>
      </w:r>
    </w:p>
    <w:p>
      <w:r>
        <w:rPr>
          <w:b/>
        </w:rPr>
        <w:t xml:space="preserve">2. </w:t>
      </w:r>
      <w:r>
        <w:t>Специальные звания, соответствующие должностям среднего и старшего начальствующего состава, гражданам, впервые принимаемым на службу в органы внутренних дел, сотрудникам, впервые назначаемым на должности среднего или старшего начальствующего состава, а также очередные специальные звания полковника полиции, полковника внутренней службы, полковника юстиции присваиваются руководителем федерального органа исполнительной власти в сфере внутренних дел. (В редакции Федерального закона от 02.08.2019 № 318-ФЗ)</w:t>
      </w:r>
    </w:p>
    <w:p>
      <w:r>
        <w:rPr>
          <w:b/>
        </w:rPr>
        <w:t xml:space="preserve">3. </w:t>
      </w:r>
      <w:r>
        <w:t>Очередные специальные звания, соответствующие должностям среднего и старшего начальствующего состава, до подполковника полиции, подполковника внутренней службы, подполковника юстиции включительно, а также первые и очередные специальные звания, соответствующие должностям рядового состава и младшего начальствующего состава, присваиваются уполномоченными руководителями в порядке, устанавливаемом руководителем федерального органа исполнительной власти в сфере внутренних дел</w:t>
      </w:r>
    </w:p>
    <w:p>
      <w:r>
        <w:rPr>
          <w:b/>
        </w:rPr>
        <w:t xml:space="preserve">4. </w:t>
      </w:r>
      <w:r>
        <w:t>Уполномоченный руководитель, замещающий вышестоящую должность в органах внутренних дел (далее - вышестоящий руководитель (начальник), обладает правами по присвоению первых и очередных специальных званий, которые предоставлены уполномоченному руководителю, замещающему нижестоящую должность в органах внутренних дел (далее - нижестоящий руководитель (начальник)</w:t>
      </w:r>
    </w:p>
    <w:p>
      <w:r>
        <w:rPr>
          <w:b/>
        </w:rPr>
        <w:t xml:space="preserve">5. </w:t>
      </w:r>
      <w:r>
        <w:t>Слушателю, адъюнкту в период освоения образовательной программы высшего образования по очной форме обучения в образовательной организации или научной организации федерального органа исполнительной власти в сфере внутренних дел, сотруднику органов внутренних дел, переведенному в образовательную организацию высшего образования или научную организацию федерального органа исполнительной власти в сфере внутренних дел для подготовки диссертации на соискание ученой степени доктора наук, очередные специальные звания до полковника полиции включительно могут присваиваться в соответствии с должностью в органах внутренних дел, которую он замещал ранее, при соблюдении условий, установленных настоящей статьей. (В редакции Федерального закона от 02.08.2019 № 318-ФЗ)</w:t>
      </w:r>
    </w:p>
    <w:p>
      <w:r>
        <w:rPr>
          <w:b/>
        </w:rPr>
        <w:t xml:space="preserve">6. </w:t>
      </w:r>
      <w:r>
        <w:t>Гражданину, впервые поступившему на службу в органы внутренних дел, при назначении на должность в органах внутренних дел первое специальное звание присваивается в соответствии с замещаемой должностью, но не выше подполковника полиции, подполковника внутренней службы, подполковника юстиции, если он не имеет более высокого воинского звания или специального звания</w:t>
      </w:r>
    </w:p>
    <w:p>
      <w:r>
        <w:rPr>
          <w:b/>
        </w:rPr>
        <w:t xml:space="preserve">7. </w:t>
      </w:r>
      <w:r>
        <w:t>Специальное звание присваивается сотруднику органов внутренних дел пожизненно. При увольнении со службы в органах внутренних дел к имеющемуся специальному званию сотрудника добавляются слова "в отставке". Сотрудник может быть лишен специального звания в порядке, установленном федеральным законом</w:t>
      </w:r>
    </w:p>
    <w:p>
      <w:r>
        <w:rPr>
          <w:b/>
        </w:rPr>
        <w:t xml:space="preserve">8. </w:t>
      </w:r>
      <w:r>
        <w:t>Сотруднику органов внутренних дел, переведенному в другое подразделение, для сотрудников которого установлены иные специальные звания, специальное звание присваивается в порядке, установленном руководителем федерального органа исполнительной власти в сфере внутренних дел, за исключением специальных званий, присвоение которых входит в исключительную компетенцию Президента Российской Федерации. При этом новое специальное звание не должно быть ниже имеющегося у сотрудника специального звания, а срок выслуги в предыдущем специальном звании учитывается для присвоения очередного специального звания</w:t>
      </w:r>
    </w:p>
    <w:p>
      <w:r>
        <w:rPr>
          <w:b/>
        </w:rPr>
        <w:t xml:space="preserve">9. </w:t>
      </w:r>
      <w:r>
        <w:t>Запрещается установление иных, не предусмотренных настоящим Федеральным законом условий присвоения специальных званий</w:t>
      </w:r>
    </w:p>
    <w:p>
      <w:r>
        <w:rPr>
          <w:b/>
        </w:rPr>
        <w:t>Статья 42. Сроки выслуги в специальных званиях</w:t>
      </w:r>
    </w:p>
    <w:p>
      <w:r>
        <w:rPr>
          <w:b/>
        </w:rPr>
        <w:t xml:space="preserve">1. </w:t>
      </w:r>
      <w:r>
        <w:t>Устанавливаются следующие сроки выслуги в специальных званиях</w:t>
      </w:r>
    </w:p>
    <w:p>
      <w:r>
        <w:rPr>
          <w:b/>
        </w:rPr>
        <w:t xml:space="preserve">2. </w:t>
      </w:r>
      <w:r>
        <w:t>Сроки выслуги в специальных званиях старшины полиции, старшины внутренней службы, старшины юстиции, старшего прапорщика полиции, старшего прапорщика внутренней службы, старшего прапорщика юстиции, полковника полиции, полковника внутренней службы, полковника юстиции не устанавливаются</w:t>
      </w:r>
    </w:p>
    <w:p>
      <w:r>
        <w:rPr>
          <w:b/>
        </w:rPr>
        <w:t xml:space="preserve">3. </w:t>
      </w:r>
      <w:r>
        <w:t>Срок выслуги в специальном звании исчисляется со дня присвоения сотруднику органов внутренних дел соответствующего специального звания</w:t>
      </w:r>
    </w:p>
    <w:p>
      <w:r>
        <w:rPr>
          <w:b/>
        </w:rPr>
        <w:t xml:space="preserve">1. </w:t>
      </w:r>
      <w:r>
        <w:t>рядовой полиции, рядовой внутренней службы, рядовой юстиции - один год</w:t>
      </w:r>
    </w:p>
    <w:p>
      <w:r>
        <w:rPr>
          <w:b/>
        </w:rPr>
        <w:t xml:space="preserve">1. </w:t>
      </w:r>
      <w:r>
        <w:t>младший сержант полиции, младший сержант внутренней службы, младший сержант юстиции - один год</w:t>
      </w:r>
    </w:p>
    <w:p>
      <w:r>
        <w:rPr>
          <w:b/>
        </w:rPr>
        <w:t xml:space="preserve">1. </w:t>
      </w:r>
      <w:r>
        <w:t>сержант полиции, сержант внутренней службы, сержант юстиции - два года</w:t>
      </w:r>
    </w:p>
    <w:p>
      <w:r>
        <w:rPr>
          <w:b/>
        </w:rPr>
        <w:t xml:space="preserve">1. </w:t>
      </w:r>
      <w:r>
        <w:t>старший сержант полиции, старший сержант внутренней службы, старший сержант юстиции - три года</w:t>
      </w:r>
    </w:p>
    <w:p>
      <w:r>
        <w:rPr>
          <w:b/>
        </w:rPr>
        <w:t xml:space="preserve">1. </w:t>
      </w:r>
      <w:r>
        <w:t>прапорщик полиции, прапорщик внутренней службы, прапорщик юстиции - пять лет</w:t>
      </w:r>
    </w:p>
    <w:p>
      <w:r>
        <w:rPr>
          <w:b/>
        </w:rPr>
        <w:t xml:space="preserve">1. </w:t>
      </w:r>
      <w:r>
        <w:t>младший лейтенант полиции, младший лейтенант внутренней службы, младший лейтенант юстиции - один год</w:t>
      </w:r>
    </w:p>
    <w:p>
      <w:r>
        <w:rPr>
          <w:b/>
        </w:rPr>
        <w:t xml:space="preserve">1. </w:t>
      </w:r>
      <w:r>
        <w:t>лейтенант полиции, лейтенант внутренней службы, лейтенант юстиции - два года</w:t>
      </w:r>
    </w:p>
    <w:p>
      <w:r>
        <w:rPr>
          <w:b/>
        </w:rPr>
        <w:t xml:space="preserve">1. </w:t>
      </w:r>
      <w:r>
        <w:t>старший лейтенант полиции, старший лейтенант внутренней службы, старший лейтенант юстиции - три года</w:t>
      </w:r>
    </w:p>
    <w:p>
      <w:r>
        <w:rPr>
          <w:b/>
        </w:rPr>
        <w:t xml:space="preserve">1. </w:t>
      </w:r>
      <w:r>
        <w:t>капитан полиции, капитан внутренней службы, капитан юстиции - три года</w:t>
      </w:r>
    </w:p>
    <w:p>
      <w:r>
        <w:rPr>
          <w:b/>
        </w:rPr>
        <w:t xml:space="preserve">1. </w:t>
      </w:r>
      <w:r>
        <w:t>майор полиции, майор внутренней службы, майор юстиции - четыре года</w:t>
      </w:r>
    </w:p>
    <w:p>
      <w:r>
        <w:rPr>
          <w:b/>
        </w:rPr>
        <w:t xml:space="preserve">1. </w:t>
      </w:r>
      <w:r>
        <w:t>подполковник полиции, подполковник внутренней службы, подполковник юстиции - пять лет</w:t>
      </w:r>
    </w:p>
    <w:p>
      <w:r>
        <w:rPr>
          <w:b/>
        </w:rPr>
        <w:t>Статья 43. Присвоение первых и очередных специальных званий</w:t>
      </w:r>
    </w:p>
    <w:p>
      <w:r>
        <w:rPr>
          <w:b/>
        </w:rPr>
        <w:t xml:space="preserve">1. </w:t>
      </w:r>
      <w:r>
        <w:t>Первое специальное звание присваивается гражданину, впервые поступившему на службу в органы внутренних дел, при назначении на должность в органах внутренних дел</w:t>
      </w:r>
    </w:p>
    <w:p>
      <w:r>
        <w:rPr>
          <w:b/>
        </w:rPr>
        <w:t xml:space="preserve">2. </w:t>
      </w:r>
      <w:r>
        <w:t>Гражданину (сотруднику) присваиваются первые (очередные) специальные звания</w:t>
      </w:r>
    </w:p>
    <w:p>
      <w:r>
        <w:rPr>
          <w:b/>
        </w:rPr>
        <w:t xml:space="preserve">3. </w:t>
      </w:r>
      <w:r>
        <w:t>Очередные специальные звания, за исключением случаев, предусмотренных настоящим Федеральным законом, присваиваются сотруднику органов внутренних дел последовательно по истечении срока, установленного для прохождения службы в органах внутренних дел в предыдущем специальном звании, и при условии, что сотрудник замещает должность в органах внутренних дел, по которой предусмотрено специальное звание, равное специальному званию, присваиваемому сотруднику, или более высокое, чем специальное звание, присваиваемое сотруднику</w:t>
      </w:r>
    </w:p>
    <w:p>
      <w:r>
        <w:rPr>
          <w:b/>
        </w:rPr>
        <w:t xml:space="preserve">4. </w:t>
      </w:r>
      <w:r>
        <w:t>В случае необоснованной задержки представления сотрудника к присвоению очередного специального звания соответствующее специальное звание присваивается ему со следующего дня по истечении срока пребывания в предыдущем специальном звании</w:t>
      </w:r>
    </w:p>
    <w:p>
      <w:r>
        <w:rPr>
          <w:b/>
        </w:rPr>
        <w:t xml:space="preserve">5. </w:t>
      </w:r>
      <w:r>
        <w:t>Порядок присвоения специальных званий, соответствующих должностям высшего начальствующего состава, устанавливается Президентом Российской Федерации</w:t>
      </w:r>
    </w:p>
    <w:p>
      <w:r>
        <w:rPr>
          <w:b/>
        </w:rPr>
        <w:t xml:space="preserve">6. </w:t>
      </w:r>
      <w:r>
        <w:t>Сотруднику органов внутренних дел, окончившему образовательную организацию высшего образования федерального органа исполнительной власти в сфере внутренних дел или назначаемому после окончания образовательной организации высшего образования федерального органа исполнительной власти в сфере внутренних дел на должность среднего или старшего начальствующего состава, специальное звание лейтенанта полиции, лейтенанта внутренней службы или лейтенанта юстиции присваивается независимо от последовательности и срока пребывания в предыдущем специальном звании. (В редакции федеральных законов от 02.07.2013 № 185-ФЗ, от 02.08.2019 № 318-ФЗ)</w:t>
      </w:r>
    </w:p>
    <w:p>
      <w:r>
        <w:rPr>
          <w:b/>
        </w:rPr>
        <w:t xml:space="preserve">2. </w:t>
      </w:r>
      <w:r>
        <w:t>рядового полиции, рядового внутренней службы, рядового юстиции - при назначении на должность рядового состава, а также при зачислении в образовательную организацию высшего образования или научную организацию федерального органа исполнительной власти в сфере внутренних дел для обучения по очной форме в должности курсанта, слушателя; (В редакции Федерального закона от 02.07.2013 № 185-ФЗ) 2) младшего сержанта полиции, младшего сержанта внутренней службы, младшего сержанта юстиции - при назначении на должность младшего начальствующего состава</w:t>
      </w:r>
    </w:p>
    <w:p>
      <w:r>
        <w:rPr>
          <w:b/>
        </w:rPr>
        <w:t xml:space="preserve">2. </w:t>
      </w:r>
      <w:r>
        <w:t>младшего лейтенанта полиции, младшего лейтенанта внутренней службы, младшего лейтенанта юстиции - при назначении на должность среднего или старшего начальствующего состава независимо от последовательности и срока пребывания в предыдущем специальном звании, за исключением случаев, предусмотренных настоящим Федеральным законом. (В редакции Федерального закона от 02.08.2019 № 318-ФЗ)</w:t>
      </w:r>
    </w:p>
    <w:p>
      <w:r>
        <w:rPr>
          <w:b/>
        </w:rPr>
        <w:t>Статья 44. Присвоение специальных званий досрочно либо на ступень выше</w:t>
      </w:r>
    </w:p>
    <w:p>
      <w:r>
        <w:rPr>
          <w:b/>
        </w:rPr>
        <w:t xml:space="preserve">1. </w:t>
      </w:r>
      <w:r>
        <w:t>Сотруднику органов внутренних дел в качестве меры поощрения может быть присвоено очередное специальное звание</w:t>
      </w:r>
    </w:p>
    <w:p>
      <w:r>
        <w:rPr>
          <w:b/>
        </w:rPr>
        <w:t xml:space="preserve">2. </w:t>
      </w:r>
      <w:r>
        <w:t>Очередное специальное звание до полковника полиции, полковника внутренней службы, полковника юстиции включительно на одну ступень выше специального звания, предусмотренного по замещаемой должности в органах внутренних дел, может быть присвоено сотруднику органов внутренних дел по истечении установленного срока выслуги в предыдущем специальном звании</w:t>
      </w:r>
    </w:p>
    <w:p>
      <w:r>
        <w:rPr>
          <w:b/>
        </w:rPr>
        <w:t xml:space="preserve">3. </w:t>
      </w:r>
      <w:r>
        <w:t>Специальные звания в соответствии с настоящей статьей присваиваются в порядке, определяемом Президентом Российской Федерации</w:t>
      </w:r>
    </w:p>
    <w:p>
      <w:r>
        <w:rPr>
          <w:b/>
        </w:rPr>
        <w:t xml:space="preserve">4. </w:t>
      </w:r>
      <w:r>
        <w:t>Сотруднику органов внутренних дел при переводе на последний курс обучения по очной форме в образовательной организации высшего образования федерального органа исполнительной власти в сфере внутренних дел с учетом положений статьи 45 настоящего Федерального закона присваивается специальное звание младшего лейтенанта полиции. (В редакции Федерального закона от 02.07.2013 № 185-ФЗ)</w:t>
      </w:r>
    </w:p>
    <w:p>
      <w:r>
        <w:rPr>
          <w:b/>
        </w:rPr>
        <w:t xml:space="preserve">1. </w:t>
      </w:r>
      <w:r>
        <w:t>досрочно, но не выше специального звания, предусмотренного по замещаемой должности в органах внутренних дел, а сотруднику, имеющему ученую степень или ученое звание, - на одну ступень выше специального звания, предусмотренного по замещаемой должности в органах внутренних дел (за исключением специальных званий высшего начальствующего состава)</w:t>
      </w:r>
    </w:p>
    <w:p>
      <w:r>
        <w:rPr>
          <w:b/>
        </w:rPr>
        <w:t xml:space="preserve">1. </w:t>
      </w:r>
      <w:r>
        <w:t>на одну ступень выше специального звания, предусмотренного по замещаемой должности в органах внутренних дел</w:t>
      </w:r>
    </w:p>
    <w:p>
      <w:r>
        <w:rPr>
          <w:b/>
        </w:rPr>
        <w:t>Статья 45. Приостановление присвоения очередного специального звания</w:t>
      </w:r>
    </w:p>
    <w:p>
      <w:r>
        <w:rPr>
          <w:b/>
        </w:rPr>
        <w:t xml:space="preserve">1. </w:t>
      </w:r>
      <w:r>
        <w:t>Присвоение сотруднику органов внутренних дел очередного специального звания приостанавливается в случае</w:t>
      </w:r>
    </w:p>
    <w:p>
      <w:r>
        <w:rPr>
          <w:b/>
        </w:rPr>
        <w:t xml:space="preserve">2. </w:t>
      </w:r>
      <w:r>
        <w:t>После прекращения обстоятельств, предусмотренных пунктами 1 и 2 части 1 настоящей статьи, в случае безвестного отсутствия сотрудника органов внутренних дел в связи со служебными обстоятельствами по не зависящим от него причинам очередное специальное звание сотруднику присваивается со дня истечения срока выслуги в имеющемся специальном звании</w:t>
      </w:r>
    </w:p>
    <w:p>
      <w:r>
        <w:rPr>
          <w:b/>
        </w:rPr>
        <w:t xml:space="preserve">3. </w:t>
      </w:r>
      <w:r>
        <w:t>В случае прекращения уголовного преследования по основаниям, дающим право на реабилитацию, очередное специальное звание сотруднику органов внутренних дел присваивается со дня истечения срока выслуги в имеющемся специальном звании</w:t>
      </w:r>
    </w:p>
    <w:p>
      <w:r>
        <w:rPr>
          <w:b/>
        </w:rPr>
        <w:t xml:space="preserve">1. </w:t>
      </w:r>
      <w:r>
        <w:t>нахождения сотрудника в распоряжении федерального органа исполнительной власти в сфере внутренних дел, его территориального органа или подразделения - до назначения на должность в органах внутренних дел</w:t>
      </w:r>
    </w:p>
    <w:p>
      <w:r>
        <w:rPr>
          <w:b/>
        </w:rPr>
        <w:t xml:space="preserve">1. </w:t>
      </w:r>
      <w:r>
        <w:t>приостановления службы в органах внутренних дел в соответствии с пунктом 4 части 1 статьи 37 настоящего Федерального закона</w:t>
      </w:r>
    </w:p>
    <w:p>
      <w:r>
        <w:rPr>
          <w:b/>
        </w:rPr>
        <w:t xml:space="preserve">1. </w:t>
      </w:r>
      <w:r>
        <w:t>привлечения сотрудника в качестве обвиняемого по уголовному делу, возбуждения в отношении его уголовного дела - до прекращения уголовного преследования</w:t>
      </w:r>
    </w:p>
    <w:p>
      <w:r>
        <w:rPr>
          <w:b/>
        </w:rPr>
        <w:t xml:space="preserve">1. </w:t>
      </w:r>
      <w:r>
        <w:t>наложения на сотрудника в письменной форме одного из дисциплинарных взысканий, предусмотренных пунктами 2 - 6 части 1 статьи 50 настоящего Федерального закона, или взыскания за коррупционное правонарушение - до снятия дисциплинарного взыскания или признания сотрудника не имеющим взыскания за коррупционное правонарушение. (В редакции Федерального закона от 02.08.2019 № 318-ФЗ)</w:t>
      </w:r>
    </w:p>
    <w:p>
      <w:r>
        <w:rPr>
          <w:b/>
        </w:rPr>
        <w:t>Статья 46. Присвоение специальных званий гражданам, проходившим военную службу, государственную гражданскую службу или муниципальную службу</w:t>
      </w:r>
    </w:p>
    <w:p>
      <w:r>
        <w:rPr>
          <w:b/>
        </w:rPr>
        <w:t xml:space="preserve">1. </w:t>
      </w:r>
      <w:r>
        <w:t>Гражданам, проходившим военную службу, государственную гражданскую службу или муниципальную службу, при назначении на должности в органах внутренних дел первое специальное звание присваивается в соответствии со статьями 41 и 43 настоящего Федерального закона в порядке, устанавливаемом федеральным органом исполнительной власти в сфере внутренних дел, с учетом присвоенного воинского звания, классного чина или дипломатического ранга и продолжительности пребывания в воинском звании, классном чине или дипломатическом ранге</w:t>
      </w:r>
    </w:p>
    <w:p>
      <w:r>
        <w:rPr>
          <w:b/>
        </w:rPr>
        <w:t xml:space="preserve">2. </w:t>
      </w:r>
      <w:r>
        <w:t>Гражданину, состоящему в запасе Вооруженных Сил Российской Федерации, после поступления на службу в органы внутренних дел на должность рядового состава, младшего, среднего или старшего начальствующего состава присваивается специальное звание, соответствующее присвоенному ему воинскому званию, или более высокое специальное звание, если в соответствии с настоящим Федеральным законом он имеет на это право</w:t>
      </w:r>
    </w:p>
    <w:p>
      <w:r>
        <w:rPr>
          <w:b/>
        </w:rPr>
        <w:t xml:space="preserve">3. </w:t>
      </w:r>
      <w:r>
        <w:t>При поступлении офицеров запаса на службу в органы внутренних дел на должности среднего и старшего начальствующего состава первое специальное звание им присваивается на одну ступень выше присвоенных воинских званий, если ко дню назначения на должность они выслужили в присвоенных им воинских званиях установленные сроки в период прохождения действительной военной службы или пребывания в запасе, но не выше специального звания, предусмотренного по замещаемой должности</w:t>
      </w:r>
    </w:p>
    <w:p>
      <w:pPr>
        <w:pStyle w:val="Heading3"/>
      </w:pPr>
      <w:r>
        <w:t>Служебная дисциплина в органах внутренних дел</w:t>
      </w:r>
    </w:p>
    <w:p>
      <w:r>
        <w:rPr>
          <w:b/>
        </w:rPr>
        <w:t>Статья 47. Служебная дисциплина</w:t>
      </w:r>
    </w:p>
    <w:p>
      <w:r>
        <w:rPr>
          <w:b/>
        </w:rPr>
        <w:t xml:space="preserve">1. </w:t>
      </w:r>
      <w:r>
        <w:t>Служебная дисциплина - соблюдение сотрудником органов внутренних дел установленных законодательством Российской Федерации, Присягой сотрудника органов внутренних дел Российской Федерации, дисциплинарным уставом органов внутренних дел Российской Федерации, контрактом, приказами и распоряжениями руководителя федерального органа исполнительной власти в сфере внутренних дел, приказами и распоряжениями прямых и непосредственных руководителей (начальников) порядка и правил выполнения служебных обязанностей и реализации предоставленных прав</w:t>
      </w:r>
    </w:p>
    <w:p>
      <w:r>
        <w:rPr>
          <w:b/>
        </w:rPr>
        <w:t xml:space="preserve">2. </w:t>
      </w:r>
      <w:r>
        <w:t>В целях обеспечения и укрепления служебной дисциплины руководителем федерального органа исполнительной власти в сфере внутренних дел и уполномоченным руководителем к сотруднику органов внутренних дел могут применяться меры поощрения и на него могут налагаться дисциплинарные взыскания, предусмотренные статьями 48 и 50 настоящего Федерального закона</w:t>
      </w:r>
    </w:p>
    <w:p>
      <w:r>
        <w:rPr>
          <w:b/>
        </w:rPr>
        <w:t xml:space="preserve">3. </w:t>
      </w:r>
      <w:r>
        <w:t>Права, обязанности и ответственность руководителей (начальников) по поддержанию служебной дисциплины, обязанности сотрудников органов внутренних дел по соблюдению и поддержанию служебной дисциплины, обязательность исполнения приказа руководителя (начальника), порядок наложения, исполнения и обжалования дисциплинарных взысканий, учет мер поощрения и дисциплинарных взысканий устанавливаются дисциплинарным уставом органов внутренних дел Российской Федерации, утверждаемым Президентом Российской Федерации. (Дополнение частью - Федеральный закон от 03.07.2016 № 300-ФЗ)</w:t>
      </w:r>
    </w:p>
    <w:p>
      <w:r>
        <w:rPr>
          <w:b/>
        </w:rPr>
        <w:t>Статья 48. Меры поощрения</w:t>
      </w:r>
    </w:p>
    <w:p>
      <w:r>
        <w:rPr>
          <w:b/>
        </w:rPr>
        <w:t xml:space="preserve">1. </w:t>
      </w:r>
      <w:r>
        <w:t>За добросовестное выполнение служебных обязанностей, достижение высоких результатов в служебной деятельности, а также за успешное выполнение задач повышенной сложности к сотруднику органов внутренних дел применяются следующие меры поощрения</w:t>
      </w:r>
    </w:p>
    <w:p>
      <w:r>
        <w:rPr>
          <w:b/>
        </w:rPr>
        <w:t xml:space="preserve">2. </w:t>
      </w:r>
      <w:r>
        <w:t>В качестве меры поощрения может применяться досрочное снятие ранее наложенного на сотрудника органов внутренних дел дисциплинарного взыскания</w:t>
      </w:r>
    </w:p>
    <w:p>
      <w:r>
        <w:rPr>
          <w:b/>
        </w:rPr>
        <w:t xml:space="preserve">3. </w:t>
      </w:r>
      <w:r>
        <w:t>В образовательных организациях высшего образования федерального органа исполнительной власти в сфере внутренних дел к курсанту, слушателю наряду с мерами поощрения, предусмотренными частью 1 настоящей статьи, могут применяться следующие меры поощрения: (В редакции Федерального закона от 02.07.2013 № 185-ФЗ) 1) предоставление внеочередного увольнения из расположения образовательной организации; (В редакции Федерального закона от 02.07.2013 № 185-ФЗ) 2) установление именной стипендии</w:t>
      </w:r>
    </w:p>
    <w:p>
      <w:r>
        <w:rPr>
          <w:b/>
        </w:rPr>
        <w:t xml:space="preserve">4. </w:t>
      </w:r>
      <w:r>
        <w:t>Допускается применение к сотруднику органов внутренних дел одновременно нескольких мер поощрения</w:t>
      </w:r>
    </w:p>
    <w:p>
      <w:r>
        <w:rPr>
          <w:b/>
        </w:rPr>
        <w:t xml:space="preserve">5. </w:t>
      </w:r>
      <w:r>
        <w:t>За заслуги перед государством сотрудник органов внутренних дел может быть представлен к награждению государственной наградой Российской Федерации, поощрению Президентом Российской Федерации, Правительством Российской Федерации</w:t>
      </w:r>
    </w:p>
    <w:p>
      <w:r>
        <w:rPr>
          <w:b/>
        </w:rPr>
        <w:t xml:space="preserve">1. </w:t>
      </w:r>
      <w:r>
        <w:t>объявление благодарности</w:t>
      </w:r>
    </w:p>
    <w:p>
      <w:r>
        <w:rPr>
          <w:b/>
        </w:rPr>
        <w:t xml:space="preserve">1. </w:t>
      </w:r>
      <w:r>
        <w:t>выплата денежной премии</w:t>
      </w:r>
    </w:p>
    <w:p>
      <w:r>
        <w:rPr>
          <w:b/>
        </w:rPr>
        <w:t xml:space="preserve">1. </w:t>
      </w:r>
      <w:r>
        <w:t>награждение ценным подарком</w:t>
      </w:r>
    </w:p>
    <w:p>
      <w:r>
        <w:rPr>
          <w:b/>
        </w:rPr>
        <w:t xml:space="preserve">1. </w:t>
      </w:r>
      <w:r>
        <w:t>награждение почетной грамотой федерального органа исполнительной власти в сфере внутренних дел, его территориального органа или подразделения</w:t>
      </w:r>
    </w:p>
    <w:p>
      <w:r>
        <w:rPr>
          <w:b/>
        </w:rPr>
        <w:t xml:space="preserve">1. </w:t>
      </w:r>
      <w:r>
        <w:t>занесение фамилии сотрудника в книгу почета или на доску почета федерального органа исполнительной власти в сфере внутренних дел, его территориального органа или подразделения</w:t>
      </w:r>
    </w:p>
    <w:p>
      <w:r>
        <w:rPr>
          <w:b/>
        </w:rPr>
        <w:t xml:space="preserve">1. </w:t>
      </w:r>
      <w:r>
        <w:t>награждение ведомственными наградами</w:t>
      </w:r>
    </w:p>
    <w:p>
      <w:r>
        <w:rPr>
          <w:b/>
        </w:rPr>
        <w:t xml:space="preserve">1. </w:t>
      </w:r>
      <w:r>
        <w:t>досрочное присвоение очередного специального звания</w:t>
      </w:r>
    </w:p>
    <w:p>
      <w:r>
        <w:rPr>
          <w:b/>
        </w:rPr>
        <w:t xml:space="preserve">1. </w:t>
      </w:r>
      <w:r>
        <w:t>присвоение очередного специального звания на одну ступень выше специального звания, предусмотренного по замещаемой должности в органах внутренних дел</w:t>
      </w:r>
    </w:p>
    <w:p>
      <w:r>
        <w:rPr>
          <w:b/>
        </w:rPr>
        <w:t xml:space="preserve">1. </w:t>
      </w:r>
      <w:r>
        <w:t>награждение огнестрельным или холодным оружием</w:t>
      </w:r>
    </w:p>
    <w:p>
      <w:r>
        <w:rPr>
          <w:b/>
        </w:rPr>
        <w:t>Статья 49. Нарушение служебной дисциплины</w:t>
      </w:r>
    </w:p>
    <w:p>
      <w:r>
        <w:rPr>
          <w:b/>
        </w:rPr>
        <w:t xml:space="preserve">1. </w:t>
      </w:r>
      <w:r>
        <w:t>Нарушением служебной дисциплины (дисциплинарным проступком) признается виновное действие (бездействие), выразившееся в нарушении сотрудником органов внутренних дел законодательства Российской Федерации, дисциплинарного устава органов внутренних дел Российской Федерации, должностного регламента (должностной инструкции), правил внутреннего служебного распорядка федерального органа исполнительной власти в сфере внутренних дел, его территориального органа или подразделения, либо в несоблюдении запретов и ограничений, связанных со службой в органах внутренних дел,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 непосредственного руководителя (начальника) при выполнении основных обязанностей и реализации предоставленных прав</w:t>
      </w:r>
    </w:p>
    <w:p>
      <w:r>
        <w:rPr>
          <w:b/>
        </w:rPr>
        <w:t xml:space="preserve">2. </w:t>
      </w:r>
      <w:r>
        <w:t>Грубым нарушением служебной дисциплины сотрудником органов внутренних дел является</w:t>
      </w:r>
    </w:p>
    <w:p>
      <w:r>
        <w:rPr>
          <w:b/>
        </w:rPr>
        <w:t xml:space="preserve">2. </w:t>
      </w:r>
      <w:r>
        <w:t>несоблюдение сотрудником ограничений и запретов, установленных законодательством Российской Федерации</w:t>
      </w:r>
    </w:p>
    <w:p>
      <w:r>
        <w:rPr>
          <w:b/>
        </w:rPr>
        <w:t xml:space="preserve">2. </w:t>
      </w:r>
      <w:r>
        <w:t>отсутствие сотрудника по месту службы без уважительных причин более четырех часов подряд в течение установленного служебного времени</w:t>
      </w:r>
    </w:p>
    <w:p>
      <w:r>
        <w:rPr>
          <w:b/>
        </w:rPr>
        <w:t xml:space="preserve">2. </w:t>
      </w:r>
      <w:r>
        <w:t>нахождение сотрудника на службе в состоянии алкогольного, наркотического или иного токсического опьянения либо отказ сотрудника от медицинского освидетельствования на состояние опьянения</w:t>
      </w:r>
    </w:p>
    <w:p>
      <w:r>
        <w:rPr>
          <w:b/>
        </w:rPr>
        <w:t xml:space="preserve">2. </w:t>
      </w:r>
      <w:r>
        <w:t>совершение сотрудником виновного действия (бездействия),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федерального органа исполнительной власти в сфере внутренних дел, его территориального органа, подразделения либо причинение иного существенного вреда гражданам и организациям, если это не влечет за собой уголовную ответственность</w:t>
      </w:r>
    </w:p>
    <w:p>
      <w:r>
        <w:rPr>
          <w:b/>
        </w:rPr>
        <w:t xml:space="preserve">2. </w:t>
      </w:r>
      <w:r>
        <w:t>разглашение сотрудником сведений, составляющих государственную и иную охраняемую законом тайну, конфиденциальной информации (служебной тайны), ставших ему известными в связи с выполнением служебных обязанностей, если это не влечет за собой уголовную ответственность</w:t>
      </w:r>
    </w:p>
    <w:p>
      <w:r>
        <w:rPr>
          <w:b/>
        </w:rPr>
        <w:t xml:space="preserve">2. </w:t>
      </w:r>
      <w:r>
        <w:t>небрежное хранение сотрудником вверенных для служебного пользования оружия и патронов к нему, повлекшее его (их) утрату, если это не влечет за собой уголовную ответственность</w:t>
      </w:r>
    </w:p>
    <w:p>
      <w:r>
        <w:rPr>
          <w:b/>
        </w:rPr>
        <w:t xml:space="preserve">2. </w:t>
      </w:r>
      <w:r>
        <w:t>отказ или уклонение сотрудника от прохождения медицинского освидетельствования (обследования) в случаях, если обязательность его прохождения установлена законодательством Российской Федерации</w:t>
      </w:r>
    </w:p>
    <w:p>
      <w:r>
        <w:rPr>
          <w:b/>
        </w:rPr>
        <w:t xml:space="preserve">2. </w:t>
      </w:r>
      <w:r>
        <w:t>неявка сотрудника без уважительной причины на заседание аттестационной комиссии для прохождения аттестации</w:t>
      </w:r>
    </w:p>
    <w:p>
      <w:r>
        <w:rPr>
          <w:b/>
        </w:rPr>
        <w:t xml:space="preserve">2. </w:t>
      </w:r>
      <w:r>
        <w:t>умышленное уничтожение или повреждение сотрудником имущества, находящегося в оперативном управлении федерального органа исполнительной власти в сфере внутренних дел, его территориального органа или подразделения, повлекшие причинение существенного ущерба, если это не влечет за собой уголовную ответственность</w:t>
      </w:r>
    </w:p>
    <w:p>
      <w:r>
        <w:rPr>
          <w:b/>
        </w:rPr>
        <w:t xml:space="preserve">2. </w:t>
      </w:r>
      <w:r>
        <w:t>нарушение сотрудником требований охраны профессиональной служебной деятельности (охраны труда)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w:t>
      </w:r>
    </w:p>
    <w:p>
      <w:r>
        <w:rPr>
          <w:b/>
        </w:rPr>
        <w:t xml:space="preserve">2. </w:t>
      </w:r>
      <w:r>
        <w:t>совершение сотрудником,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федерального органа исполнительной власти в сфере внутренних дел или уполномоченного руководителя</w:t>
      </w:r>
    </w:p>
    <w:p>
      <w:r>
        <w:rPr>
          <w:b/>
        </w:rPr>
        <w:t xml:space="preserve">2. </w:t>
      </w:r>
      <w:r>
        <w:t>принятие сотрудником необоснованного решения, повлекшего за собой нарушение сохранности имущества, находящегося в оперативном управлении федерального органа исполнительной власти в сфере внутренних дел, его территориального органа или подразделения, неправомерное его использование или иное нанесение ущерба такому имуществу</w:t>
      </w:r>
    </w:p>
    <w:p>
      <w:r>
        <w:rPr>
          <w:b/>
        </w:rPr>
        <w:t xml:space="preserve">2. </w:t>
      </w:r>
      <w:r>
        <w:t>(Пункт утратил силу - Федеральный закон от 22.12.2014 № 431-ФЗ) 14) сокрытие сотрудником фактов обращения к нему каких-либо лиц в целях склонения его к совершению коррупционного правонарушения</w:t>
      </w:r>
    </w:p>
    <w:p>
      <w:r>
        <w:rPr>
          <w:b/>
        </w:rPr>
        <w:t xml:space="preserve">2. </w:t>
      </w:r>
      <w:r>
        <w:t>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федерального органа исполнительной власти в сфере внутренних дел, его территориального органа, подразделения, если это не входит в служебные обязанности сотрудника</w:t>
      </w:r>
    </w:p>
    <w:p>
      <w:r>
        <w:rPr>
          <w:b/>
        </w:rPr>
        <w:t>Статья 50. Дисциплинарные взыскания</w:t>
      </w:r>
    </w:p>
    <w:p>
      <w:r>
        <w:rPr>
          <w:b/>
        </w:rPr>
        <w:t xml:space="preserve">1. </w:t>
      </w:r>
      <w:r>
        <w:t>На сотрудника органов внутренних дел в случае нарушения им служебной дисциплины, а также в иных случаях, предусмотренных настоящим Федеральным законом, могут налагаться следующие дисциплинарные взыскания</w:t>
      </w:r>
    </w:p>
    <w:p>
      <w:r>
        <w:rPr>
          <w:b/>
        </w:rPr>
        <w:t xml:space="preserve">2. </w:t>
      </w:r>
      <w:r>
        <w:t>В образовательных организациях высшего образования федерального органа исполнительной власти в сфере внутренних дел на курсантов, слушателей наряду с дисциплинарными взысканиями, предусмотренными частью 1 настоящей статьи, могут налагаться следующие дисциплинарные взыскания: (В редакции Федерального закона от 02.07.2013 № 185-ФЗ) 1) назначение вне очереди в наряд (за исключением назначения в наряд по обеспечению охраны подразделения);</w:t>
      </w:r>
    </w:p>
    <w:p>
      <w:r>
        <w:rPr>
          <w:b/>
        </w:rPr>
        <w:t xml:space="preserve">3. </w:t>
      </w:r>
      <w:r>
        <w:t>За каждый случай нарушения служебной дисциплины на сотрудника органов внутренних дел может быть наложено только одно дисциплинарное взыскание</w:t>
      </w:r>
    </w:p>
    <w:p>
      <w:r>
        <w:rPr>
          <w:b/>
        </w:rPr>
        <w:t xml:space="preserve">4. </w:t>
      </w:r>
      <w:r>
        <w:t>Фамилия сотрудника органов внутренних дел, на которого наложено дисциплинарное взыскание, предусмотренное пунктом 4, 5 или 6 части 1 настоящей статьи, исключается из книги почета или с доски почета федерального органа исполнительной власти в сфере внутренних дел, его территориального органа или подразделения</w:t>
      </w:r>
    </w:p>
    <w:p>
      <w:r>
        <w:rPr>
          <w:b/>
        </w:rPr>
        <w:t xml:space="preserve">5. </w:t>
      </w:r>
      <w:r>
        <w:t>Перевод на нижестоящую должность в органах внутренних дел как вид дисциплинарного взыскания может применяться в случае совершения сотрудником органов внутренних дел грубого нарушения служебной дисциплины либо неоднократного нарушения им служебной дисциплины и при наличии наложенного в письменной форме дисциплинарного взыскания</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предупреждение о неполном служебном соответствии</w:t>
      </w:r>
    </w:p>
    <w:p>
      <w:r>
        <w:rPr>
          <w:b/>
        </w:rPr>
        <w:t xml:space="preserve">1. </w:t>
      </w:r>
      <w:r>
        <w:t>перевод на нижестоящую должность в органах внутренних дел</w:t>
      </w:r>
    </w:p>
    <w:p>
      <w:r>
        <w:rPr>
          <w:b/>
        </w:rPr>
        <w:t xml:space="preserve">1. </w:t>
      </w:r>
      <w:r>
        <w:t>увольнение со службы в органах внутренних дел</w:t>
      </w:r>
    </w:p>
    <w:p>
      <w:r>
        <w:rPr>
          <w:b/>
        </w:rPr>
        <w:t xml:space="preserve">2. </w:t>
      </w:r>
      <w:r>
        <w:t>лишение очередного увольнения из расположения образовательной организации; (В редакции Федерального закона от 02.07.2013 № 185-ФЗ) 3) отчисление из образовательной организации. (В редакции Федерального закона от 02.07.2013 № 185-ФЗ)</w:t>
      </w:r>
    </w:p>
    <w:p>
      <w:r>
        <w:rPr>
          <w:b/>
        </w:rPr>
        <w:t>Статья 501.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органов внутренних дел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частью 1 статьи 50 настоящего Федерального закона. (В редакции Федерального закона от 10.07.2023 № 286-ФЗ)</w:t>
      </w:r>
    </w:p>
    <w:p>
      <w:r>
        <w:rPr>
          <w:b/>
        </w:rPr>
        <w:t xml:space="preserve">2. </w:t>
      </w:r>
      <w:r>
        <w:t>Сотрудник органов внутренних дел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 (Дополнение статьей - Федеральный закон от 22.12.2014 № 431-ФЗ)</w:t>
      </w:r>
    </w:p>
    <w:p>
      <w:r>
        <w:rPr>
          <w:b/>
        </w:rPr>
        <w:t>Статья 51. Порядок применения к сотрудникам органов внутренних дел мер поощрения и порядок наложения на них дисциплинарных взысканий</w:t>
      </w:r>
    </w:p>
    <w:p>
      <w:r>
        <w:rPr>
          <w:b/>
        </w:rPr>
        <w:t xml:space="preserve">1. </w:t>
      </w:r>
      <w:r>
        <w:t>Порядок применения к сотрудникам органов внутренних дел мер поощрения, предусмотренных пунктами 1 - 6 и 9 части 1, частями 2 и 3 статьи 48 настоящего Федерального закона, устанавливается федеральным органом исполнительной власти в сфере внутренних дел</w:t>
      </w:r>
    </w:p>
    <w:p>
      <w:r>
        <w:rPr>
          <w:b/>
        </w:rPr>
        <w:t xml:space="preserve">11. </w:t>
      </w:r>
      <w:r>
        <w:t>К сотруднику органов внутренних дел, имеющему дисциплинарное взыскание, наложенное на него в письменной форме приказом руководителя федерального органа исполнительной власти в сфере внутренних дел или уполномоченного руководителя, может быть применена мера поощрения только в виде досрочного снятия ранее наложенного в письменной форме дисциплинарного взыскания. (Дополнение частью - Федеральный закон от 03.07.2016 № 300-ФЗ)</w:t>
      </w:r>
    </w:p>
    <w:p>
      <w:r>
        <w:rPr>
          <w:b/>
        </w:rPr>
        <w:t xml:space="preserve">2. </w:t>
      </w:r>
      <w:r>
        <w:t>К сотрудникам органов внутренних дел, замещающим должности в органах внутренних дел, назначение на которые и освобождение от которых осуществляются Президентом Российской Федерации, меры поощрения, предусмотренные пунктами 1 - 6 и 9 части 1 и частью 2 статьи 48 настоящего Федерального закона, могут применяться руководителем федерального органа исполнительной власти в сфере внутренних дел и (или) уполномоченным руководителем</w:t>
      </w:r>
    </w:p>
    <w:p>
      <w:r>
        <w:rPr>
          <w:b/>
        </w:rPr>
        <w:t xml:space="preserve">3. </w:t>
      </w:r>
      <w:r>
        <w:t>Дисциплинарные взыскания на сотрудника органов внутренних дел налагаются прямыми руководителями (начальниками) в пределах прав, предоставленных им руководителем федерального органа исполнительной власти в сфере внутренних дел, за исключением перевода на нижестоящую должность в органах внутренних дел и увольнения со службы в органах внутренних дел сотрудника, замещающего должность в органах внутренних дел, назначение на которую и освобождение от которой осуществляются Президентом Российской Федерации. О наложении дисциплинарного взыскания на сотрудника, замещающего должность в органах внутренних дел, назначение на которую и освобождение от которой осуществляются Президентом Российской Федерации, руководитель федерального органа исполнительной власти в сфере внутренних дел обязан проинформировать Президента Российской Федерации</w:t>
      </w:r>
    </w:p>
    <w:p>
      <w:r>
        <w:rPr>
          <w:b/>
        </w:rPr>
        <w:t xml:space="preserve">4. </w:t>
      </w:r>
      <w:r>
        <w:t>Правом наложения дисциплинарного взыскания, предоставленным нижестоящему руководителю (начальнику), обладает и прямой руководитель (начальник). Если на сотрудника органов внутренних дел необходимо наложить такое дисциплинарное взыскание, которое соответствующий руководитель (начальник) не имеет права налагать, он ходатайствует о наложении этого дисциплинарного взыскания перед вышестоящим руководителем (начальником)</w:t>
      </w:r>
    </w:p>
    <w:p>
      <w:r>
        <w:rPr>
          <w:b/>
        </w:rPr>
        <w:t xml:space="preserve">5. </w:t>
      </w:r>
      <w:r>
        <w:t>Вышестоящий руководитель (начальник) имеет право изменить или отменить дисциплинарное взыскание, наложенное нижестоящим руководителем (начальником), если оно не соответствует тяжести совершенного сотрудником органов внутренних дел дисциплинарного проступка. (В редакции Федерального закона от 02.08.2019 № 318-ФЗ)</w:t>
      </w:r>
    </w:p>
    <w:p>
      <w:r>
        <w:rPr>
          <w:b/>
        </w:rPr>
        <w:t xml:space="preserve">6. </w:t>
      </w:r>
      <w:r>
        <w:t>Дисциплинарное взыскание должно быть наложено не позднее чем через две недели со дня, когда прямому руководителю (начальнику) или непосредственному руководителю (начальнику) стало известно о совершении сотрудником органов внутренних дел дисциплинарного проступка, а в случае проведения служебной проверки или возбуждения уголовного дела -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 В указанные сроки не включаются периоды временной нетрудоспособности сотрудника, нахождения его в отпуске или в командировке</w:t>
      </w:r>
    </w:p>
    <w:p>
      <w:r>
        <w:rPr>
          <w:b/>
        </w:rPr>
        <w:t xml:space="preserve">7. </w:t>
      </w:r>
      <w:r>
        <w:t>Дисциплинарное взыскание не может быть наложено на сотрудника органов внутренних дел по истечении шести месяцев со дня совершения дисциплинарного проступка, а по результатам ревизии, проверки финансово-хозяйственной деятельности или аудиторской проверки - по истечении двух лет со дня совершения дисциплинарного проступка. В указанные сроки не включаются периоды временной нетрудоспособности сотрудника, нахождения его в отпуске или в командировке, а также время производства по уголовному делу. (В редакции Федерального закона от 02.08.2019 № 318-ФЗ)</w:t>
      </w:r>
    </w:p>
    <w:p>
      <w:r>
        <w:rPr>
          <w:b/>
        </w:rPr>
        <w:t xml:space="preserve">8. </w:t>
      </w:r>
      <w:r>
        <w:t>До наложения дисциплинарного взыскания от сотрудника органов внутренних дел, привлекаемого к ответственности, должно быть затребовано объяснение в письменной форме. В случае отказа сотрудника дать такое объяснение составляется соответствующий акт. Перед наложением дисциплинарного взыскания по решению руководителя федерального органа исполнительной власти в сфере внутренних дел или уполномоченного руководителя в соответствии со статьей 52 настоящего Федерального закона может быть проведена служебная проверка</w:t>
      </w:r>
    </w:p>
    <w:p>
      <w:r>
        <w:rPr>
          <w:b/>
        </w:rPr>
        <w:t xml:space="preserve">9. </w:t>
      </w:r>
      <w:r>
        <w:t>О наложении на сотрудника органов внутренних дел дисциплинарного взыскания издается приказ руководителя федерального органа исполнительной власти в сфере внутренних дел или уполномоченного руководителя. Дисциплинарное взыскание в виде замечания или выговора может объявляться публично в устной форме. В случае временной нетрудоспособности сотрудника, нахождения его в отпуске или в командировке приказ о наложении на него дисциплинарного взыскания издается после его выздоровления, выхода из отпуска или возвращения из командировки. Сотрудник считается привлеченным к дисциплинарной ответственности со дня издания приказа о наложении на него дисциплинарного взыскания либо со дня публичного объявления ему замечания или выговора в устной форме</w:t>
      </w:r>
    </w:p>
    <w:p>
      <w:r>
        <w:rPr>
          <w:b/>
        </w:rPr>
        <w:t xml:space="preserve">10. </w:t>
      </w:r>
      <w:r>
        <w:t>В приказе о наложении на сотрудника органов внутренних дел дисциплинарного взыскания указываются иные сотрудники, до сведения которых должен быть доведен этот приказ</w:t>
      </w:r>
    </w:p>
    <w:p>
      <w:r>
        <w:rPr>
          <w:b/>
        </w:rPr>
        <w:t xml:space="preserve">11. </w:t>
      </w:r>
      <w:r>
        <w:t>Уполномоченный руководитель обязан в течение трех рабочих дней ознакомить сотрудника органов внутренних дел под расписку с приказом о наложении на него дисциплинарного взыскания. В указанный срок не включаются периоды временной нетрудоспособности сотрудника, нахождения его в отпуске или в командировке, а также время, необходимое для прибытия сотрудника к месту ознакомления с приказом о наложении на него дисциплинарного взыскания или для доставки указанного приказа к месту службы сотрудника</w:t>
      </w:r>
    </w:p>
    <w:p>
      <w:r>
        <w:rPr>
          <w:b/>
        </w:rPr>
        <w:t xml:space="preserve">12. </w:t>
      </w:r>
      <w:r>
        <w:t>Об отказе или уклонении сотрудника органов внутренних дел от ознакомления с приказом о наложении на него дисциплинарного взыскания составляется акт, подписываемый уполномоченными должностными лицами</w:t>
      </w:r>
    </w:p>
    <w:p>
      <w:r>
        <w:rPr>
          <w:b/>
        </w:rPr>
        <w:t xml:space="preserve">13. </w:t>
      </w:r>
      <w:r>
        <w:t>Применяемые к сотруднику органов внутренних дел меры поощрения и налагаемые на него в письменной форме дисциплинарные взыскания заносятся в материалы личного дела сотрудника. Меры поощрения и дисциплинарные взыскания учитываются раздельно</w:t>
      </w:r>
    </w:p>
    <w:p>
      <w:r>
        <w:rPr>
          <w:b/>
        </w:rPr>
        <w:t xml:space="preserve">14. </w:t>
      </w:r>
      <w:r>
        <w:t>Дисциплинарное взыскание, наложенное на сотрудника органов внутренних дел приказом руководителя федерального органа исполнительной власти в сфере внутренних дел или уполномоченного руководителя, считается снятым по истечении одного года со дня его наложения либо со дня издания приказа о поощрении в виде досрочного снятия ранее наложенного на сотрудника дисциплинарного взыскания. Дисциплинарное взыскание, объявленное публично в устной форме, считается снятым по истечении одного месяца со дня его наложения. (В редакции федеральных законов от 03.07.2016 № 300-ФЗ, от 02.08.2019 № 318-ФЗ)</w:t>
      </w:r>
    </w:p>
    <w:p>
      <w:r>
        <w:rPr>
          <w:b/>
        </w:rPr>
        <w:t xml:space="preserve">15. </w:t>
      </w:r>
      <w:r>
        <w:t>Дисциплинарные взыскания, предусмотренные пунктами 5 и 6 части 1 статьи 50 настоящего Федерального закона, исполняются не позднее чем через два месяца со дня издания приказа об их наложении. В указанный срок не включаются периоды временной нетрудоспособности сотрудника органов внутренних дел, нахождения его в отпуске или в командировке</w:t>
      </w:r>
    </w:p>
    <w:p>
      <w:r>
        <w:rPr>
          <w:b/>
        </w:rPr>
        <w:t xml:space="preserve">16. </w:t>
      </w:r>
      <w:r>
        <w:t>Исполнение наложенного на сотрудника органов внутренних дел дисциплинарного взыскания в виде перевода на нижестоящую должность в органах внутренних дел осуществляется в порядке, установленном статьей 30 настоящего Федерального закона</w:t>
      </w:r>
    </w:p>
    <w:p>
      <w:r>
        <w:rPr>
          <w:b/>
        </w:rPr>
        <w:t xml:space="preserve">17. </w:t>
      </w:r>
      <w:r>
        <w:t>Исполнение наложенного на сотрудника органов внутренних дел дисциплинарного взыскания в виде увольнения со службы в органах внутренних дел осуществляется в соответствии с главой 12 настоящего Федерального закона</w:t>
      </w:r>
    </w:p>
    <w:p>
      <w:r>
        <w:rPr>
          <w:b/>
        </w:rPr>
        <w:t>Статья 511. Порядок наложения на сотрудников органов внутренних дел взысканий за коррупционные правонарушения</w:t>
      </w:r>
    </w:p>
    <w:p>
      <w:r>
        <w:rPr>
          <w:b/>
        </w:rPr>
        <w:t xml:space="preserve">1. </w:t>
      </w:r>
      <w:r>
        <w:t>Взыскания, предусмотренные статьями 501 и 821 настоящего Федерального закона, налагаются в порядке, установленном законодательством Российской Федерации о службе в органах внутренних дел, с учетом особенностей, установленных настоящей статьей</w:t>
      </w:r>
    </w:p>
    <w:p>
      <w:r>
        <w:rPr>
          <w:b/>
        </w:rPr>
        <w:t xml:space="preserve">2. </w:t>
      </w:r>
      <w:r>
        <w:t>Взыскания, предусмотренные статьями 501 и 821 настоящего Федерального закона, налагаются на основании доклада о результатах проверки, проведенной подразделением по профилактике коррупционных и иных правонарушений кадрового подразделения федерального органа исполнительной власти в сфере внутренних дел, его территориального органа, подразделения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органов внутренних дел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по профилактике коррупционных и иных правонарушений кадрового подразделения федерального органа исполнительной власти в сфере внутренних дел, его территориального органа,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федеральных законов от 03.08.2018 № 307-ФЗ, от 13.06.2023 № 258-ФЗ)</w:t>
      </w:r>
    </w:p>
    <w:p>
      <w:r>
        <w:rPr>
          <w:b/>
        </w:rPr>
        <w:t xml:space="preserve">3. </w:t>
      </w:r>
      <w:r>
        <w:t>При наложении взысканий, предусмотренных статьями 501 и 821 настоящего Федерального закона, учитываются характер совершенного сотрудником органов внутренних дел коррупционного правонарушения, его тяжесть, обстоятельства, при которых оно совершено, соблюдение сотрудником органов внутренних дел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выполнения сотрудником органов внутренних дел своих служебных обязанностей</w:t>
      </w:r>
    </w:p>
    <w:p>
      <w:r>
        <w:rPr>
          <w:b/>
        </w:rPr>
        <w:t xml:space="preserve">4. </w:t>
      </w:r>
      <w:r>
        <w:t>Взыскание в виде замечания или выговора может быть наложено на сотрудника органов внутренних дел при малозначительности совершенного им коррупционного правонарушения. (В редакции Федерального закона от 03.08.2018 № 307-ФЗ)</w:t>
      </w:r>
    </w:p>
    <w:p>
      <w:r>
        <w:rPr>
          <w:b/>
        </w:rPr>
        <w:t xml:space="preserve">5. </w:t>
      </w:r>
      <w:r>
        <w:t>Взыскания, предусмотренные статьями 501 и 821 настоящего Федерального закона, налагаются не позднее шести месяцев со дня поступления информации о совершении сотрудником органов внутренних дел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6. </w:t>
      </w:r>
      <w:r>
        <w:t>В акте о наложении на сотрудника органов внутренних дел взыскания в случае совершения им коррупционного правонарушения в качестве основания наложения взыскания указывается статья 501 или 821 настоящего Федерального закона</w:t>
      </w:r>
    </w:p>
    <w:p>
      <w:r>
        <w:rPr>
          <w:b/>
        </w:rPr>
        <w:t xml:space="preserve">7. </w:t>
      </w:r>
      <w:r>
        <w:t>Копия акта о наложении на сотрудника органов внутренних дел взыскания с указанием коррупционного правонарушения и нормативных правовых актов, положения которых им нарушены, или об отказе в наложении на сотрудника органов внутренних дел такого взыскания с указанием мотивов вручается сотруднику органов внутренних дел под расписку в течение пяти дней со дня издания соответствующего акта</w:t>
      </w:r>
    </w:p>
    <w:p>
      <w:r>
        <w:rPr>
          <w:b/>
        </w:rPr>
        <w:t xml:space="preserve">8. </w:t>
      </w:r>
      <w:r>
        <w:t>Сотрудник органов внутренних дел вправе обжаловать взыскание в письменной форме в установленном порядке</w:t>
      </w:r>
    </w:p>
    <w:p>
      <w:r>
        <w:rPr>
          <w:b/>
        </w:rPr>
        <w:t xml:space="preserve">9. </w:t>
      </w:r>
      <w:r>
        <w:t>Если в течение одного года со дня наложения взыскания сотрудник органов внутренних дел не был подвергнут дисциплинарному взысканию, предусмотренному пунктом 1, 2, 3, 4 или 5 части 1 статьи 50 настоящего Федерального закона, или взысканию, предусмотренному статьей 501 настоящего Федерального закона, он считается не имеющим взыскания. (Дополнение статьей - Федеральный закон от 22.12.2014 № 431-ФЗ)</w:t>
      </w:r>
    </w:p>
    <w:p>
      <w:r>
        <w:rPr>
          <w:b/>
        </w:rPr>
        <w:t>Статья 52. Служебная проверка</w:t>
      </w:r>
    </w:p>
    <w:p>
      <w:r>
        <w:rPr>
          <w:b/>
        </w:rPr>
        <w:t xml:space="preserve">1. </w:t>
      </w:r>
      <w:r>
        <w:t>Служебная проверка проводится по решению руководителя федерального органа исполнительной власти в сфере внутренних дел или уполномоченного руководителя при необходимости выявления причин, характера и обстоятельств совершенного сотрудником органов внутренних дел дисциплинарного проступка, подтверждения наличия или отсутствия обстоятельств, предусмотренных статьей 14 настоящего Федерального закона, а также по заявлению сотрудника. (В редакции Федерального закона от 12.02.2015 № 16-ФЗ)</w:t>
      </w:r>
    </w:p>
    <w:p>
      <w:r>
        <w:rPr>
          <w:b/>
        </w:rPr>
        <w:t xml:space="preserve">2. </w:t>
      </w:r>
      <w:r>
        <w:t>В проведении служебной проверки не может участвовать сотрудник органов внутренних дел, прямо или косвенно заинтересованный в ее результатах. В этом случае он обязан подать руководителю федерального органа исполнительной власти в сфере внутренних дел или уполномоченному руководителю, принявшим решение о проведении служебной проверки, рапорт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а срок проверки, установленный частью 4 настоящей статьи, продлевается на десять дней</w:t>
      </w:r>
    </w:p>
    <w:p>
      <w:r>
        <w:rPr>
          <w:b/>
        </w:rPr>
        <w:t xml:space="preserve">3. </w:t>
      </w:r>
      <w:r>
        <w:t>При проведении служебной проверки в отношении сотрудника органов внутренних дел должны быть приняты меры по объективному и всестороннему установлению</w:t>
      </w:r>
    </w:p>
    <w:p>
      <w:r>
        <w:rPr>
          <w:b/>
        </w:rPr>
        <w:t xml:space="preserve">4. </w:t>
      </w:r>
      <w:r>
        <w:t>Служебная проверка проводится в течение тридцати дней со дня принятия решения о ее проведении. Срок проведения служебной проверки по решению руководителя федерального органа исполнительной власти в сфере внутренних дел или уполномоченного руководителя может быть продлен, но не более чем на тридцать дней. В срок проведения служебной проверки не включаются периоды временной нетрудоспособности сотрудника органов внутренних дел, в отношении которого проводится служебная проверка, нахождения его в отпуске или в командировке, а также время отсутствия сотрудника на службе по иным уважительным причинам. (В редакции Федерального закона от 03.07.2016 № 300-ФЗ)</w:t>
      </w:r>
    </w:p>
    <w:p>
      <w:r>
        <w:rPr>
          <w:b/>
        </w:rPr>
        <w:t xml:space="preserve">5. </w:t>
      </w:r>
      <w:r>
        <w:t>Результаты служебной проверки представляются руководителю федерального органа исполнительной власти в сфере внутренних дел или уполномоченному руководителю, принявшим решение о проведении служебной проверки, в письменной форме в виде заключения не позднее чем через три дня со дня завершения проверки. Указанное заключение утверждается руководителем федерального органа исполнительной власти в сфере внутренних дел или уполномоченным руководителем, принявшими решение о проведении служебной проверки, не позднее чем через пять дней со дня представления заключения</w:t>
      </w:r>
    </w:p>
    <w:p>
      <w:r>
        <w:rPr>
          <w:b/>
        </w:rPr>
        <w:t xml:space="preserve">6. </w:t>
      </w:r>
      <w:r>
        <w:t>Сотрудник органов внутренних дел, в отношении которого проводится служебная проверка</w:t>
      </w:r>
    </w:p>
    <w:p>
      <w:r>
        <w:rPr>
          <w:b/>
        </w:rPr>
        <w:t xml:space="preserve">7. </w:t>
      </w:r>
      <w:r>
        <w:t>В заключении по результатам служебной проверки указываются</w:t>
      </w:r>
    </w:p>
    <w:p>
      <w:r>
        <w:rPr>
          <w:b/>
        </w:rPr>
        <w:t xml:space="preserve">8. </w:t>
      </w:r>
      <w:r>
        <w:t>Заключение по результатам служебной проверки подписывается лицами, ее проводившими, и утверждается руководителем федерального органа исполнительной власти в сфере внутренних дел или уполномоченным руководителем, принявшими решение о проведении служебной проверки</w:t>
      </w:r>
    </w:p>
    <w:p>
      <w:r>
        <w:rPr>
          <w:b/>
        </w:rPr>
        <w:t xml:space="preserve">9. </w:t>
      </w:r>
      <w:r>
        <w:t>Порядок проведения служебной проверки устанавливается федеральным органом исполнительной власти в сфере внутренних дел</w:t>
      </w:r>
    </w:p>
    <w:p>
      <w:r>
        <w:rPr>
          <w:b/>
        </w:rPr>
        <w:t xml:space="preserve">3. </w:t>
      </w:r>
      <w:r>
        <w:t>фактов и обстоятельств совершения сотрудником дисциплинарного проступка</w:t>
      </w:r>
    </w:p>
    <w:p>
      <w:r>
        <w:rPr>
          <w:b/>
        </w:rPr>
        <w:t xml:space="preserve">3. </w:t>
      </w:r>
      <w:r>
        <w:t>вины сотрудника</w:t>
      </w:r>
    </w:p>
    <w:p>
      <w:r>
        <w:rPr>
          <w:b/>
        </w:rPr>
        <w:t xml:space="preserve">3. </w:t>
      </w:r>
      <w:r>
        <w:t>причин и условий, способствовавших совершению сотрудником дисциплинарного проступка</w:t>
      </w:r>
    </w:p>
    <w:p>
      <w:r>
        <w:rPr>
          <w:b/>
        </w:rPr>
        <w:t xml:space="preserve">3. </w:t>
      </w:r>
      <w:r>
        <w:t>характера и размера вреда, причиненного сотрудником в результате совершения дисциплинарного проступка</w:t>
      </w:r>
    </w:p>
    <w:p>
      <w:r>
        <w:rPr>
          <w:b/>
        </w:rPr>
        <w:t xml:space="preserve">3. </w:t>
      </w:r>
      <w:r>
        <w:t>наличия или отсутствия обстоятельств, препятствующих прохождению сотрудником службы в органах внутренних дел</w:t>
      </w:r>
    </w:p>
    <w:p>
      <w:r>
        <w:rPr>
          <w:b/>
        </w:rPr>
        <w:t xml:space="preserve">6. </w:t>
      </w:r>
      <w:r>
        <w:t>обязан давать объяснения в письменной форме по обстоятельствам проведения служебной проверки, если это не связано со свидетельствованием против самого себя</w:t>
      </w:r>
    </w:p>
    <w:p>
      <w:r>
        <w:rPr>
          <w:b/>
        </w:rPr>
        <w:t xml:space="preserve">6. </w:t>
      </w:r>
      <w:r>
        <w:t>имеет право:</w:t>
      </w:r>
    </w:p>
    <w:p>
      <w:r>
        <w:rPr>
          <w:b/>
        </w:rPr>
        <w:t xml:space="preserve">6. </w:t>
      </w:r>
      <w:r>
        <w:t>представлять заявления, ходатайства и иные документы</w:t>
      </w:r>
    </w:p>
    <w:p>
      <w:r>
        <w:rPr>
          <w:b/>
        </w:rPr>
        <w:t xml:space="preserve">6. </w:t>
      </w:r>
      <w:r>
        <w:t>обжаловать решения и действия (бездействие) сотрудников, проводящих служебную проверку, руководителю федерального органа исполнительной власти в сфере внутренних дел или уполномоченному руководителю, принявшим решение о проведении служебной проверки</w:t>
      </w:r>
    </w:p>
    <w:p>
      <w:r>
        <w:rPr>
          <w:b/>
        </w:rPr>
        <w:t xml:space="preserve">6. </w:t>
      </w:r>
      <w:r>
        <w:t>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иную охраняемую законом тайну</w:t>
      </w:r>
    </w:p>
    <w:p>
      <w:r>
        <w:rPr>
          <w:b/>
        </w:rPr>
        <w:t xml:space="preserve">6. </w:t>
      </w:r>
      <w:r>
        <w:t>потребовать провести проверку своих объяснений с помощью психофизиологических исследований (обследований)</w:t>
      </w:r>
    </w:p>
    <w:p>
      <w:r>
        <w:rPr>
          <w:b/>
        </w:rPr>
        <w:t xml:space="preserve">7. </w:t>
      </w:r>
      <w:r>
        <w:t>установленные факты и обстоятельства</w:t>
      </w:r>
    </w:p>
    <w:p>
      <w:r>
        <w:rPr>
          <w:b/>
        </w:rPr>
        <w:t xml:space="preserve">7. </w:t>
      </w:r>
      <w:r>
        <w:t>предложения, касающиеся наложения на сотрудника органов внутренних дел дисциплинарного взыскания</w:t>
      </w:r>
    </w:p>
    <w:p>
      <w:pPr>
        <w:pStyle w:val="Heading3"/>
      </w:pPr>
      <w:r>
        <w:t>Служебное время и время отдыха сотрудника органов внутренних дел</w:t>
      </w:r>
    </w:p>
    <w:p>
      <w:r>
        <w:rPr>
          <w:b/>
        </w:rPr>
        <w:t>Статья 53. Служебное время</w:t>
      </w:r>
    </w:p>
    <w:p>
      <w:r>
        <w:rPr>
          <w:b/>
        </w:rPr>
        <w:t xml:space="preserve">1. </w:t>
      </w:r>
      <w:r>
        <w:t>Служебное время - период времени, в течение которого сотрудник органов внутренних дел в соответствии с правилами внутреннего служебного распорядка федерального органа исполнительной власти в сфере внутренних дел, его территориального органа, подразделения, должностным регламентом (должностной инструкцией) и условиями контракта должен выполнять свои служебные обязанности, а также иные периоды времени, которые в соответствии с федеральными законами и нормативными правовыми актами федерального органа исполнительной власти в сфере внутренних дел относятся к служебному времени. Формы документов учета служебного времени сотрудников органов внутренних дел и порядок их заполнения определяются федеральным органом исполнительной власти в сфере внутренних дел. (В редакции Федерального закона от 02.08.2019 № 318-ФЗ)</w:t>
      </w:r>
    </w:p>
    <w:p>
      <w:r>
        <w:rPr>
          <w:b/>
        </w:rPr>
        <w:t xml:space="preserve">2. </w:t>
      </w:r>
      <w:r>
        <w:t>Нормальная продолжительность служебного времени для сотрудника органов внутренних дел не может превышать 40 часов в неделю, а для сотрудника женского пола, проходящего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- 36 часов в неделю. Для сотрудника устанавливается пятидневная служебная неделя. Перечень районов Крайнего Севера, приравненных к ним местностей и других местностей с неблагоприятными климатическими или экологическими условиями, в том числе отдаленных, для предоставления сотрудникам органов внутренних дел социальных гарантий, предусмотренных настоящей частью и частью 1 статьи 57 настоящего Федерального закона, устанавливается Правительством Российской Федерации. (В редакции Федерального закона от 02.08.2019 № 318-ФЗ)</w:t>
      </w:r>
    </w:p>
    <w:p>
      <w:r>
        <w:rPr>
          <w:b/>
        </w:rPr>
        <w:t xml:space="preserve">3. </w:t>
      </w:r>
      <w:r>
        <w:t>Для сотрудников органов внутренних дел, проходящих обучение в образовательных организациях федерального органа исполнительной власти в сфере внутренних дел, устанавливается шестидневная служебная неделя. Для сотрудников, замещающих должности педагогических работников и (или) проходящих обучение в образовательных организациях федерального органа исполнительной власти в сфере внутренних дел, нормальная продолжительность служебного времени устанавливается в соответствии с настоящим Федеральным законом. (В редакции Федерального закона от 02.08.2019 № 318-ФЗ)</w:t>
      </w:r>
    </w:p>
    <w:p>
      <w:r>
        <w:rPr>
          <w:b/>
        </w:rPr>
        <w:t xml:space="preserve">4. </w:t>
      </w:r>
      <w:r>
        <w:t>Для сотрудников органов внутренних дел, проходящих службу во вредных условиях, устанавливается сокращенное служебное время - не более 36 часов в неделю. Перечень (список) должностей в органах внутренних дел, по которым устанавливается сокращенное служебное время, а также порядок и условия прохождения сотрудниками службы во вредных условиях утверждаются федеральным органом исполнительной власти в сфере внутренних дел</w:t>
      </w:r>
    </w:p>
    <w:p>
      <w:r>
        <w:rPr>
          <w:b/>
        </w:rPr>
        <w:t xml:space="preserve">5. </w:t>
      </w:r>
      <w:r>
        <w:t>Ненормированный служебный день устанавливается для сотрудников органов внутренних дел, замещающих должности руководителей (начальников) из числа должностей старшего и высшего начальствующего состава. Приказом руководителя федерального органа исполнительной власти в сфере внутренних дел или уполномоченного руководителя может устанавливаться ненормированный служебный день для сотрудников, замещающих иные должности, определяемые перечнем должностей в органах внутренних дел, утверждаемым федеральным органом исполнительной власти в сфере внутренних дел. Сотрудникам, для которых установлен ненормированный служебный день, предоставляется дополнительный отпуск в соответствии с частью 5 статьи 58 настоящего Федерального закона. (В редакции Федерального закона от 03.07.2016 № 300-ФЗ)</w:t>
      </w:r>
    </w:p>
    <w:p>
      <w:r>
        <w:rPr>
          <w:b/>
        </w:rPr>
        <w:t xml:space="preserve">6. </w:t>
      </w:r>
      <w:r>
        <w:t>Сотрудник органов внутренних дел в случае необходимости может привлекаться к выполнению служебных обязанностей сверх установленной нормальной продолжительности служебного времени, а также в ночное время, в выходные и нерабочие праздничные дни в порядке, определяемом федеральным органом исполнительной власти в сфере внутренних дел. В этом случае сотруднику предоставляется компенсация в виде отдыха соответствующей продолжительности в другие дни недели. В случае, если предоставление такого отдыха в данный период невозможно, время выполнения служебных обязанностей сверх установленной нормальной продолжительности служебного времени, а также в ночное время, в выходные и нерабочие праздничные дни суммируется и сотруднику предоставляются дополнительные дни отдыха соответствующей продолжительности, которые по его желанию могут быть присоединены к основному или дополнительному отпуску. По просьбе сотрудника вместо предоставления дополнительных дней отдыха ему может быть выплачена денежная компенсация. (В редакции Федерального закона от 02.08.2019 № 318-ФЗ)</w:t>
      </w:r>
    </w:p>
    <w:p>
      <w:r>
        <w:rPr>
          <w:b/>
        </w:rPr>
        <w:t xml:space="preserve">7. </w:t>
      </w:r>
      <w:r>
        <w:t>Продолжительность служебного дня накануне нерабочих праздничных дней сокращается на один час</w:t>
      </w:r>
    </w:p>
    <w:p>
      <w:r>
        <w:rPr>
          <w:b/>
        </w:rPr>
        <w:t xml:space="preserve">8. </w:t>
      </w:r>
      <w:r>
        <w:t>При совпадении выходного и нерабочего праздничного дней выходной день переносится в порядке, определяемом трудовым законодательством</w:t>
      </w:r>
    </w:p>
    <w:p>
      <w:r>
        <w:rPr>
          <w:b/>
        </w:rPr>
        <w:t xml:space="preserve">9. </w:t>
      </w:r>
      <w:r>
        <w:t>Продолжительность служебного времени сотрудника органов внутренних дел в дневное и ночное время одинакова</w:t>
      </w:r>
    </w:p>
    <w:p>
      <w:r>
        <w:rPr>
          <w:b/>
        </w:rPr>
        <w:t xml:space="preserve">10. </w:t>
      </w:r>
      <w:r>
        <w:t>Порядок предоставления сотруднику органов внутренних дел дополнительного отпуска, дополнительных дней отдыха и порядок выплаты денежной компенсации, которые предусмотрены частями 5 и 6 настоящей статьи, определяются федеральным органом исполнительной власти в сфере внутренних дел</w:t>
      </w:r>
    </w:p>
    <w:p>
      <w:r>
        <w:rPr>
          <w:b/>
        </w:rPr>
        <w:t xml:space="preserve">11. </w:t>
      </w:r>
      <w:r>
        <w:t>Для выполнения служебных поручений вне места постоянной службы сотрудник органов внутренних дел в соответствии с настоящим Федеральным законом и Федеральным законом "О полиции" может быть направлен в служебную командировку. Порядок и условия командирования сотрудника определяются руководителем федерального органа исполнительной власти в сфере внутренних дел</w:t>
      </w:r>
    </w:p>
    <w:p>
      <w:r>
        <w:rPr>
          <w:b/>
        </w:rPr>
        <w:t xml:space="preserve">12. </w:t>
      </w:r>
      <w:r>
        <w:t>В случае, если один из работающих родителей (опекун, попечитель) или родители (опекуны, попечители) являются сотрудниками органов внутренних дел, таким родителям (опекунам, попечителям) для ухода за детьми-инвалидами и инвалидами с детства до достижения ими 18 лет предоставляются четыре дополнительных выходных дня в месяц. Указанные выходные дни могут быть использованы одним из родителей (опекуном, попечителем) либо разделены родителями (опекунами, попечителями) между собой по их усмотрению. (Дополнение частью - Федеральный закон от 02.08.2019 № 318-ФЗ)</w:t>
      </w:r>
    </w:p>
    <w:p>
      <w:r>
        <w:rPr>
          <w:b/>
        </w:rPr>
        <w:t>Статья 54. Режим служебного времени</w:t>
      </w:r>
    </w:p>
    <w:p>
      <w:r>
        <w:rPr>
          <w:b/>
        </w:rPr>
        <w:t xml:space="preserve">1. </w:t>
      </w:r>
      <w:r>
        <w:t>Режим служебного времени сотрудника органов внутренних дел устанавливается правилами внутреннего служебного распорядка федерального органа исполнительной власти в сфере внутренних дел, его территориального органа, подразделения. Особенности режима служебного времени сотрудника могут определяться законодательством Российской Федерации, должностным регламентом (должностной инструкцией) и контрактом</w:t>
      </w:r>
    </w:p>
    <w:p>
      <w:r>
        <w:rPr>
          <w:b/>
        </w:rPr>
        <w:t xml:space="preserve">2. </w:t>
      </w:r>
      <w:r>
        <w:t>Режим служебного времени сотрудника органов внутренних дел должен предусматривать определенное количество служебных и выходных дней в неделю, продолжительность служебного дня и перерыва в течение служебного дня</w:t>
      </w:r>
    </w:p>
    <w:p>
      <w:r>
        <w:rPr>
          <w:b/>
        </w:rPr>
        <w:t xml:space="preserve">3. </w:t>
      </w:r>
      <w:r>
        <w:t>Правила внутреннего служебного распорядка федерального органа исполнительной власти в сфере внутренних дел, его территориального органа, подразделения утверждаются в порядке, определяемом федеральным органом исполнительной власти в сфере внутренних дел</w:t>
      </w:r>
    </w:p>
    <w:p>
      <w:r>
        <w:rPr>
          <w:b/>
        </w:rPr>
        <w:t>Статья 55. Время отдыха</w:t>
      </w:r>
    </w:p>
    <w:p>
      <w:r>
        <w:rPr>
          <w:b/>
        </w:rPr>
        <w:t xml:space="preserve">1. </w:t>
      </w:r>
      <w:r>
        <w:t>Время отдыха - время, в течение которого сотрудник органов внутренних дел свободен от выполнения служебных обязанностей</w:t>
      </w:r>
    </w:p>
    <w:p>
      <w:r>
        <w:rPr>
          <w:b/>
        </w:rPr>
        <w:t xml:space="preserve">2. </w:t>
      </w:r>
      <w:r>
        <w:t>Для сотрудника органов внутренних дел устанавливаются следующие виды времени отдыха: перерыв в течение служебного дня, ежедневный отдых, выходные дни (еженедельный непрерывный отдых), нерабочие праздничные дни и отпуска</w:t>
      </w:r>
    </w:p>
    <w:p>
      <w:r>
        <w:rPr>
          <w:b/>
        </w:rPr>
        <w:t>Статья 56. Отпуска на службе в органах внутренних дел</w:t>
      </w:r>
    </w:p>
    <w:p>
      <w:r>
        <w:rPr>
          <w:b/>
        </w:rPr>
        <w:t xml:space="preserve">1. </w:t>
      </w:r>
      <w:r>
        <w:t>Сотруднику органов внутренних дел предоставляются следующие виды отпусков с сохранением денежного довольствия</w:t>
      </w:r>
    </w:p>
    <w:p>
      <w:r>
        <w:rPr>
          <w:b/>
        </w:rPr>
        <w:t xml:space="preserve">2. </w:t>
      </w:r>
      <w:r>
        <w:t>Основной и дополнительные отпуска сотруднику органов внутренних дел предоставляются ежегодно начиная с года поступления на службу в органы внутренних дел</w:t>
      </w:r>
    </w:p>
    <w:p>
      <w:r>
        <w:rPr>
          <w:b/>
        </w:rPr>
        <w:t xml:space="preserve">3. </w:t>
      </w:r>
      <w:r>
        <w:t>Продолжительность отпуска, предоставляемого сотруднику органов внутренних дел в год поступления на службу в органы внутренних дел,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начала службы в органах внутренних дел до окончания текущего календарного года. Отпуск продолжительностью менее 10 календарных дней присоединяется к основному отпуску за следующий календарный год</w:t>
      </w:r>
    </w:p>
    <w:p>
      <w:r>
        <w:rPr>
          <w:b/>
        </w:rPr>
        <w:t xml:space="preserve">4. </w:t>
      </w:r>
      <w:r>
        <w:t>Основной отпуск за второй и последующие годы службы в органах внутренних дел предоставляется сотруднику органов внутренних дел в любое время в течение года в соответствии с графиком, утверждаемым руководителем федерального органа исполнительной власти в сфере внутренних дел или уполномоченным руководителем. При этом дополнительные отпуска суммируются и могут предоставляться одновременно с основным отпуском или отдельно от него по желанию сотрудника. В этом случае общая продолжительность непрерывного отпуска не должна превышать 60 календарных дней (без учета времени на проезд к месту проведения отпуска и обратно). Продолжительность непрерывного отпуска, установленная настоящей частью, не распространяется на сотрудника, проходящего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w:t>
      </w:r>
    </w:p>
    <w:p>
      <w:r>
        <w:rPr>
          <w:b/>
        </w:rPr>
        <w:t xml:space="preserve">41. </w:t>
      </w:r>
      <w:r>
        <w:t>Продолжительность отпуска, предоставляемого сотруднику органов внутренних дел в год окончания отпуска по уходу за ребенком до достижения им возраста трех лет,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окончания отпуска по уходу за ребенком до окончания текущего календарного года. Отпуск продолжительностью менее 10 календарных дней присоединяется к основному отпуску за следующий календарный год. (Дополнение частью - Федеральный закон от 03.07.2016 № 300-ФЗ)</w:t>
      </w:r>
    </w:p>
    <w:p>
      <w:r>
        <w:rPr>
          <w:b/>
        </w:rPr>
        <w:t xml:space="preserve">5. </w:t>
      </w:r>
      <w:r>
        <w:t>Основной отпуск, отпуск по личным обстоятельствам, отпуск по окончании образовательной организации высшего образования федерального органа исполнительной власти в сфере внутренних дел и отпуск, предоставленный сотруднику органов внутренних дел в год поступления на службу в органы внутренних дел продолжительностью 10 календарных дней и более, увеличиваются на количество календарных дней, необходимых для проезда к месту проведения отпуска и обратно с учетом вида транспорта, но не менее чем на одни сутки в один конец. Сотрудник, которому предоставлены дни, необходимые для проезда к месту проведения отпуска и обратно, по окончании отпуска представляет документы, подтверждающие время, затраченное на проезд. Перечень документов, подтверждающих время, затраченное на проезд к месту проведения отпуска и обратно, и порядок их представления устанавливаются руководителем федерального органа исполнительной власти в сфере внутренних дел. (В редакции федеральных законов от 02.07.2013 № 185-ФЗ, от 02.08.2019 № 318-ФЗ)</w:t>
      </w:r>
    </w:p>
    <w:p>
      <w:r>
        <w:rPr>
          <w:b/>
        </w:rPr>
        <w:t xml:space="preserve">6. </w:t>
      </w:r>
      <w:r>
        <w:t>В исключительных случаях, когда отсутствие сотрудника органов внутренних дел на службе в органах внутренних дел влечет за собой невозможность надлежащего осуществления федеральным органом исполнительной власти в сфере внутренних дел, его территориальным органом, подразделением функций, установленных законодательством Российской Федерации, определенный графиком срок предоставления отпуска может быть по согласованию с сотрудником перенесен приказом руководителя федерального органа исполнительной власти в сфере внутренних дел или уполномоченного руководителя</w:t>
      </w:r>
    </w:p>
    <w:p>
      <w:r>
        <w:rPr>
          <w:b/>
        </w:rPr>
        <w:t xml:space="preserve">7. </w:t>
      </w:r>
      <w:r>
        <w:t>Часть основного отпуска сотрудника органов внутренних дел, превышающая 30 календарных дней, может быть по его желанию заменена денежной компенсацией в порядке, устанавливаемом федеральным органом исполнительной власти в сфере внутренних дел. Сотруднику,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а также во вредных условиях, замена части отпуска денежной компенсацией, как правило, не допускается, за исключением случая его увольнения со службы в органах внутренних дел</w:t>
      </w:r>
    </w:p>
    <w:p>
      <w:r>
        <w:rPr>
          <w:b/>
        </w:rPr>
        <w:t xml:space="preserve">8. </w:t>
      </w:r>
      <w:r>
        <w:t>Сотруднику органов внутренних дел женского пола, являющемуся матерью (усыновителем), предоставляется отпуск по уходу за ребенком до достижения им возраста трех лет в порядке, установленном трудовым законодательством. Указанный отпуск может быть предоставлен сотруднику, являющемуся отцом (усыновителем), опекуном, бабушкой, дедом и фактически осуществляющему уход за ребенком, только в случае отсутствия материнского попечения по объективным причинам (смерть матери, лишение ее родительских прав, длительное пребывание в медицинской организации и другие причины) на период отсутствия материнского попечения. На такого сотрудника в части, не противоречащей настоящему Федеральному закону, распространяются социальные гарантии, установленные трудовым законодательством. (В редакции Федерального закона от 02.08.2019 № 318-ФЗ)</w:t>
      </w:r>
    </w:p>
    <w:p>
      <w:r>
        <w:rPr>
          <w:b/>
        </w:rPr>
        <w:t xml:space="preserve">9. </w:t>
      </w:r>
      <w:r>
        <w:t>Сотруднику органов внутренних дел, замещающему должность педагогического работника образовательной организации высшего образования федерального органа исполнительной власти в сфере внутренних дел, основной отпуск и дополнительный отпуск за стаж службы в органах внутренних дел предоставляются, как правило, в период каникулярных отпусков курсантов, слушателей, за исключением случая предоставления такому сотруднику путевки на лечение в иное время. (В редакции Федерального закона от 02.07.2013 № 185-ФЗ)</w:t>
      </w:r>
    </w:p>
    <w:p>
      <w:r>
        <w:rPr>
          <w:b/>
        </w:rPr>
        <w:t xml:space="preserve">10. </w:t>
      </w:r>
      <w:r>
        <w:t>При переводе сотрудника органов внутренних дел в другую местность не использованные им основной отпуск и дополнительные отпуска предоставляются, как правило, по прежнему месту службы в органах внутренних дел, а при невозможности этого по новому месту службы в соответствии с настоящей главой</w:t>
      </w:r>
    </w:p>
    <w:p>
      <w:r>
        <w:rPr>
          <w:b/>
        </w:rPr>
        <w:t xml:space="preserve">11. </w:t>
      </w:r>
      <w:r>
        <w:t>Сотруднику органов внутренних дел, увольняемому со службы в органах внутренних дел по основанию, предусмотренному пунктом 1, 2, 3, 4, 9, 11, 16, 17 или 18 части 2 статьи 82 настоящего Федерального закона, по его рапорту могут быть предоставлены предусмотренные законодательством Российской Федерации неиспользованные отпуска за предшествующий и текущий годы. (В редакции Федерального закона от 02.08.2019 № 318-ФЗ)</w:t>
      </w:r>
    </w:p>
    <w:p>
      <w:r>
        <w:rPr>
          <w:b/>
        </w:rPr>
        <w:t xml:space="preserve">12. </w:t>
      </w:r>
      <w:r>
        <w:t>Предоставление сотруднику органов внутренних дел отпуска, соединение или разделение отпусков, продление или перенос отпуска, замена части отпуска денежной компенсацией и отзыв сотрудника из отпуска оформляются приказом руководителя федерального органа исполнительной власти в сфере внутренних дел или уполномоченного руководителя</w:t>
      </w:r>
    </w:p>
    <w:p>
      <w:r>
        <w:rPr>
          <w:b/>
        </w:rPr>
        <w:t xml:space="preserve">1. </w:t>
      </w:r>
      <w:r>
        <w:t>основной отпуск</w:t>
      </w:r>
    </w:p>
    <w:p>
      <w:r>
        <w:rPr>
          <w:b/>
        </w:rPr>
        <w:t xml:space="preserve">1. </w:t>
      </w:r>
      <w:r>
        <w:t>дополнительные отпуска</w:t>
      </w:r>
    </w:p>
    <w:p>
      <w:r>
        <w:rPr>
          <w:b/>
        </w:rPr>
        <w:t xml:space="preserve">1. </w:t>
      </w:r>
      <w:r>
        <w:t>каникулярный отпуск</w:t>
      </w:r>
    </w:p>
    <w:p>
      <w:r>
        <w:rPr>
          <w:b/>
        </w:rPr>
        <w:t xml:space="preserve">1. </w:t>
      </w:r>
      <w:r>
        <w:t>отпуск по личным обстоятельствам</w:t>
      </w:r>
    </w:p>
    <w:p>
      <w:r>
        <w:rPr>
          <w:b/>
        </w:rPr>
        <w:t xml:space="preserve">1. </w:t>
      </w:r>
      <w:r>
        <w:t>отпуск по окончании образовательной организации высшего образования федерального органа исполнительной власти в сфере внутренних дел; (В редакции Федерального закона от 02.07.2013 № 185-ФЗ) 6) другие виды отпусков в случае, если их оплата предусмотрена законодательством Российской Федерации</w:t>
      </w:r>
    </w:p>
    <w:p>
      <w:r>
        <w:rPr>
          <w:b/>
        </w:rPr>
        <w:t>Статья 57. Основной отпуск</w:t>
      </w:r>
    </w:p>
    <w:p>
      <w:r>
        <w:rPr>
          <w:b/>
        </w:rPr>
        <w:t xml:space="preserve">1. </w:t>
      </w:r>
      <w:r>
        <w:t>Сотруднику органов внутренних дел ежегодно предоставляется основной отпуск продолжительностью 30 календарных дней, а сотруднику,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- 45 календарных дней</w:t>
      </w:r>
    </w:p>
    <w:p>
      <w:r>
        <w:rPr>
          <w:b/>
        </w:rPr>
        <w:t xml:space="preserve">2. </w:t>
      </w:r>
      <w:r>
        <w:t>При определении продолжительности основного отпуска выходные и нерабочие праздничные дни (но не более 10 дней), приходящиеся на период отпуска, в число календарных дней отпуска не включаются</w:t>
      </w:r>
    </w:p>
    <w:p>
      <w:r>
        <w:rPr>
          <w:b/>
        </w:rPr>
        <w:t xml:space="preserve">3. </w:t>
      </w:r>
      <w:r>
        <w:t>Сотруднику органов внутренних дел, не реализовавшему свое право на основной отпуск в определенный графиком срок, отпуск должен быть предоставлен в удобное для него время до окончания текущего года либо в течение следующего года</w:t>
      </w:r>
    </w:p>
    <w:p>
      <w:r>
        <w:rPr>
          <w:b/>
        </w:rPr>
        <w:t xml:space="preserve">4. </w:t>
      </w:r>
      <w:r>
        <w:t>Сотруднику органов внутренних дел по его желанию разрешается разделить основной отпуск на две части при условии, что одна из частей этого отпуска составляет не менее 14 календарных дней. При этом время на проезд к месту проведения отпуска и обратно предоставляется один раз</w:t>
      </w:r>
    </w:p>
    <w:p>
      <w:r>
        <w:rPr>
          <w:b/>
        </w:rPr>
        <w:t xml:space="preserve">5. </w:t>
      </w:r>
      <w:r>
        <w:t>Сотруднику органов внутренних дел,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основные отпуска за два года по его желанию могут быть соединены</w:t>
      </w:r>
    </w:p>
    <w:p>
      <w:r>
        <w:rPr>
          <w:b/>
        </w:rPr>
        <w:t>Статья 58. Дополнительные отпуска</w:t>
      </w:r>
    </w:p>
    <w:p>
      <w:r>
        <w:rPr>
          <w:b/>
        </w:rPr>
        <w:t xml:space="preserve">1. </w:t>
      </w:r>
      <w:r>
        <w:t>Сотрудникам органов внутренних дел устанавливаются следующие виды дополнительных отпусков</w:t>
      </w:r>
    </w:p>
    <w:p>
      <w:r>
        <w:rPr>
          <w:b/>
        </w:rPr>
        <w:t xml:space="preserve">2. </w:t>
      </w:r>
      <w:r>
        <w:t>Дополнительный отпуск за стаж службы в органах внутренних дел предоставляется сотрудникам органов внутренних дел в календарном исчислении из расчета</w:t>
      </w:r>
    </w:p>
    <w:p>
      <w:r>
        <w:rPr>
          <w:b/>
        </w:rPr>
        <w:t xml:space="preserve">21. </w:t>
      </w:r>
      <w:r>
        <w:t>Сотруднику органов внутренних дел, не реализовавшему свое право на дополнительный отпуск за стаж службы в органах внутренних дел в текущем календарном году, дополнительный отпуск должен быть предоставлен в удобное для него время в течение следующего календарного года. (Дополнение частью - Федеральный закон от 03.07.2016 № 300-ФЗ)</w:t>
      </w:r>
    </w:p>
    <w:p>
      <w:r>
        <w:rPr>
          <w:b/>
        </w:rPr>
        <w:t xml:space="preserve">22. </w:t>
      </w:r>
      <w:r>
        <w:t>Сотруднику органов внутренних дел, использовавшему дополнительный отпуск за стаж службы в органах внутренних дел в текущем календарном году и получившему право в том же календарном году на дополнительный отпуск за стаж службы в органах внутренних дел большей продолжительности, предоставляются дополнительные дни дополнительного отпуска за стаж службы в органах внутренних дел по желанию сотрудника в текущем либо в следующем календарном году. (Дополнение частью - Федеральный закон от 02.08.2019 № 318-ФЗ)</w:t>
      </w:r>
    </w:p>
    <w:p>
      <w:r>
        <w:rPr>
          <w:b/>
        </w:rPr>
        <w:t xml:space="preserve">3. </w:t>
      </w:r>
      <w:r>
        <w:t>Дополнительный отпуск за выполнение служебных обязанностей во вредных условиях продолжительностью не менее 10 календарных дней предоставляется сотрудникам органов внутренних дел, выполняющим служебные обязанности во вредных условиях, в порядке, устанавливаемом федеральным органом исполнительной власти в сфере внутренних дел</w:t>
      </w:r>
    </w:p>
    <w:p>
      <w:r>
        <w:rPr>
          <w:b/>
        </w:rPr>
        <w:t xml:space="preserve">4. </w:t>
      </w:r>
      <w:r>
        <w:t>Дополнительный отпуск за выполнение служебных обязанностей в особых условиях продолжительностью не более 10 календарных дней предоставляется сотрудникам органов внутренних дел в порядке, устанавливаемом федеральным органом исполнительной власти в сфере внутренних дел</w:t>
      </w:r>
    </w:p>
    <w:p>
      <w:r>
        <w:rPr>
          <w:b/>
        </w:rPr>
        <w:t xml:space="preserve">5. </w:t>
      </w:r>
      <w:r>
        <w:t>Дополнительный отпуск за ненормированный служебный день продолжительностью не менее 3 и не более 10 календарных дней предоставляется сотрудникам органов внутренних дел в порядке, устанавливаемом федеральным органом исполнительной власти в сфере внутренних дел</w:t>
      </w:r>
    </w:p>
    <w:p>
      <w:r>
        <w:rPr>
          <w:b/>
        </w:rPr>
        <w:t xml:space="preserve">1. </w:t>
      </w:r>
      <w:r>
        <w:t>за стаж службы в органах внутренних дел</w:t>
      </w:r>
    </w:p>
    <w:p>
      <w:r>
        <w:rPr>
          <w:b/>
        </w:rPr>
        <w:t xml:space="preserve">1. </w:t>
      </w:r>
      <w:r>
        <w:t>за выполнение служебных обязанностей во вредных условиях</w:t>
      </w:r>
    </w:p>
    <w:p>
      <w:r>
        <w:rPr>
          <w:b/>
        </w:rPr>
        <w:t xml:space="preserve">1. </w:t>
      </w:r>
      <w:r>
        <w:t>за выполнение служебных обязанностей в особых условиях</w:t>
      </w:r>
    </w:p>
    <w:p>
      <w:r>
        <w:rPr>
          <w:b/>
        </w:rPr>
        <w:t xml:space="preserve">1. </w:t>
      </w:r>
      <w:r>
        <w:t>за ненормированный служебный день</w:t>
      </w:r>
    </w:p>
    <w:p>
      <w:r>
        <w:rPr>
          <w:b/>
        </w:rPr>
        <w:t xml:space="preserve">2. </w:t>
      </w:r>
      <w:r>
        <w:t>от 10 до 15 лет службы - 5 календарных дней</w:t>
      </w:r>
    </w:p>
    <w:p>
      <w:r>
        <w:rPr>
          <w:b/>
        </w:rPr>
        <w:t xml:space="preserve">2. </w:t>
      </w:r>
      <w:r>
        <w:t>от 15 до 20 лет службы - 10 календарных дней</w:t>
      </w:r>
    </w:p>
    <w:p>
      <w:r>
        <w:rPr>
          <w:b/>
        </w:rPr>
        <w:t xml:space="preserve">2. </w:t>
      </w:r>
      <w:r>
        <w:t>более 20 лет службы - 15 календарных дней</w:t>
      </w:r>
    </w:p>
    <w:p>
      <w:r>
        <w:rPr>
          <w:b/>
        </w:rPr>
        <w:t>Статья 59. Продление основного отпуска или дополнительного отпуска</w:t>
      </w:r>
    </w:p>
    <w:p>
      <w:r>
        <w:rPr>
          <w:b/>
        </w:rPr>
        <w:t xml:space="preserve">1. </w:t>
      </w:r>
      <w:r>
        <w:t>Предоставленный сотруднику органов внутренних дел основной отпуск или дополнительный отпуск по решению руководителя федерального органа исполнительной власти в сфере внутренних дел или уполномоченного руководителя продлевается либо переносится на другой срок, определяемый руководителем федерального органа исполнительной власти в сфере внутренних дел или уполномоченным руководителем, в случае: (В редакции Федерального закона от 02.08.2019 № 318-ФЗ) 1) временной нетрудоспособности сотрудника;</w:t>
      </w:r>
    </w:p>
    <w:p>
      <w:r>
        <w:rPr>
          <w:b/>
        </w:rPr>
        <w:t xml:space="preserve">2. </w:t>
      </w:r>
      <w:r>
        <w:t>При наличии обстоятельств, предусмотренных частью 1 статьи 61 настоящего Федерального закона, допускается продление либо перенос основного отпуска или дополнительного отпуска на срок не более 10 календарных дней</w:t>
      </w:r>
    </w:p>
    <w:p>
      <w:r>
        <w:rPr>
          <w:b/>
        </w:rPr>
        <w:t xml:space="preserve">3. </w:t>
      </w:r>
      <w:r>
        <w:t>Продление основного отпуска или дополнительного отпуска осуществляется приказом руководителя федерального органа исполнительной власти в сфере внутренних дел или уполномоченного руководителя при представлении документов, подтверждающих наличие оснований для его продления</w:t>
      </w:r>
    </w:p>
    <w:p>
      <w:r>
        <w:rPr>
          <w:b/>
        </w:rPr>
        <w:t xml:space="preserve">1. </w:t>
      </w:r>
      <w:r>
        <w:t>выполнения сотрудником во время отпуска государственных обязанностей, если для этого законодательством Российской Федерации предусмотрено освобождение от службы (работы)</w:t>
      </w:r>
    </w:p>
    <w:p>
      <w:r>
        <w:rPr>
          <w:b/>
        </w:rPr>
        <w:t xml:space="preserve">1. </w:t>
      </w:r>
      <w:r>
        <w:t>в других случаях, предусмотренных законодательством Российской Федерации либо приказом руководителя федерального органа исполнительной власти в сфере внутренних дел или уполномоченного руководителя</w:t>
      </w:r>
    </w:p>
    <w:p>
      <w:r>
        <w:rPr>
          <w:b/>
        </w:rPr>
        <w:t>Статья 60. Каникулярный отпуск</w:t>
      </w:r>
    </w:p>
    <w:p>
      <w:r>
        <w:t>Курсантам, слушателям, адъюнктам, обучающимся по очной форме в образовательных организациях высшего образования федерального органа исполнительной власти в сфере внутренних дел, предоставляются зимний каникулярный отпуск продолжительностью 14 календарных дней и летний каникулярный отпуск продолжительностью 30 календарных дней, включая время проезда к месту проведения отпуска и обратно. (В редакции федеральных законов от 02.07.2013 № 185-ФЗ, от 02.08.2019 № 318-ФЗ)</w:t>
      </w:r>
    </w:p>
    <w:p>
      <w:r>
        <w:rPr>
          <w:b/>
        </w:rPr>
        <w:t>Статья 61. Отпуск по личным обстоятельствам</w:t>
      </w:r>
    </w:p>
    <w:p>
      <w:r>
        <w:rPr>
          <w:b/>
        </w:rPr>
        <w:t xml:space="preserve">1. </w:t>
      </w:r>
      <w:r>
        <w:t>Отпуск по личным обстоятельствам продолжительностью не более 10 календарных дней (без учета времени проезда к месту проведения отпуска и обратно) предоставляется сотруднику органов внутренних дел приказом руководителя федерального органа исполнительной власти в сфере внутренних дел или уполномоченного руководителя в случае тяжелого заболевания или смерти близкого родственника сотрудника (супруга (супруги), отца, матери, отца (матери) супруга (супруги), сына (дочери), родного брата (родной сестры), пожара или другого стихийного бедствия, постигшего сотрудника или его близкого родственника, а также в случае необходимости психологической реабилитации сотрудника и в других исключительных случаях</w:t>
      </w:r>
    </w:p>
    <w:p>
      <w:r>
        <w:rPr>
          <w:b/>
        </w:rPr>
        <w:t xml:space="preserve">2. </w:t>
      </w:r>
      <w:r>
        <w:t>Количество отпусков по личным обстоятельствам в течение календарного года не ограничивается</w:t>
      </w:r>
    </w:p>
    <w:p>
      <w:r>
        <w:rPr>
          <w:b/>
        </w:rPr>
        <w:t>Статья 62. Отпуск по окончании образовательной организации высшего образования федерального органа исполнительной власти в сфере внутренних дел</w:t>
      </w:r>
    </w:p>
    <w:p>
      <w:r>
        <w:t>(Наименование в редакции Федерального закона от 02.07.2013 № 185-ФЗ)</w:t>
      </w:r>
    </w:p>
    <w:p>
      <w:r>
        <w:rPr>
          <w:b/>
        </w:rPr>
        <w:t xml:space="preserve">1. </w:t>
      </w:r>
      <w:r>
        <w:t>Отпуск по окончании образовательной организации высшего образования федерального органа исполнительной власти в сфере внутренних дел сотруднику органов внутренних дел, обучавшемуся по очной форме, предоставляется продолжительностью 30 календарных дней (без учета времени проезда к месту проведения отпуска и обратно), который засчитывается в счет основного отпуска за текущий год. (В редакции Федерального закона от 02.07.2013 № 185-ФЗ)</w:t>
      </w:r>
    </w:p>
    <w:p>
      <w:r>
        <w:rPr>
          <w:b/>
        </w:rPr>
        <w:t xml:space="preserve">2. </w:t>
      </w:r>
      <w:r>
        <w:t>Отпуск по окончании образовательной организации высшего образования федерального органа исполнительной власти в сфере внутренних дел должен быть использован, как правило, до прибытия сотрудника органов внутренних дел к месту дальнейшего прохождения службы в органах внутренних дел. По решению руководителя федерального органа исполнительной власти в сфере внутренних дел или уполномоченного руководителя отпуск по окончании образовательной организации высшего образования федерального органа исполнительной власти в сфере внутренних дел может быть предоставлен сотруднику после назначения на должность в органах внутренних дел. (В редакции Федерального закона от 02.07.2013 № 185-ФЗ)</w:t>
      </w:r>
    </w:p>
    <w:p>
      <w:r>
        <w:rPr>
          <w:b/>
        </w:rPr>
        <w:t>Статья 63. Другие виды отпусков</w:t>
      </w:r>
    </w:p>
    <w:p>
      <w:r>
        <w:rPr>
          <w:b/>
        </w:rPr>
        <w:t xml:space="preserve">1. </w:t>
      </w:r>
      <w:r>
        <w:t>Сотруднику органов внутренних дел при стаже службы в органах внутренних дел в календарном исчислении 20 лет и более в любой год из последних трех лет до достижения им предельного возраста пребывания на службе в органах внутренних дел либо в год увольнения со службы в соответствии с пунктами 8 и 11 части 2 или пунктом 1 части 3 статьи 82 настоящего Федерального закона предоставляется по его желанию отпуск по личным обстоятельствам продолжительностью 30 календарных дней с сохранением денежного довольствия. Указанный отпуск предоставляется также сотруднику, проходящему в соответствии с настоящим Федеральным законом службу в органах внутренних дел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органах внутренних дел. (В редакции Федерального закона от 23.11.2020 № 382-ФЗ)</w:t>
      </w:r>
    </w:p>
    <w:p>
      <w:r>
        <w:rPr>
          <w:b/>
        </w:rPr>
        <w:t xml:space="preserve">2. </w:t>
      </w:r>
      <w:r>
        <w:t>Сотрудникам органов внутренних дел женского пола в соответствии с трудовым законодательством предоставляются отпуска по беременности и родам</w:t>
      </w:r>
    </w:p>
    <w:p>
      <w:r>
        <w:rPr>
          <w:b/>
        </w:rPr>
        <w:t xml:space="preserve">3. </w:t>
      </w:r>
      <w:r>
        <w:t>Сотрудникам органов внутренних дел предоставляются отпуска по уходу за ребенком, творческие отпуска, отпуска предоставляемые в соответствии с трудовым законодательством работникам, совмещающим работу с получением образования, а также иные отпуска, установленные законодательством Российской Федерации. (В редакции Федерального закона от 02.07.2013 № 185-ФЗ)</w:t>
      </w:r>
    </w:p>
    <w:p>
      <w:r>
        <w:rPr>
          <w:b/>
        </w:rPr>
        <w:t xml:space="preserve">4. </w:t>
      </w:r>
      <w:r>
        <w:t>Сотрудникам органов внутренних дел из числа ветеранов боевых действий, указанных в Федеральном законе от 12 января 1995 года № 5-ФЗ "О ветеранах", ежегодно в порядке, установленном частью 4 статьи 56 настоящего Федерального закона, предоставляется отпуск продолжительностью 15 календарных дней с сохранением денежного довольствия. Сотрудникам, имеющим право на отпуск, предусмотренный настоящей частью,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частью - Федеральный закон от 29.12.2025 № 533-ФЗ)</w:t>
      </w:r>
    </w:p>
    <w:p>
      <w:r>
        <w:rPr>
          <w:b/>
        </w:rPr>
        <w:t>Статья 64. Отзыв сотрудника органов внутренних дел из отпуска</w:t>
      </w:r>
    </w:p>
    <w:p>
      <w:r>
        <w:rPr>
          <w:b/>
        </w:rPr>
        <w:t xml:space="preserve">1. </w:t>
      </w:r>
      <w:r>
        <w:t>Сотрудник органов внутренних дел может быть отозван из отпуска</w:t>
      </w:r>
    </w:p>
    <w:p>
      <w:r>
        <w:rPr>
          <w:b/>
        </w:rPr>
        <w:t xml:space="preserve">2. </w:t>
      </w:r>
      <w:r>
        <w:t>Неиспользованная часть отпуска должна быть предоставлена сотруднику органов внутренних дел в удобное для него время в текущем году либо в течение следующего года. Если неиспользованная часть отпуска составляет 10 календарных дней и более, сотруднику оплачивается стоимость проезда к месту проведения отпуска и обратно и предоставляется дополнительное время на проезд к месту проведения отпуска и обратно</w:t>
      </w:r>
    </w:p>
    <w:p>
      <w:r>
        <w:rPr>
          <w:b/>
        </w:rPr>
        <w:t xml:space="preserve">1. </w:t>
      </w:r>
      <w:r>
        <w:t>с его согласия - на основании приказа руководителя федерального органа исполнительной власти в сфере внутренних дел или уполномоченного руководителя в исключительных случаях, если отсутствие сотрудника на службе в органах внутренних дел влечет за собой невозможность надлежащего осуществления федеральным органом исполнительной власти в сфере внутренних дел, его территориальным органом, подразделением функций, установленных законодательством Российской Федерации</w:t>
      </w:r>
    </w:p>
    <w:p>
      <w:r>
        <w:rPr>
          <w:b/>
        </w:rPr>
        <w:t xml:space="preserve">1. </w:t>
      </w:r>
      <w:r>
        <w:t>без его согласия - при наступлении обстоятельств, предусмотренных статьей 35 настоящего Федерального закона</w:t>
      </w:r>
    </w:p>
    <w:p>
      <w:r>
        <w:rPr>
          <w:b/>
        </w:rPr>
        <w:t>Статья 65. Освобождение сотрудника органов внутренних дел от выполнения служебных обязанностей в связи с временной нетрудоспособностью</w:t>
      </w:r>
    </w:p>
    <w:p>
      <w:r>
        <w:rPr>
          <w:b/>
        </w:rPr>
        <w:t xml:space="preserve">1. </w:t>
      </w:r>
      <w:r>
        <w:t>Освобождение сотрудника органов внутренних дел от выполнения служебных обязанностей в связи с временной нетрудоспособностью осуществляется на основании заключения (листка освобождения от выполнения служебных обязанностей по временной нетрудоспособности) медицинской организации федерального органа исполнительной власти в сфере внутренних дел, а при отсутствии такой медицинской организации по месту службы, месту жительства или иному месту нахождения сотрудника - иной медицинской организации государственной или муниципальной системы здравоохранения. (В редакции Федерального закона от 25.11.2013 № 317-ФЗ)</w:t>
      </w:r>
    </w:p>
    <w:p>
      <w:r>
        <w:rPr>
          <w:b/>
        </w:rPr>
        <w:t xml:space="preserve">11. </w:t>
      </w:r>
      <w:r>
        <w:t>При наличии исключительных обстоятельств, объективно требующих обращения сотрудника в медицинскую организацию частной системы здравоохранения, имеющую лицензию на осуществление медицинской деятельности по экспертизе временной нетрудоспособности, освобождение сотрудника органов внутренних дел от выполнения служебных обязанностей в связи с временной нетрудоспособностью осуществляется на основании заключения (листка освобождения от выполнения служебных обязанностей по временной нетрудоспособности), выданного медицинской организацией частной системы здравоохранения, имеющей лицензию на осуществление медицинской деятельности по экспертизе временной нетрудоспособности. (Дополнение частью - Федеральный закон от 08.08.2024 № 258-ФЗ)</w:t>
      </w:r>
    </w:p>
    <w:p>
      <w:r>
        <w:rPr>
          <w:b/>
        </w:rPr>
        <w:t xml:space="preserve">2. </w:t>
      </w:r>
      <w:r>
        <w:t>Форма и порядок выдачи листка освобождения от выполнения служебных обязанностей по временной нетрудоспособности утверждаются совместным приказом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и федерального органа исполнительной власти в сфере внутренних дел</w:t>
      </w:r>
    </w:p>
    <w:p>
      <w:r>
        <w:rPr>
          <w:b/>
        </w:rPr>
        <w:t xml:space="preserve">21. </w:t>
      </w:r>
      <w:r>
        <w:t>Сотрудник органов внутренних дел, являющийся отцом (усыновителем, опекуном, попечителем), освобождается от выполнения служебных обязанностей в случае выдачи ему листка освобождения от выполнения служебных обязанностей по временной нетрудоспособности по уходу за больным ребенком при наличии объективных причин, свидетельствующих о невозможности осуществления ухода за больным ребенком матерью (нахождение ее в командировке, лишение ее родительских прав, пребывание в медицинской организации и другие случаи отсутствия материнского попечения по объективным причинам). (Дополнение частью - Федеральный закон от 02.08.2019 № 318-ФЗ)</w:t>
      </w:r>
    </w:p>
    <w:p>
      <w:r>
        <w:rPr>
          <w:b/>
        </w:rPr>
        <w:t xml:space="preserve">3. </w:t>
      </w:r>
      <w:r>
        <w:t>Если сотрудник органов внутренних дел был освобожден от выполнения служебных обязанностей в связи с временной нетрудоспособностью в общей сложности более четырех месяцев в течение двенадцати месяцев, он может быть направлен на медицинское освидетельствование (обследование) в военно-врачебную комиссию для решения вопроса о его годности к дальнейшему прохождению службы в органах внутренних дел либо о продолжении лечения. При этом сотрудник может быть зачислен в распоряжение федерального органа исполнительной власти в сфере внутренних дел</w:t>
      </w:r>
    </w:p>
    <w:p>
      <w:r>
        <w:rPr>
          <w:b/>
        </w:rPr>
        <w:t xml:space="preserve">4. </w:t>
      </w:r>
      <w:r>
        <w:t>Время нахождения сотрудника органов внутренних дел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военно-врачебную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r>
        <w:rPr>
          <w:b/>
        </w:rPr>
        <w:t xml:space="preserve">5. </w:t>
      </w:r>
      <w:r>
        <w:t>Порядок освобождения сотрудника органов внутренних дел от выполнения служебных обязанностей в связи с временной нетрудоспособностью, в том числе при наличии исключительных обстоятельств, объективно требующих обращения сотрудника в медицинскую организацию частной системы здравоохранения, имеющую лицензию на осуществление медицинской деятельности по экспертизе временной нетрудоспособности, определяется федеральным органом исполнительной власти в сфере внутренних дел. (Дополнение частью - Федеральный закон от 02.08.2019 № 318-ФЗ) (В редакции Федерального закона от 08.08.2024 № 258-ФЗ)</w:t>
      </w:r>
    </w:p>
    <w:p>
      <w:pPr>
        <w:pStyle w:val="Heading3"/>
      </w:pPr>
      <w:r>
        <w:t>Гарантии социальной защиты сотрудника органов внутренних дел</w:t>
      </w:r>
    </w:p>
    <w:p>
      <w:r>
        <w:rPr>
          <w:b/>
        </w:rPr>
        <w:t>Статья 66. Оплата труда сотрудника органов внутренних дел</w:t>
      </w:r>
    </w:p>
    <w:p>
      <w:r>
        <w:rPr>
          <w:b/>
        </w:rPr>
        <w:t xml:space="preserve">1. </w:t>
      </w:r>
      <w:r>
        <w:t>Оплата труда сотрудника органов внутренних дел производится в виде денежного довольствия, являющегося основным средством его материального обеспечения и стимулирования служебной деятельности по замещаемой должности</w:t>
      </w:r>
    </w:p>
    <w:p>
      <w:r>
        <w:rPr>
          <w:b/>
        </w:rPr>
        <w:t xml:space="preserve">2. </w:t>
      </w:r>
      <w:r>
        <w:t>Обеспечение сотрудника органов внутренних дел денежным довольствием осуществляется на условиях и в порядке, которые установлены законодательством Российской Федерации</w:t>
      </w:r>
    </w:p>
    <w:p>
      <w:r>
        <w:rPr>
          <w:b/>
        </w:rPr>
        <w:t>Статья 67. Жилищное, медицинское и санаторно-курортное обеспечение сотрудника органов внутренних дел и членов его семьи</w:t>
      </w:r>
    </w:p>
    <w:p>
      <w:r>
        <w:t>Обеспечение сотрудника органов внутренних дел и членов его семьи жилым помещением, медицинское и санаторно-курортное обеспечение сотрудника и членов его семьи осуществляются на условиях и в порядке, которые установлены законодательством Российской Федерации.</w:t>
      </w:r>
    </w:p>
    <w:p>
      <w:r>
        <w:rPr>
          <w:b/>
        </w:rPr>
        <w:t>Статья 68. Страховые гарантии сотруднику органов внутренних дел и выплаты в целях возмещения вреда, причиненного в связи с выполнением служебных обязанностей. Гарантии в связи с увольнением со службы в органах внутренних дел</w:t>
      </w:r>
    </w:p>
    <w:p>
      <w:r>
        <w:rPr>
          <w:b/>
        </w:rPr>
        <w:t xml:space="preserve">1. </w:t>
      </w:r>
      <w:r>
        <w:t>Обязательное государственное страхование жизни и здоровья сотрудника органов внутренних дел и выплаты в целях возмещения вреда, причиненного в связи с выполнением служебных обязанностей, осуществляются на условиях и в порядке, которые установлены законодательством Российской Федерации</w:t>
      </w:r>
    </w:p>
    <w:p>
      <w:r>
        <w:rPr>
          <w:b/>
        </w:rPr>
        <w:t xml:space="preserve">2. </w:t>
      </w:r>
      <w:r>
        <w:t>При наличии угрозы посягательства на жизнь, здоровье или имущество сотрудника органов внутренних дел, членов его семьи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Российской Федерации</w:t>
      </w:r>
    </w:p>
    <w:p>
      <w:r>
        <w:rPr>
          <w:b/>
        </w:rPr>
        <w:t xml:space="preserve">3. </w:t>
      </w:r>
      <w:r>
        <w:t>Сотрудник органов внутренних дел независимо от места нахождения и времени суток считается выполняющим служебные обязанности в случае, если он</w:t>
      </w:r>
    </w:p>
    <w:p>
      <w:r>
        <w:rPr>
          <w:b/>
        </w:rPr>
        <w:t xml:space="preserve">4. </w:t>
      </w:r>
      <w:r>
        <w:t>Сотрудник органов внутренних дел не признается погибшим (умершим) вследствие увечья или иного повреждения здоровья (заболевания) либо получившим увечье или иное повреждение здоровья (заболевание) при выполнении служебных обязанностей, если гибель (смерть), увечье или иное повреждение здоровья (заболевание) наступили</w:t>
      </w:r>
    </w:p>
    <w:p>
      <w:r>
        <w:rPr>
          <w:b/>
        </w:rPr>
        <w:t xml:space="preserve">5. </w:t>
      </w:r>
      <w:r>
        <w:t>Гражданину, уволенному со службы в органах внутренних дел по основанию, предусмотренному пунктом 2 части 1, пунктом 8, 11 или 12 части 2 либо пунктом 1 части 3 статьи 82 настоящего Федерального закона, стаж службы в органах внутренних дел и стаж военной службы засчитываются в непрерывный стаж службы для исчисления процентной надбавки за выслугу лет и предоставления социальных гарантий, установленных законодательством Российской Федерации</w:t>
      </w:r>
    </w:p>
    <w:p>
      <w:r>
        <w:rPr>
          <w:b/>
        </w:rPr>
        <w:t xml:space="preserve">6. </w:t>
      </w:r>
      <w:r>
        <w:t>Гражданину, проходившему службу в органах внутренних дел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при поступлении на работу в указанных районах и местностях после увольнения со службы по основанию, предусмотренному пунктом 2 части 1, пунктом 8, 11 или 12 части 2 либо пунктом 1 части 3 статьи 82 настоящего Федерального закона, независимо от продолжительности перерыва между днем увольнения со службы и днем приема на работу стаж службы в указанных районах и местностях засчитывается в общий стаж работы для получения надбавок к заработной плате и других социальных гарантий, предусмотренных законодательством Российской Федерации, в порядке, определяемом Правительством Российской Федерации</w:t>
      </w:r>
    </w:p>
    <w:p>
      <w:r>
        <w:rPr>
          <w:b/>
        </w:rPr>
        <w:t xml:space="preserve">3. </w:t>
      </w:r>
      <w:r>
        <w:t>совершает действия по предупреждению и пресечению правонарушений,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w:t>
      </w:r>
    </w:p>
    <w:p>
      <w:r>
        <w:rPr>
          <w:b/>
        </w:rPr>
        <w:t xml:space="preserve">3. </w:t>
      </w:r>
      <w:r>
        <w:t>следует к месту службы, командирования, медицинского освидетельствования (обследования) или лечения и обратно</w:t>
      </w:r>
    </w:p>
    <w:p>
      <w:r>
        <w:rPr>
          <w:b/>
        </w:rPr>
        <w:t xml:space="preserve">3. </w:t>
      </w:r>
      <w:r>
        <w:t>находится на лечении в медицинской организации в связи с увечьем или иным повреждением здоровья (заболеванием), полученными при выполнении служебных обязанностей</w:t>
      </w:r>
    </w:p>
    <w:p>
      <w:r>
        <w:rPr>
          <w:b/>
        </w:rPr>
        <w:t xml:space="preserve">3. </w:t>
      </w:r>
      <w:r>
        <w:t>захвачен и содержится в качестве заложника</w:t>
      </w:r>
    </w:p>
    <w:p>
      <w:r>
        <w:rPr>
          <w:b/>
        </w:rPr>
        <w:t xml:space="preserve">3. </w:t>
      </w:r>
      <w:r>
        <w:t>участвует в сборах, учениях, соревнованиях или других служебных мероприятиях</w:t>
      </w:r>
    </w:p>
    <w:p>
      <w:r>
        <w:rPr>
          <w:b/>
        </w:rPr>
        <w:t xml:space="preserve">4. </w:t>
      </w:r>
      <w:r>
        <w:t>в связи с добровольным приведением себя в состояние алкогольного, наркотического или иного токсического опьянения</w:t>
      </w:r>
    </w:p>
    <w:p>
      <w:r>
        <w:rPr>
          <w:b/>
        </w:rPr>
        <w:t xml:space="preserve">4. </w:t>
      </w:r>
      <w:r>
        <w:t>вследствие совершения сотрудником умышленного преступления</w:t>
      </w:r>
    </w:p>
    <w:p>
      <w:r>
        <w:rPr>
          <w:b/>
        </w:rPr>
        <w:t xml:space="preserve">4. </w:t>
      </w:r>
      <w:r>
        <w:t>в результате доказанного в ходе проверки либо установленного органами дознания, предварительного следствия или судом самоубийства, или покушения на самоубийство, или иного умышленного причинения вреда своему здоровью, не вызванного болезненным состоянием или доведением до самоубийства. (В редакции Федерального закона от 03.07.2016 № 300-ФЗ)</w:t>
      </w:r>
    </w:p>
    <w:p>
      <w:r>
        <w:rPr>
          <w:b/>
        </w:rPr>
        <w:t>Статья 69. Вещевое и продовольственное обеспечение сотрудника органов внутренних дел</w:t>
      </w:r>
    </w:p>
    <w:p>
      <w:r>
        <w:rPr>
          <w:b/>
        </w:rPr>
        <w:t xml:space="preserve">1. </w:t>
      </w:r>
      <w:r>
        <w:t>Сотрудник органов внутренних дел обеспечивается вещевым имуществом в зависимости от условий прохождения службы по нормам, которые устанавливаются Правительством Российской Федерации. Порядок учета, хранения, выдачи и списания вещевого имущества устанавливается федеральным органом исполнительной власти в сфере внутренних дел</w:t>
      </w:r>
    </w:p>
    <w:p>
      <w:r>
        <w:rPr>
          <w:b/>
        </w:rPr>
        <w:t xml:space="preserve">2. </w:t>
      </w:r>
      <w:r>
        <w:t>Общие положения о вещевом обеспечении сотрудников органов внутренних дел устанавливаются Правительством Российской Федерации</w:t>
      </w:r>
    </w:p>
    <w:p>
      <w:r>
        <w:rPr>
          <w:b/>
        </w:rPr>
        <w:t xml:space="preserve">3. </w:t>
      </w:r>
      <w:r>
        <w:t>Сотруднику органов внутренних дел, который в связи с характером служебной деятельности не пользуется форменной одеждой, выплачивается денежная компенсация в размере, устанавливаемом Правительством Российской Федерации, и в порядке, определяемом федеральным органом исполнительной власти в сфере внутренних дел</w:t>
      </w:r>
    </w:p>
    <w:p>
      <w:r>
        <w:rPr>
          <w:b/>
        </w:rPr>
        <w:t xml:space="preserve">4. </w:t>
      </w:r>
      <w:r>
        <w:t>В случае расторжения контракта и увольнения сотрудника органов внутренних дел по основанию, предусмотренному пунктом 2, 5, 6, 7, 10, 13, 14, 15 или 20 части 2 либо пунктом 4, 5, 7, 9, 13, 14 или 15 части 3 статьи 82 настоящего Федерального закона, сотрудник органов внутренних дел в порядке, определяемом федеральным органом исполнительной власти в сфере внутренних дел, возмещает указанному федеральному органу стоимость выданных ему предметов вещевого имущества личного пользования с учетом сроков носки. (В редакции федеральных законов от 22.12.2014 № 431-ФЗ, от 05.12.2022 № 498-ФЗ, от 28.11.2025 № 447-ФЗ)</w:t>
      </w:r>
    </w:p>
    <w:p>
      <w:r>
        <w:rPr>
          <w:b/>
        </w:rPr>
        <w:t xml:space="preserve">5. </w:t>
      </w:r>
      <w:r>
        <w:t>Сотруднику органов внутренних дел, проходящему службу в особых условиях в соответствии со статьей 35 настоящего Федерального закона, а также в иных случаях, предусмотренных законодательством Российской Федерации, выдается продовольственный паек по нормам и в порядке, которые устанавливаются Правительством Российской Федерации</w:t>
      </w:r>
    </w:p>
    <w:p>
      <w:r>
        <w:rPr>
          <w:b/>
        </w:rPr>
        <w:t>Статья 70. Пенсионное обеспечение сотрудников органов внутренних дел и членов их семей</w:t>
      </w:r>
    </w:p>
    <w:p>
      <w:r>
        <w:t>Порядок и условия пенсионного обеспечения сотрудников органов внутренних дел и членов их семей и стаж службы в органах внутренних дел, дающий право на получение пенсии за выслугу лет, определяются в соответствии с законодательством Российской Федерации.</w:t>
      </w:r>
    </w:p>
    <w:p>
      <w:pPr>
        <w:pStyle w:val="Heading3"/>
      </w:pPr>
      <w:r>
        <w:t>Урегулирование конфликта интересов и разрешение служебных споров в органах внутренних дел</w:t>
      </w:r>
    </w:p>
    <w:p>
      <w:r>
        <w:rPr>
          <w:b/>
        </w:rPr>
        <w:t>Статья 71. Конфликт интересов в органах внутренних дел</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 (В редакции Федерального закона от 05.10.2015 № 285-ФЗ)</w:t>
      </w:r>
    </w:p>
    <w:p>
      <w:r>
        <w:rPr>
          <w:b/>
        </w:rPr>
        <w:t xml:space="preserve">2.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 (В редакции Федерального закона от 05.10.2015 № 285-ФЗ)</w:t>
      </w:r>
    </w:p>
    <w:p>
      <w:r>
        <w:rPr>
          <w:b/>
        </w:rPr>
        <w:t xml:space="preserve">3. </w:t>
      </w:r>
      <w:r>
        <w:t>Сотрудник органов внутренних дел обязан принимать меры по недопущению любой возможности возникновения конфликта интересов</w:t>
      </w:r>
    </w:p>
    <w:p>
      <w:r>
        <w:rPr>
          <w:b/>
        </w:rPr>
        <w:t xml:space="preserve">4. </w:t>
      </w:r>
      <w:r>
        <w:t>Сотрудник органов внутренних дел обязан в письменной форме уведомить непосредственного руководителя (начальника) о возникновении или о возможности возникновения конфликта интересов, как только ему станет об этом известно</w:t>
      </w:r>
    </w:p>
    <w:p>
      <w:r>
        <w:rPr>
          <w:b/>
        </w:rPr>
        <w:t xml:space="preserve">5. </w:t>
      </w:r>
      <w:r>
        <w:t>Прямой руководитель (начальник) или непосредственный руководитель (начальник), которым стало известно о возникновении или о возможности возникновения конфликта интересов, обязан принять меры по его предотвращению или урегулированию</w:t>
      </w:r>
    </w:p>
    <w:p>
      <w:r>
        <w:rPr>
          <w:b/>
        </w:rPr>
        <w:t xml:space="preserve">6. </w:t>
      </w:r>
      <w:r>
        <w:t>Меры по предотвращению и урегулированию конфликта интересов могут включать в себя изменение служебного положения сотрудника органов внутренних дел, являющегося стороной конфликта интересов, вплоть до его отстранения от выполнения служебных обязанностей в установленном порядке и (или) отказ сотрудника от выгоды, явившейся причиной возникновения конфликта интересов, а в отношении сотрудника, осуществляющего в соответствии со своими служебными обязанностями процессуальные полномочия, также его отвод или самоотвод в порядке, установленном законодательством Российской Федерации. (В редакции Федерального закона от 03.07.2016 № 300-ФЗ)</w:t>
      </w:r>
    </w:p>
    <w:p>
      <w:r>
        <w:rPr>
          <w:b/>
        </w:rPr>
        <w:t xml:space="preserve">7. </w:t>
      </w:r>
      <w:r>
        <w:t>В случае, если сотрудник органов внутренних дел владеет ценными бумагами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(В редакции Федерального закона от 05.10.2015 № 285-ФЗ)</w:t>
      </w:r>
    </w:p>
    <w:p>
      <w:r>
        <w:rPr>
          <w:b/>
        </w:rPr>
        <w:t xml:space="preserve">8. </w:t>
      </w:r>
      <w:r>
        <w:t>Порядок предотвращения и урегулирования конфликта интересов устанавливается Президентом Российской Федерации</w:t>
      </w:r>
    </w:p>
    <w:p>
      <w:r>
        <w:rPr>
          <w:b/>
        </w:rPr>
        <w:t>Статья 72. Служебный спор в органах внутренних дел</w:t>
      </w:r>
    </w:p>
    <w:p>
      <w:r>
        <w:rPr>
          <w:b/>
        </w:rPr>
        <w:t xml:space="preserve">1. </w:t>
      </w:r>
      <w:r>
        <w:t>Служебный спор в органах внутренних дел (далее - служебный спор) - неурегулированные разногласия по вопросам, касающимся применения федеральных законов, иных нормативных правовых актов Российской Федерации в сфере внутренних дел и контракта, между руководителем федерального органа исполнительной власти в сфере внутренних дел или уполномоченным руководителем и сотрудником органов внутренних дел или гражданином, поступающим на службу в органы внутренних дел либо ранее состоявшим на службе в органах внутренних дел, а также между прямым руководителем (начальником) или непосредственным руководителем (начальником) и сотрудником</w:t>
      </w:r>
    </w:p>
    <w:p>
      <w:r>
        <w:rPr>
          <w:b/>
        </w:rPr>
        <w:t xml:space="preserve">2. </w:t>
      </w:r>
      <w:r>
        <w:t>Коллективные служебные споры в органах внутренних дел не допускаются</w:t>
      </w:r>
    </w:p>
    <w:p>
      <w:r>
        <w:rPr>
          <w:b/>
        </w:rPr>
        <w:t xml:space="preserve">3. </w:t>
      </w:r>
      <w:r>
        <w:t>Сотрудник органов внутренних дел для разрешения служебного спора вправе обратиться в письменной форме к непосредственному руководителю (начальнику), а при несогласии с его решением или при невозможности рассмотрения непосредственным руководителем (начальником) служебного спора по существу к прямому руководителю (начальнику) или в суд</w:t>
      </w:r>
    </w:p>
    <w:p>
      <w:r>
        <w:rPr>
          <w:b/>
        </w:rPr>
        <w:t xml:space="preserve">4. </w:t>
      </w:r>
      <w:r>
        <w:t>Сотрудник органов внутренних дел или гражданин, поступающий на службу в органы внутренних дел либо ранее состоявший на службе в органах внутренних дел, для разрешения служебного спора может обратиться к руководителю федерального органа исполнительной власти в сфере внутренних дел или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органах внутренних дел, в течение одного месяца со дня ознакомления с приказом об увольнении</w:t>
      </w:r>
    </w:p>
    <w:p>
      <w:r>
        <w:rPr>
          <w:b/>
        </w:rPr>
        <w:t xml:space="preserve">5. </w:t>
      </w:r>
      <w:r>
        <w:t>В случае пропуска по уважительным причинам сроков, установленных частью 4 настоящей статьи, руководитель федерального органа исполнительной власти в сфере внутренних дел или уполномоченный руководитель вправе продлить соответствующий срок и рассмотреть служебный спор по существу</w:t>
      </w:r>
    </w:p>
    <w:p>
      <w:r>
        <w:rPr>
          <w:b/>
        </w:rPr>
        <w:t xml:space="preserve">6. </w:t>
      </w:r>
      <w:r>
        <w:t>Рапорт сотрудника органов внутренних дел или письменное заявление гражданина, поступающего на службу в органы внутренних дел либо ранее состоявшего на службе в органах внутренних дел, о разрешении служебного спора подлежит обязательной регистрации в день его подачи</w:t>
      </w:r>
    </w:p>
    <w:p>
      <w:r>
        <w:rPr>
          <w:b/>
        </w:rPr>
        <w:t xml:space="preserve">7. </w:t>
      </w:r>
      <w:r>
        <w:t>Служебный спор рассматривается руководителем федерального органа исполнительной власти в сфере внутренних дел или уполномоченным руководителем в течение одного месяца со дня подачи рапорта сотрудником органов внутренних дел или со дня подачи письменного заявления гражданином, поступающим на службу в органы внутренних дел либо ранее состоявшим на службе в органах внутренних дел, в порядке, определяемом федеральным органом исполнительной власти в сфере внутренних дел</w:t>
      </w:r>
    </w:p>
    <w:p>
      <w:r>
        <w:rPr>
          <w:b/>
        </w:rPr>
        <w:t xml:space="preserve">8. </w:t>
      </w:r>
      <w:r>
        <w:t>Решение руководителя федерального органа исполнительной власти в сфере внутренних дел или уполномоченного руководителя по служебному спору может быть обжаловано в суд в течение десяти дней со дня вручения копии соответствующего решения сотруднику органов внутренних дел или гражданину, поступающему на службу в органы внутренних дел либо ранее состоявшему на службе в органах внутренних дел, обратившимся для разрешения служебного спора</w:t>
      </w:r>
    </w:p>
    <w:p>
      <w:r>
        <w:rPr>
          <w:b/>
        </w:rPr>
        <w:t>Статья 73. Временное отстранение сотрудника органов внутренних дел от выполнения служебных обязанностей</w:t>
      </w:r>
    </w:p>
    <w:p>
      <w:r>
        <w:rPr>
          <w:b/>
        </w:rPr>
        <w:t xml:space="preserve">1. </w:t>
      </w:r>
      <w:r>
        <w:t>Сотрудник органов внутренних дел временно отстраняется от выполнения служебных обязанностей в случае</w:t>
      </w:r>
    </w:p>
    <w:p>
      <w:r>
        <w:rPr>
          <w:b/>
        </w:rPr>
        <w:t xml:space="preserve">2. </w:t>
      </w:r>
      <w:r>
        <w:t>Сотрудник органов внутренних дел может быть временно отстранен от выполнения служебных обязанностей в случае</w:t>
      </w:r>
    </w:p>
    <w:p>
      <w:r>
        <w:rPr>
          <w:b/>
        </w:rPr>
        <w:t xml:space="preserve">3. </w:t>
      </w:r>
      <w:r>
        <w:t>Решение о временном отстранении сотрудника органов внутренних дел от выполнения служебных обязанностей принимается руководителем федерального органа исполнительной власти в сфере внутренних дел или уполномоченным руководителем. О временном отстранении от выполнения служебных обязанностей сотрудника органов внутренних дел, замещающего должность в органах внутренних дел, назначение на которую и освобождение от которой осуществляются Президентом Российской Федерации, руководитель федерального органа исполнительной власти в сфере внутренних дел обязан проинформировать Президента Российской Федерации</w:t>
      </w:r>
    </w:p>
    <w:p>
      <w:r>
        <w:rPr>
          <w:b/>
        </w:rPr>
        <w:t xml:space="preserve">4. </w:t>
      </w:r>
      <w:r>
        <w:t>Порядок временного отстранения сотрудника органов внутренних дел от выполнения служебных обязанностей определяется федеральным органом исполнительной власти в сфере внутренних дел</w:t>
      </w:r>
    </w:p>
    <w:p>
      <w:r>
        <w:rPr>
          <w:b/>
        </w:rPr>
        <w:t xml:space="preserve">5. </w:t>
      </w:r>
      <w:r>
        <w:t>Сотрудник органов внутренних дел, временно отстраненный от выполнения служебных обязанностей по основанию, предусмотренному пунктом 3 части 1 настоящей статьи, по решению руководителя федерального органа исполнительной власти в сфере внутренних дел или уполномоченного руководителя может быть привлечен к выполнению обязанностей по иной должности в органах внутренних дел или к выполнению отдельных служебных поручений, не требующих допуска к сведениям, составляющим государственную и иную охраняемую законом тайну</w:t>
      </w:r>
    </w:p>
    <w:p>
      <w:r>
        <w:rPr>
          <w:b/>
        </w:rPr>
        <w:t xml:space="preserve">6. </w:t>
      </w:r>
      <w:r>
        <w:t>Сотрудник органов внутренних дел, временно отстраненный от выполнения служебных обязанностей по одному из оснований, предусмотренных частью 2 настоящей статьи, по решению руководителя федерального органа исполнительной власти в сфере внутренних дел или уполномоченного руководителя может быть привлечен к выполнению обязанностей по иной должности в органах внутренних дел или к выполнению отдельных служебных поручений, если это не помешает проведению полной и объективной служебной проверки или урегулированию конфликта интересов</w:t>
      </w:r>
    </w:p>
    <w:p>
      <w:r>
        <w:rPr>
          <w:b/>
        </w:rPr>
        <w:t xml:space="preserve">7. </w:t>
      </w:r>
      <w:r>
        <w:t>Непосредственный руководитель (начальник) обязан временно отстранить от выполнения служебных обязанностей сотрудника органов внутренних дел, находящегося на службе в состоянии алкогольного, наркотического или иного токсического опьянения, и немедленно уведомить об этом прямого руководителя (начальника)</w:t>
      </w:r>
    </w:p>
    <w:p>
      <w:r>
        <w:rPr>
          <w:b/>
        </w:rPr>
        <w:t xml:space="preserve">8. </w:t>
      </w:r>
      <w:r>
        <w:t>Денежное довольствие сотруднику органов внутренних дел, временно отстраненному от выполнения служебных обязанностей, выплачивается на условиях и в порядке, которые установлены законодательством Российской Федерации</w:t>
      </w:r>
    </w:p>
    <w:p>
      <w:r>
        <w:rPr>
          <w:b/>
        </w:rPr>
        <w:t xml:space="preserve">1. </w:t>
      </w:r>
      <w:r>
        <w:t>избрания в отношении сотрудника меры пресечения в виде домашнего ареста либо заключения под стражу - до отмены избранной меры пресечения</w:t>
      </w:r>
    </w:p>
    <w:p>
      <w:r>
        <w:rPr>
          <w:b/>
        </w:rPr>
        <w:t xml:space="preserve">1. </w:t>
      </w:r>
      <w:r>
        <w:t>вынесения судьей постановления о временном отстранении сотрудника от должности - до отмены временного отстранения от должности</w:t>
      </w:r>
    </w:p>
    <w:p>
      <w:r>
        <w:rPr>
          <w:b/>
        </w:rPr>
        <w:t xml:space="preserve">1. </w:t>
      </w:r>
      <w:r>
        <w:t>прекращения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 до получения допуска к указанным сведениям, перевода на другую должность в органах внутренних дел или увольнения со службы в органах внутренних дел</w:t>
      </w:r>
    </w:p>
    <w:p>
      <w:r>
        <w:rPr>
          <w:b/>
        </w:rPr>
        <w:t xml:space="preserve">2. </w:t>
      </w:r>
      <w:r>
        <w:t>уголовного преследования сотрудника без применения мер, указанных в пунктах 1 и 2 части 1 настоящей статьи, - до прекращения уголовного преследования по основаниям, дающим право на реабилитацию в соответствии с законодательством Российской Федерации</w:t>
      </w:r>
    </w:p>
    <w:p>
      <w:r>
        <w:rPr>
          <w:b/>
        </w:rPr>
        <w:t xml:space="preserve">2. </w:t>
      </w:r>
      <w:r>
        <w:t>назначения служебной проверки по факту совершения сотрудником грубого нарушения служебной дисциплины, исключающего возможность выполнения им служебных обязанностей, - на период проведения служебной проверки и исполнения наложенного по ее результатам дисциплинарного взыскания</w:t>
      </w:r>
    </w:p>
    <w:p>
      <w:r>
        <w:rPr>
          <w:b/>
        </w:rPr>
        <w:t xml:space="preserve">2. </w:t>
      </w:r>
      <w:r>
        <w:t>возникновения конфликта интересов - до его урегулирования</w:t>
      </w:r>
    </w:p>
    <w:p>
      <w:r>
        <w:rPr>
          <w:b/>
        </w:rPr>
        <w:t>Статья 74. Восстановление на службе в органах внутренних дел</w:t>
      </w:r>
    </w:p>
    <w:p>
      <w:r>
        <w:rPr>
          <w:b/>
        </w:rPr>
        <w:t xml:space="preserve">1. </w:t>
      </w:r>
      <w:r>
        <w:t>Сотрудник органов внутренних дел, признанный в установленном порядке незаконно уволенным со службы в органах внутренних дел, освобожденным, отстраненным от должности или переведенным на другую должность в органах внутренних дел либо незаконно лишенным специального звания, подлежит восстановлению в прежней должности и (или) специальном звании</w:t>
      </w:r>
    </w:p>
    <w:p>
      <w:r>
        <w:rPr>
          <w:b/>
        </w:rPr>
        <w:t xml:space="preserve">2. </w:t>
      </w:r>
      <w:r>
        <w:t>Сотрудник органов внутренних дел, находившийся в распоряжении федерального органа исполнительной власти в сфере внутренних дел, его территориального органа или подразделения и признанный в установленном порядке незаконно уволенным со службы в органах внутренних дел, подлежит восстановлению на службе и зачислению в распоряжение федерального органа исполнительной власти в сфере внутренних дел, его территориального органа или подразделения до решения вопроса об условиях дальнейшего прохождения службы или о ее прекращении по основаниям, предусмотренным настоящим Федеральным законом</w:t>
      </w:r>
    </w:p>
    <w:p>
      <w:r>
        <w:rPr>
          <w:b/>
        </w:rPr>
        <w:t xml:space="preserve">3. </w:t>
      </w:r>
      <w:r>
        <w:t>Основанием для восстановления сотрудника органов внутренних дел на службе в органах внутренних дел является решение руководителя федерального органа исполнительной власти в сфере внутренних дел или уполномоченного руководителя либо решение суда о восстановлении сотрудника на службе в органах внутренних дел. (В редакции Федерального закона от 02.08.2019 № 318-ФЗ)</w:t>
      </w:r>
    </w:p>
    <w:p>
      <w:r>
        <w:rPr>
          <w:b/>
        </w:rPr>
        <w:t xml:space="preserve">4. </w:t>
      </w:r>
      <w:r>
        <w:t>Сотрудник органов внутренних дел, подлежащий восстановлению на службе в органах внутренних дел, с его согласия может быть назначен на равнозначную должность в органах внутренних дел</w:t>
      </w:r>
    </w:p>
    <w:p>
      <w:r>
        <w:rPr>
          <w:b/>
        </w:rPr>
        <w:t xml:space="preserve">5. </w:t>
      </w:r>
      <w:r>
        <w:t>Сотруднику органов внутренних дел, восстановленному на службе в органах внутренних дел, время вынужденного прогула засчитывается в стаж службы в органах внутренних дел, дающий право на дополнительный отпуск, ежемесячную надбавку за стаж службы (выслугу лет), пенсию за выслугу лет и на иные социальные гарантии, установленные законодательством Российской Федерации, а также в срок выслуги в специальном звании для присвоения очередного специального звания</w:t>
      </w:r>
    </w:p>
    <w:p>
      <w:r>
        <w:rPr>
          <w:b/>
        </w:rPr>
        <w:t xml:space="preserve">6. </w:t>
      </w:r>
      <w:r>
        <w:t>Сотруднику органов внутренних дел, восстановленному на службе в органах внутренних дел, выплачивается не полученное (недополученное) им за время вынужденного прогула денежное довольствие, установленное по замещаемой им ранее должности в органах внутренних дел, и (или) компенсируется разница между денежным довольствием, получаемым им по последней должности в органах внутренних дел, и фактическим заработком, полученным в период вынужденного перерыва в службе</w:t>
      </w:r>
    </w:p>
    <w:p>
      <w:r>
        <w:rPr>
          <w:b/>
        </w:rPr>
        <w:t xml:space="preserve">7. </w:t>
      </w:r>
      <w:r>
        <w:t>Руководитель федерального органа исполнительной власти в сфере внутренних дел или уполномоченный руководитель, принявшие с нарушением закона решение об увольнении сотрудника органов внутренних дел со службы в органах внутренних дел, о его освобождении, отстранении от должности или переводе на другую должность в органах внутренних дел либо задержавшие исполнение решения о восстановлении сотрудника в прежней должности и (или) специальном звании, несут дисциплинарную и материальную ответственность в соответствии с настоящим Федеральным законом и другими федеральными законами</w:t>
      </w:r>
    </w:p>
    <w:p>
      <w:r>
        <w:rPr>
          <w:b/>
        </w:rPr>
        <w:t xml:space="preserve">8. </w:t>
      </w:r>
      <w:r>
        <w:t>Правом на восстановление на службе в органах внутренних дел обладает гражданин, объявившийся после прекращения службы в органах внутренних дел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Такой гражданин восстанавливается, как правило, в равнозначной должности после отмены судом решения о признании его безвестно отсутствующим и (или) об объявлении его умершим</w:t>
      </w:r>
    </w:p>
    <w:p>
      <w:pPr>
        <w:pStyle w:val="Heading3"/>
      </w:pPr>
      <w:r>
        <w:t>Формирование кадрового состава органов внутренних дел</w:t>
      </w:r>
    </w:p>
    <w:p>
      <w:r>
        <w:rPr>
          <w:b/>
        </w:rPr>
        <w:t>Статья 75. Принципы и основные направления формирования кадрового состава органов внутренних дел</w:t>
      </w:r>
    </w:p>
    <w:p>
      <w:r>
        <w:rPr>
          <w:b/>
        </w:rPr>
        <w:t xml:space="preserve">1. </w:t>
      </w:r>
      <w:r>
        <w:t>Формирование кадрового состава органов внутренних дел в федеральном органе исполнительной власти в сфере внутренних дел, его территориальных органах, подразделениях осуществляется на основе следующих принципов</w:t>
      </w:r>
    </w:p>
    <w:p>
      <w:r>
        <w:rPr>
          <w:b/>
        </w:rPr>
        <w:t xml:space="preserve">2. </w:t>
      </w:r>
      <w:r>
        <w:t>Основными направлениями формирования кадрового состава органов внутренних дел являются</w:t>
      </w:r>
    </w:p>
    <w:p>
      <w:r>
        <w:rPr>
          <w:b/>
        </w:rPr>
        <w:t xml:space="preserve">1. </w:t>
      </w:r>
      <w:r>
        <w:t>обязательный профессиональный отбор при равном доступе граждан к службе в органах внутренних дел</w:t>
      </w:r>
    </w:p>
    <w:p>
      <w:r>
        <w:rPr>
          <w:b/>
        </w:rPr>
        <w:t xml:space="preserve">1. </w:t>
      </w:r>
      <w:r>
        <w:t>совершенствование профессиональных знаний и навыков сотрудников органов внутренних дел</w:t>
      </w:r>
    </w:p>
    <w:p>
      <w:r>
        <w:rPr>
          <w:b/>
        </w:rPr>
        <w:t xml:space="preserve">1. </w:t>
      </w:r>
      <w:r>
        <w:t>назначение сотрудников органов внутренних дел на должности с учетом уровня их квалификации, заслуг в служебной деятельности, личных и деловых качеств; (В редакции Федерального закона от 02.07.2013 № 185-ФЗ) 4) соблюдение последовательности прохождения службы в органах внутренних дел и присвоения специальных званий</w:t>
      </w:r>
    </w:p>
    <w:p>
      <w:r>
        <w:rPr>
          <w:b/>
        </w:rPr>
        <w:t xml:space="preserve">2. </w:t>
      </w:r>
      <w:r>
        <w:t>подготовка на плановой основе кадров для замещения должностей в органах внутренних дел</w:t>
      </w:r>
    </w:p>
    <w:p>
      <w:r>
        <w:rPr>
          <w:b/>
        </w:rPr>
        <w:t xml:space="preserve">2. </w:t>
      </w:r>
      <w:r>
        <w:t>создание условий для профессионального и должностного роста сотрудников органов внутренних дел</w:t>
      </w:r>
    </w:p>
    <w:p>
      <w:r>
        <w:rPr>
          <w:b/>
        </w:rPr>
        <w:t xml:space="preserve">2. </w:t>
      </w:r>
      <w:r>
        <w:t>оценка результатов служебной деятельности сотрудников органов внутренних дел путем проведения аттестации</w:t>
      </w:r>
    </w:p>
    <w:p>
      <w:r>
        <w:rPr>
          <w:b/>
        </w:rPr>
        <w:t xml:space="preserve">2. </w:t>
      </w:r>
      <w:r>
        <w:t>создание кадрового резерва и его эффективное использование</w:t>
      </w:r>
    </w:p>
    <w:p>
      <w:r>
        <w:rPr>
          <w:b/>
        </w:rPr>
        <w:t xml:space="preserve">2. </w:t>
      </w:r>
      <w:r>
        <w:t>ведение перечня должностей в органах внутренних дел, подлежащих замещению по конкурсу</w:t>
      </w:r>
    </w:p>
    <w:p>
      <w:r>
        <w:rPr>
          <w:b/>
        </w:rPr>
        <w:t xml:space="preserve">2. </w:t>
      </w:r>
      <w:r>
        <w:t>применение современных кадровых технологий при приеме на службу в органы внутренних дел и ее прохождении</w:t>
      </w:r>
    </w:p>
    <w:p>
      <w:r>
        <w:rPr>
          <w:b/>
        </w:rPr>
        <w:t>Статья 76. Подготовка кадров для органов внутренних дел</w:t>
      </w:r>
    </w:p>
    <w:p>
      <w:r>
        <w:rPr>
          <w:b/>
        </w:rPr>
        <w:t xml:space="preserve">1. </w:t>
      </w:r>
      <w:r>
        <w:t>Подготовка кадров для органов внутренних дел осуществляется путем</w:t>
      </w:r>
    </w:p>
    <w:p>
      <w:r>
        <w:rPr>
          <w:b/>
        </w:rPr>
        <w:t xml:space="preserve">2. </w:t>
      </w:r>
      <w:r>
        <w:t>Подготовка кадров для замещения должностей среднего, старшего и высшего начальствующего состава осуществляется преимущественно в образовательных организациях высшего образования федерального органа исполнительной власти в сфере внутренних дел. (В редакции Федерального закона от 02.07.2013 № 185-ФЗ)</w:t>
      </w:r>
    </w:p>
    <w:p>
      <w:r>
        <w:rPr>
          <w:b/>
        </w:rPr>
        <w:t xml:space="preserve">21. </w:t>
      </w:r>
      <w:r>
        <w:t>Особенности прохождения службы сотрудниками органов внутренних дел, переведенными в образовательные организации высшего образования или научные организации федерального органа исполнительной власти в сфере внутренних дел для подготовки диссертации на соискание ученой степени доктора наук, связанные с организацией и осуществлением научной (научно-исследовательской) деятельности, определяются федеральным органом исполнительной власти в сфере внутренних дел. (Дополнение частью - Федеральный закон от 02.08.2019 № 318-ФЗ)</w:t>
      </w:r>
    </w:p>
    <w:p>
      <w:r>
        <w:rPr>
          <w:b/>
        </w:rPr>
        <w:t xml:space="preserve">3. </w:t>
      </w:r>
      <w:r>
        <w:t>Участие курсантов, слушателей, адъюнктов образовательных организаций высшего образования федерального органа исполнительной власти в сфере внутренних дел в мероприятиях по обеспечению общественной безопасности и охране общественного порядка и выполнение ими других обязанностей, возложенных на органы внутренних дел, являются частью их подготовки, предусмотренной в соответствующих образовательных программах. К участию в таких мероприятиях и выполнению указанных обязанностей не допускаются курсанты и слушатели, не достигшие возраста 18 лет. (В редакции Федерального закона от 02.07.2013 № 185-ФЗ)</w:t>
      </w:r>
    </w:p>
    <w:p>
      <w:r>
        <w:rPr>
          <w:b/>
        </w:rPr>
        <w:t xml:space="preserve">4. </w:t>
      </w:r>
      <w:r>
        <w:t>(Часть утратила силу - Федеральный закон от 02.07.2013 № 185-ФЗ)</w:t>
      </w:r>
    </w:p>
    <w:p>
      <w:r>
        <w:rPr>
          <w:b/>
        </w:rPr>
        <w:t xml:space="preserve">5. </w:t>
      </w:r>
      <w:r>
        <w:t>Получение сотрудником дополнительного профессионального образования является преимущественным основанием для включения сотрудника в кадровый резерв или продолжения замещения им соответствующей должности в органах внутренних дел. (В редакции Федерального закона от 02.07.2013 № 185-ФЗ)</w:t>
      </w:r>
    </w:p>
    <w:p>
      <w:r>
        <w:rPr>
          <w:b/>
        </w:rPr>
        <w:t xml:space="preserve">6. </w:t>
      </w:r>
      <w:r>
        <w:t>Дополнительное профессиональное образование сотрудников органов внутренних дел осуществляется в организациях, осуществляющих образовательную деятельность. (В редакции Федерального закона от 02.07.2013 № 185-ФЗ)</w:t>
      </w:r>
    </w:p>
    <w:p>
      <w:r>
        <w:rPr>
          <w:b/>
        </w:rPr>
        <w:t xml:space="preserve">7. </w:t>
      </w:r>
      <w:r>
        <w:t>(Часть утратила силу - Федеральный закон от 02.07.2013 № 185-ФЗ)</w:t>
      </w:r>
    </w:p>
    <w:p>
      <w:r>
        <w:rPr>
          <w:b/>
        </w:rPr>
        <w:t xml:space="preserve">8. </w:t>
      </w:r>
      <w:r>
        <w:t>Дополнительное профессиональное образование сотрудников органов внутренних дел осуществляется по мере необходимости, но не реже одного раза в пять лет. (В редакции Федерального закона от 02.07.2013 № 185-ФЗ)</w:t>
      </w:r>
    </w:p>
    <w:p>
      <w:r>
        <w:rPr>
          <w:b/>
        </w:rPr>
        <w:t xml:space="preserve">9. </w:t>
      </w:r>
      <w:r>
        <w:t>Порядок организации дополнительного профессионального образования сотрудников органов внутренних дел, в том числе формы обучения и сроки освоения дополнительных профессиональных программ, устанавливается федеральным органом исполнительной власти в сфере внутренних дел. (В редакции Федерального закона от 02.07.2013 № 185-ФЗ)</w:t>
      </w:r>
    </w:p>
    <w:p>
      <w:r>
        <w:rPr>
          <w:b/>
        </w:rPr>
        <w:t xml:space="preserve">10. </w:t>
      </w:r>
      <w:r>
        <w:t>Руководитель федерального органа исполнительной власти в сфере внутренних дел или уполномоченный руководитель, руководитель образовательной организации высшего образования федерального органа исполнительной власти в сфере внутренних дел, а также иных государственных органов и организаций, обеспечивают сотрудникам органов внутренних дел, обучающимся по соответствующей дополнительной профессиональной программе, условия для ее освоения. (В редакции Федерального закона от 02.07.2013 № 185-ФЗ)</w:t>
      </w:r>
    </w:p>
    <w:p>
      <w:r>
        <w:rPr>
          <w:b/>
        </w:rPr>
        <w:t xml:space="preserve">11. </w:t>
      </w:r>
      <w:r>
        <w:t>По решению уполномоченного руководителя сотрудник органов внутренних дел, имеющий высшее образование и заключивший контракт на неопределенный срок, может быть с его согласия направлен на обучение по очно-заочной или заочной форме для получения высшего образования по другой специальности или другому направлению подготовки. (В редакции Федерального закона от 02.07.2013 № 185-ФЗ)</w:t>
      </w:r>
    </w:p>
    <w:p>
      <w:r>
        <w:rPr>
          <w:b/>
        </w:rPr>
        <w:t xml:space="preserve">12. </w:t>
      </w:r>
      <w:r>
        <w:t>С сотрудником органов внутренних дел, направленным в соответствии с частью 11 настоящей статьи на обучение в образовательную организацию высшего образования, заключается в письменной форме дополнительное соглашение, в котором указываются: (В редакции Федерального закона от 02.07.2013 № 185-ФЗ) 1) наименование и местонахождение образовательной организации; (В редакции Федерального закона от 02.07.2013 № 185-ФЗ) 2) наименование и местонахождение федерального органа исполнительной власти в сфере внутренних дел, его территориального органа или подразделения, направляющих сотрудника на обучение;</w:t>
      </w:r>
    </w:p>
    <w:p>
      <w:r>
        <w:rPr>
          <w:b/>
        </w:rPr>
        <w:t xml:space="preserve">13. </w:t>
      </w:r>
      <w:r>
        <w:t>Дополнительное соглашение, предусмотренное частью 12 настоящей статьи, может содержать иные условия, в том числе о переводе сотрудника органов внутренних дел по окончании обучения на другую должность в органах внутренних дел</w:t>
      </w:r>
    </w:p>
    <w:p>
      <w:r>
        <w:rPr>
          <w:b/>
        </w:rPr>
        <w:t xml:space="preserve">14. </w:t>
      </w:r>
      <w:r>
        <w:t>В случае расторжения контракта и увольнения сотрудника органов внутренних дел по основанию, предусмотренному пунктом 2, 5, 6, 7, 10, 13, 14, 15 или 20 части 2 либо пунктом 4, 5, 7, 9, 13 или 14 части 3 статьи 82 настоящего Федерального закона, в период обучения в образовательной организации высшего образования или научной организации федерального органа исполнительной власти в сфере внутренних дел или в течение срока, предусмотренного пунктом 3 части 3 статьи 23 настоящего Федерального закона и пунктом 7 части 12 настоящей статьи, указанный сотрудник возмещает федеральному органу исполнительной власти в сфере внутренних дел затраты на обучение в порядке и размерах, которые устанавливаются Правительством Российской Федерации. (В редакции федеральных законов от 02.07.2013 № 185-ФЗ, от 22.12.2014 № 431-ФЗ, от 03.07.2016 № 300-ФЗ, от 02.08.2019 № 318-ФЗ, от 05.12.2022 № 498-ФЗ)</w:t>
      </w:r>
    </w:p>
    <w:p>
      <w:r>
        <w:rPr>
          <w:b/>
        </w:rPr>
        <w:t xml:space="preserve">15. </w:t>
      </w:r>
      <w:r>
        <w:t>Сотруднику органов внутренних дел, обучающемуся в образовательной организации высшего образования по очно-заочной или заочной форме обучения, предоставляются социальные гарантии, установленные законодательством Российской Федерации. (В редакции Федерального закона от 02.07.2013 № 185-ФЗ)</w:t>
      </w:r>
    </w:p>
    <w:p>
      <w:r>
        <w:rPr>
          <w:b/>
        </w:rPr>
        <w:t xml:space="preserve">16. </w:t>
      </w:r>
      <w:r>
        <w:t>Сотрудник органов внутренних дел может получать дополнительное профессиональное образование за пределами территории Российской Федерации на основе международных договоров Российской Федерации</w:t>
      </w:r>
    </w:p>
    <w:p>
      <w:r>
        <w:rPr>
          <w:b/>
        </w:rPr>
        <w:t xml:space="preserve">17. </w:t>
      </w:r>
      <w:r>
        <w:t>Профессиональная служебная и физическая подготовка осуществляется по месту службы сотрудника органов внутренних дел</w:t>
      </w:r>
    </w:p>
    <w:p>
      <w:r>
        <w:rPr>
          <w:b/>
        </w:rPr>
        <w:t xml:space="preserve">18. </w:t>
      </w:r>
      <w:r>
        <w:t>Порядок организации подготовки кадров для замещения должностей в органах внутренних дел определяется федеральным органом исполнительной власти в сфере внутренних дел</w:t>
      </w:r>
    </w:p>
    <w:p>
      <w:r>
        <w:rPr>
          <w:b/>
        </w:rPr>
        <w:t xml:space="preserve">19. </w:t>
      </w:r>
      <w:r>
        <w:t>(Часть утратила силу - Федеральный закон от 02.07.2013 № 185-ФЗ)</w:t>
      </w:r>
    </w:p>
    <w:p>
      <w:r>
        <w:rPr>
          <w:b/>
        </w:rPr>
        <w:t xml:space="preserve">1. </w:t>
      </w:r>
      <w:r>
        <w:t>обучения в соответствии с федеральным законом по основным образовательным программам:</w:t>
      </w:r>
    </w:p>
    <w:p>
      <w:r>
        <w:rPr>
          <w:b/>
        </w:rPr>
        <w:t xml:space="preserve">1. </w:t>
      </w:r>
      <w:r>
        <w:t>профессиональной служебной и физической подготовки. (Часть в редакции Федерального закона от 03.07.2016 № 300-ФЗ)</w:t>
      </w:r>
    </w:p>
    <w:p>
      <w:r>
        <w:rPr>
          <w:b/>
        </w:rPr>
        <w:t xml:space="preserve">1. </w:t>
      </w:r>
      <w:r>
        <w:t>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w:t>
      </w:r>
    </w:p>
    <w:p>
      <w:r>
        <w:rPr>
          <w:b/>
        </w:rPr>
        <w:t xml:space="preserve">1. </w:t>
      </w:r>
      <w:r>
        <w:t>профессионального обучения граждан, впервые принятых на службу в органы внутренних дел,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 а также сотрудников по программам переподготовки в целях приобретения ими компетенции, необходимой для осуществления нового вида оперативно-служебной деятельности и получения новой квалификации, и по программам повышения квалификации в целях совершенствования имеющейся и (или) приобретения новой компетенции, необходимой для осуществления оперативно-служебной деятельности и (или) повышения профессионального уровня в рамках имеющейся квалификации по замещаемой должности</w:t>
      </w:r>
    </w:p>
    <w:p>
      <w:r>
        <w:rPr>
          <w:b/>
        </w:rPr>
        <w:t xml:space="preserve">1. </w:t>
      </w:r>
      <w:r>
        <w:t>среднего профессионального образования - программам подготовки специалистов среднего звена; (В редакции Федерального закона от 02.08.2019 № 318-ФЗ)</w:t>
      </w:r>
    </w:p>
    <w:p>
      <w:r>
        <w:rPr>
          <w:b/>
        </w:rPr>
        <w:t xml:space="preserve">1. </w:t>
      </w:r>
      <w:r>
        <w:t>высшего образования - программам бакалавриата, программам специалитета, программам магистратуры, программам подготовки научных и научно-педагогических кадров в адъюнктуре; (В редакции федеральных законов от 02.08.2019 № 318-ФЗ, от 30.12.2020 № 517-ФЗ) 2) обучения по дополнительным профессиональным программам</w:t>
      </w:r>
    </w:p>
    <w:p>
      <w:r>
        <w:rPr>
          <w:b/>
        </w:rPr>
        <w:t xml:space="preserve">12. </w:t>
      </w:r>
      <w:r>
        <w:t>срок обучения</w:t>
      </w:r>
    </w:p>
    <w:p>
      <w:r>
        <w:rPr>
          <w:b/>
        </w:rPr>
        <w:t xml:space="preserve">12. </w:t>
      </w:r>
      <w:r>
        <w:t>форма обучения</w:t>
      </w:r>
    </w:p>
    <w:p>
      <w:r>
        <w:rPr>
          <w:b/>
        </w:rPr>
        <w:t xml:space="preserve">12. </w:t>
      </w:r>
      <w:r>
        <w:t>стоимость обучения</w:t>
      </w:r>
    </w:p>
    <w:p>
      <w:r>
        <w:rPr>
          <w:b/>
        </w:rPr>
        <w:t xml:space="preserve">12. </w:t>
      </w:r>
      <w:r>
        <w:t>периоды времени, предоставляемые сотруднику для прохождения вступительных испытаний, текущей или итоговой аттестации</w:t>
      </w:r>
    </w:p>
    <w:p>
      <w:r>
        <w:rPr>
          <w:b/>
        </w:rPr>
        <w:t xml:space="preserve">12. </w:t>
      </w:r>
      <w:r>
        <w:t>обязательство сотрудника по окончании обучения продолжить службу в органах внутренних дел в течение не менее пяти лет в случае, если оплата обучения производится за счет бюджетных ассигнований федерального бюджета</w:t>
      </w:r>
    </w:p>
    <w:p>
      <w:r>
        <w:rPr>
          <w:b/>
        </w:rPr>
        <w:t xml:space="preserve">12. </w:t>
      </w:r>
      <w:r>
        <w:t>ответственность сторон за неисполнение или ненадлежащее исполнение условий соглашения</w:t>
      </w:r>
    </w:p>
    <w:p>
      <w:r>
        <w:rPr>
          <w:b/>
        </w:rPr>
        <w:t>Статья 77. Государственный заказ на подготовку кадров для органов внутренних дел</w:t>
      </w:r>
    </w:p>
    <w:p>
      <w:r>
        <w:rPr>
          <w:b/>
        </w:rPr>
        <w:t xml:space="preserve">1. </w:t>
      </w:r>
      <w:r>
        <w:t>Подготовка кадров для органов внутренних дел и дополнительное профессиональное образование сотрудников органов внутренних дел при необходимости могут осуществляться в профессиональных образовательных организациях и образовательных организациях высшего образования, не входящих в систему федерального органа исполнительной власти в сфере внутренних дел, на основе государственного заказа. (В редакции Федерального закона от 02.07.2013 № 185-ФЗ)</w:t>
      </w:r>
    </w:p>
    <w:p>
      <w:r>
        <w:rPr>
          <w:b/>
        </w:rPr>
        <w:t xml:space="preserve">2. </w:t>
      </w:r>
      <w:r>
        <w:t>Государственный заказ на подготовку кадров для органов внутренних дел на очередной год включает в себя</w:t>
      </w:r>
    </w:p>
    <w:p>
      <w:r>
        <w:rPr>
          <w:b/>
        </w:rPr>
        <w:t xml:space="preserve">3. </w:t>
      </w:r>
      <w:r>
        <w:t>Размещение государственного заказа на подготовку кадров для органов внутренних дел осуществляется федеральным органом исполнительной власти в сфере внутренних дел на конкурсной основе в профессиональных образовательных организациях и образовательных организациях высшего образования, имеющих государственную аккредитацию по соответствующим образовательным программам, на основе программ развития государственной службы с учетом функций, возложенных на органы внутренних дел, и квалификационных требований к должностям в органах внутренних дел. (В редакции Федерального закона от 02.07.2013 № 185-ФЗ)</w:t>
      </w:r>
    </w:p>
    <w:p>
      <w:r>
        <w:rPr>
          <w:b/>
        </w:rPr>
        <w:t xml:space="preserve">4. </w:t>
      </w:r>
      <w:r>
        <w:t>Государственный заказ на подготовку кадров для органов внутренних дел, его объем и структура утверждаются Правительством Российской Федерации после дня вступления в силу федерального закона о федеральном бюджете на соответствующий год</w:t>
      </w:r>
    </w:p>
    <w:p>
      <w:r>
        <w:rPr>
          <w:b/>
        </w:rPr>
        <w:t xml:space="preserve">5. </w:t>
      </w:r>
      <w:r>
        <w:t>Федеральный орган исполнительной власти в сфере внутренних дел на конкурсной основе и в порядке, установленном Президентом Российской Федерации, заключает с гражданином договор на обучение в профессиональной образовательной организации или образовательной организации высшего образования, не входящих в систему федерального органа исполнительной власти в сфере внутренних дел, в соответствии с которым гражданин обязуется после получения среднего профессионального образования или высшего образования заключить контракт на срок не менее пяти лет. (В редакции Федерального закона от 02.07.2013 № 185-ФЗ)</w:t>
      </w:r>
    </w:p>
    <w:p>
      <w:r>
        <w:rPr>
          <w:b/>
        </w:rPr>
        <w:t xml:space="preserve">6. </w:t>
      </w:r>
      <w:r>
        <w:t>(Часть утратила силу - Федеральный закон от 02.07.2013 № 185-ФЗ)</w:t>
      </w:r>
    </w:p>
    <w:p>
      <w:r>
        <w:rPr>
          <w:b/>
        </w:rPr>
        <w:t xml:space="preserve">2. </w:t>
      </w:r>
      <w:r>
        <w:t>государственный заказ на подготовку кадров по образовательным программам среднего профессионального образования и образовательным программам высшего образования в соответствии с квалификационными требованиями к должностям в органах внутренних дел; (В редакции Федерального закона от 02.07.2013 № 185-ФЗ) 2) государственный заказ на дополнительное профессиональное образование сотрудников органов внутренних дел; (В редакции Федерального закона от 02.07.2013 № 185-ФЗ) 3) (Пункт утратил силу - Федеральный закон от 02.07.2013 № 185-ФЗ)</w:t>
      </w:r>
    </w:p>
    <w:p>
      <w:r>
        <w:rPr>
          <w:b/>
        </w:rPr>
        <w:t>Статья 78. Кадровый резерв для замещения должностей в органах внутренних дел</w:t>
      </w:r>
    </w:p>
    <w:p>
      <w:r>
        <w:rPr>
          <w:b/>
        </w:rPr>
        <w:t xml:space="preserve">1. </w:t>
      </w:r>
      <w:r>
        <w:t>Для замещения должностей в органах внутренних дел, выполнения специальных задач, задач в особых условиях федеральным органом исполнительной власти в сфере внутренних дел создаются</w:t>
      </w:r>
    </w:p>
    <w:p>
      <w:r>
        <w:rPr>
          <w:b/>
        </w:rPr>
        <w:t xml:space="preserve">2. </w:t>
      </w:r>
      <w:r>
        <w:t>Включение сотрудника органов внутренних дел в кадровый резерв отражается в его личном деле и документах учета</w:t>
      </w:r>
    </w:p>
    <w:p>
      <w:r>
        <w:rPr>
          <w:b/>
        </w:rPr>
        <w:t xml:space="preserve">3. </w:t>
      </w:r>
      <w:r>
        <w:t>Вакантные должности руководителей (начальников) из числа должностей среднего и старшего начальствующего состава замещаются по решению руководителя федерального органа исполнительной власти в сфере внутренних дел или уполномоченного руководителя сотрудниками органов внутренних дел, состоящими в соответствующем кадровом резерве, предусмотренном пунктом 2 части 1 настоящей статьи, если иное не предусмотрено настоящим Федеральным законом. В исключительных случаях при отсутствии возможности замещения вакантной должности сотрудником органов внутренних дел, состоящим в кадровом резерве, вакантная должность может быть замещена в установленном настоящим Федеральным законом порядке путем назначения на должность, в том числе по результатам конкурса</w:t>
      </w:r>
    </w:p>
    <w:p>
      <w:r>
        <w:rPr>
          <w:b/>
        </w:rPr>
        <w:t xml:space="preserve">31. </w:t>
      </w:r>
      <w:r>
        <w:t>Отказ сотрудника органов внутренних дел, состоящего в кадровом резерве, без уважительной причины от перевода на вышестоящую должность в другую местность является препятствием для возможного повторного включения его в кадровый резерв и назначения его на вышестоящую должность в течение четырех лет со дня отказа от перевода. (Дополнение частью - Федеральный закон от 02.08.2019 № 318-ФЗ)</w:t>
      </w:r>
    </w:p>
    <w:p>
      <w:r>
        <w:rPr>
          <w:b/>
        </w:rPr>
        <w:t xml:space="preserve">4. </w:t>
      </w:r>
      <w:r>
        <w:t>Порядок формирования федерального кадрового резерва устанавливается Президентом Российской Федерации. Порядок формирования кадровых резервов федерального органа исполнительной власти в сфере внутренних дел, его территориальных органов, подразделений определяется федеральным органом исполнительной власти в сфере внутренних дел</w:t>
      </w:r>
    </w:p>
    <w:p>
      <w:r>
        <w:rPr>
          <w:b/>
        </w:rPr>
        <w:t xml:space="preserve">1. </w:t>
      </w:r>
      <w:r>
        <w:t>для замещения должностей высшего начальствующего состава - федеральный кадровый резерв</w:t>
      </w:r>
    </w:p>
    <w:p>
      <w:r>
        <w:rPr>
          <w:b/>
        </w:rPr>
        <w:t xml:space="preserve">1. </w:t>
      </w:r>
      <w:r>
        <w:t>для замещения должностей руководителей (начальников) из числа должностей среднего и старшего начальствующего состава - кадровые резервы федерального органа исполнительной власти в сфере внутренних дел, его территориальных органов, подразделений</w:t>
      </w:r>
    </w:p>
    <w:p>
      <w:r>
        <w:rPr>
          <w:b/>
        </w:rPr>
        <w:t>Статья 79. Кадровая работа в федеральном органе исполнительной власти в сфере внутренних дел</w:t>
      </w:r>
    </w:p>
    <w:p>
      <w:r>
        <w:t>Организация кадровой работы в федеральном органе исполнительной власти в сфере внутренних дел, его территориальных органах, подразделениях осуществляется в порядке, определяемом федеральным органом исполнительной власти в сфере внутренних дел. Формы документов, образующихся в ходе организации кадровой работы в федеральном органе исполнительной власти в сфере внутренних дел, его территориальных органах, подразделениях, и порядок их заполнения определяются федеральным органом исполнительной власти в сфере внутренних дел. (В редакции Федерального закона от 02.08.2019 № 318-ФЗ)</w:t>
      </w:r>
    </w:p>
    <w:p>
      <w:pPr>
        <w:pStyle w:val="Heading3"/>
      </w:pPr>
      <w:r>
        <w:t>Прекращение службы в органах внутренних дел</w:t>
      </w:r>
    </w:p>
    <w:p>
      <w:r>
        <w:rPr>
          <w:b/>
        </w:rPr>
        <w:t>Статья 80. Основания прекращения службы в органах внутренних дел</w:t>
      </w:r>
    </w:p>
    <w:p>
      <w:r>
        <w:t>Служба в органах внутренних дел прекращается в случае</w:t>
      </w:r>
    </w:p>
    <w:p>
      <w:r>
        <w:t>увольнения сотрудника органов внутренних дел</w:t>
      </w:r>
    </w:p>
    <w:p>
      <w:r>
        <w:t>гибели (смерти) сотрудника органов внутренних дел, признания сотрудника органов внутренних дел в установленном порядке безвестно отсутствующим и (или) объявления его умершим</w:t>
      </w:r>
    </w:p>
    <w:p>
      <w:r>
        <w:rPr>
          <w:b/>
        </w:rPr>
        <w:t>Статья 81. Увольнение со службы в органах внутренних дел</w:t>
      </w:r>
    </w:p>
    <w:p>
      <w:r>
        <w:rPr>
          <w:b/>
        </w:rPr>
        <w:t xml:space="preserve">1. </w:t>
      </w:r>
      <w:r>
        <w:t>Сотрудник органов внутренних дел увольняется со службы в органах внутренних дел в связи с прекращением или расторжением контракта</w:t>
      </w:r>
    </w:p>
    <w:p>
      <w:r>
        <w:rPr>
          <w:b/>
        </w:rPr>
        <w:t xml:space="preserve">2. </w:t>
      </w:r>
      <w:r>
        <w:t>Сотрудник органов внутренних дел, приостановивший службу в органах внутренних дел в соответствии со статьей 37 настоящего Федерального закона, вправе уволиться со службы в органах внутренних дел по основаниям, предусмотренным статьей 82 настоящего Федерального закона</w:t>
      </w:r>
    </w:p>
    <w:p>
      <w:r>
        <w:rPr>
          <w:b/>
        </w:rPr>
        <w:t>Статья 82. Основания прекращения или расторжения контракта</w:t>
      </w:r>
    </w:p>
    <w:p>
      <w:r>
        <w:rPr>
          <w:b/>
        </w:rPr>
        <w:t xml:space="preserve">1. </w:t>
      </w:r>
      <w:r>
        <w:t>Контракт прекращается, а сотрудник органов внутренних дел может быть уволен со службы в органах внутренних дел</w:t>
      </w:r>
    </w:p>
    <w:p>
      <w:r>
        <w:rPr>
          <w:b/>
        </w:rPr>
        <w:t xml:space="preserve">2. </w:t>
      </w:r>
      <w:r>
        <w:t>Контракт может быть расторгнут, а сотрудник органов внутренних дел может быть уволен со службы в органах внутренних дел</w:t>
      </w:r>
    </w:p>
    <w:p>
      <w:r>
        <w:rPr>
          <w:b/>
        </w:rPr>
        <w:t xml:space="preserve">3. </w:t>
      </w:r>
      <w:r>
        <w:t>Контракт подлежит расторжению, а сотрудник органов внутренних дел увольнению со службы в органах внутренних дел</w:t>
      </w:r>
    </w:p>
    <w:p>
      <w:r>
        <w:rPr>
          <w:b/>
        </w:rPr>
        <w:t xml:space="preserve">4. </w:t>
      </w:r>
      <w:r>
        <w:t>(Часть утратила силу - Федеральный закон от 22.12.2014 № 431-ФЗ)</w:t>
      </w:r>
    </w:p>
    <w:p>
      <w:r>
        <w:rPr>
          <w:b/>
        </w:rPr>
        <w:t xml:space="preserve">5. </w:t>
      </w:r>
      <w:r>
        <w:t>Расторжение контракта по основанию, предусмотренному пунктом 2, 4 или 16 части 2 настоящей статьи, осуществляется по инициативе сотрудника органов внутренних дел</w:t>
      </w:r>
    </w:p>
    <w:p>
      <w:r>
        <w:rPr>
          <w:b/>
        </w:rPr>
        <w:t xml:space="preserve">6. </w:t>
      </w:r>
      <w:r>
        <w:t>Расторжение контракта по основанию, предусмотренному пунктом 5, 6, 7, 10, 13, 14, 15 или 20 части 2 настоящей статьи, осуществляется по инициативе руководителя федерального органа исполнительной власти в сфере внутренних дел или уполномоченного руководителя. (В редакции Федерального закона от 22.12.2014 № 431-ФЗ)</w:t>
      </w:r>
    </w:p>
    <w:p>
      <w:r>
        <w:rPr>
          <w:b/>
        </w:rPr>
        <w:t xml:space="preserve">7. </w:t>
      </w:r>
      <w:r>
        <w:t>Расторжение контракта по основанию, предусмотренному пунктом 8, 11 или 12 части 2 настоящей статьи, осуществляется по инициативе одной из сторон контракта. При этом расторжение контракта по инициативе руководителя федерального органа исполнительной власти в сфере внутренних дел или уполномоченного руководителя допускается только в случае невозможности перевода или отказа сотрудника органов внутренних дел от перевода на иную должность в органах внутренних дел</w:t>
      </w:r>
    </w:p>
    <w:p>
      <w:r>
        <w:rPr>
          <w:b/>
        </w:rPr>
        <w:t xml:space="preserve">8. </w:t>
      </w:r>
      <w:r>
        <w:t>При наличии одновременно нескольких оснований прекращения или расторжения контракта, предусмотренных частью 1, пунктами 1, 3, 4, 8, 9, 11, 12 и 16 части 2 и пунктом 3 части 3 настоящей статьи, контракт прекращается или расторгается по одному из этих оснований по выбору сотрудника органов внутренних дел. (В редакции Федерального закона от 02.08.2019 № 318-ФЗ)</w:t>
      </w:r>
    </w:p>
    <w:p>
      <w:r>
        <w:rPr>
          <w:b/>
        </w:rPr>
        <w:t xml:space="preserve">9. </w:t>
      </w:r>
      <w:r>
        <w:t>В случае выявления нарушений законодательства Российской Федерации, допущенных при принятии решения о прекращении (расторжении) контракта, или в случае выявления (возникновения) новых обстоятельств, связанных с прекращением или расторжением контракта, основание, по которому с сотрудником органов внутренних дел был прекращен или расторгнут контракт, может быть изменено приказом руководителя федерального органа исполнительной власти в сфере внутренних дел или уполномоченного руководителя</w:t>
      </w:r>
    </w:p>
    <w:p>
      <w:r>
        <w:rPr>
          <w:b/>
        </w:rPr>
        <w:t xml:space="preserve">10. </w:t>
      </w:r>
      <w:r>
        <w:t>Расторжение контракта по основаниям, предусмотренным пунктом 8 части 2 и пунктом 1 части 3 настоящей статьи, осуществляется в соответствии с заключением военно-врачебной комиссии. При наличии у сотрудника органов внутренних дел признаков стойкой утраты трудоспособности он направляется в учреждение медико-социальной экспертизы для определения стойкой утраты трудоспособности и (или) установления факта инвалидности. Порядок определения стойкой утраты трудоспособности сотрудника определяется Правительством Российской Федерации</w:t>
      </w:r>
    </w:p>
    <w:p>
      <w:r>
        <w:rPr>
          <w:b/>
        </w:rPr>
        <w:t xml:space="preserve">11. </w:t>
      </w:r>
      <w:r>
        <w:t>Контракт с сотрудником органов внутренних дел, осужденным за преступление, расторгается после вступления в законную силу приговора суда. Если на день вступления в законную силу приговора суда сотрудник находился под стражей, контракт расторгается со дня фактического заключения сотрудника под стражу</w:t>
      </w:r>
    </w:p>
    <w:p>
      <w:r>
        <w:rPr>
          <w:b/>
        </w:rPr>
        <w:t xml:space="preserve">1. </w:t>
      </w:r>
      <w:r>
        <w:t>по истечении срока действия срочного контракта</w:t>
      </w:r>
    </w:p>
    <w:p>
      <w:r>
        <w:rPr>
          <w:b/>
        </w:rPr>
        <w:t xml:space="preserve">1. </w:t>
      </w:r>
      <w:r>
        <w:t>по достижении сотрудником предельного возраста пребывания на службе в органах внутренних дел, установленного статьей 88 настоящего Федерального закона</w:t>
      </w:r>
    </w:p>
    <w:p>
      <w:r>
        <w:rPr>
          <w:b/>
        </w:rPr>
        <w:t xml:space="preserve">2. </w:t>
      </w:r>
      <w:r>
        <w:t>по соглашению сторон</w:t>
      </w:r>
    </w:p>
    <w:p>
      <w:r>
        <w:rPr>
          <w:b/>
        </w:rPr>
        <w:t xml:space="preserve">2. </w:t>
      </w:r>
      <w:r>
        <w:t>по инициативе сотрудника</w:t>
      </w:r>
    </w:p>
    <w:p>
      <w:r>
        <w:rPr>
          <w:b/>
        </w:rPr>
        <w:t xml:space="preserve">2. </w:t>
      </w:r>
      <w:r>
        <w:t>в связи с изменением условий контракта и отказом сотрудника от продолжения службы в органах внутренних дел</w:t>
      </w:r>
    </w:p>
    <w:p>
      <w:r>
        <w:rPr>
          <w:b/>
        </w:rPr>
        <w:t xml:space="preserve">2. </w:t>
      </w:r>
      <w:r>
        <w:t>по выслуге лет, дающей право на получение пенсии</w:t>
      </w:r>
    </w:p>
    <w:p>
      <w:r>
        <w:rPr>
          <w:b/>
        </w:rPr>
        <w:t xml:space="preserve">2. </w:t>
      </w:r>
      <w:r>
        <w:t>в связи с несоответствием сотрудника замещаемой должности в органах внутренних дел - на основании рекомендации аттестационной комиссии</w:t>
      </w:r>
    </w:p>
    <w:p>
      <w:r>
        <w:rPr>
          <w:b/>
        </w:rPr>
        <w:t xml:space="preserve">2. </w:t>
      </w:r>
      <w:r>
        <w:t>в связи с грубым нарушением служебной дисциплины</w:t>
      </w:r>
    </w:p>
    <w:p>
      <w:r>
        <w:rPr>
          <w:b/>
        </w:rPr>
        <w:t xml:space="preserve">2. </w:t>
      </w: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w:t>
      </w:r>
    </w:p>
    <w:p>
      <w:r>
        <w:rPr>
          <w:b/>
        </w:rPr>
        <w:t xml:space="preserve">2. </w:t>
      </w:r>
      <w:r>
        <w:t>по состоянию здоровья - на основании заключения военно-врачебной комиссии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w:t>
      </w:r>
    </w:p>
    <w:p>
      <w:r>
        <w:rPr>
          <w:b/>
        </w:rPr>
        <w:t xml:space="preserve">2. </w:t>
      </w:r>
      <w:r>
        <w:t>в связи с восстановлением в должности в органах внутренних дел сотрудника, ранее замещавшего эту должность (в случае отказа сотрудника, замещающего эту должность, от перевода на другую должность в органах внутренних дел в соответствии с пунктом 5 части 5 или пунктом 5 части 7 статьи 30 настоящего Федерального закона)</w:t>
      </w:r>
    </w:p>
    <w:p>
      <w:r>
        <w:rPr>
          <w:b/>
        </w:rPr>
        <w:t xml:space="preserve">2. </w:t>
      </w:r>
      <w:r>
        <w:t>в связи с отчислением из образовательной организации высшего образования федерального органа исполнительной власти в сфере внутренних дел; (В редакции Федерального закона от 02.07.2013 № 185-ФЗ) 11) в связи с сокращением должности в органах внутренних дел, замещаемой сотрудником</w:t>
      </w:r>
    </w:p>
    <w:p>
      <w:r>
        <w:rPr>
          <w:b/>
        </w:rPr>
        <w:t xml:space="preserve">2. </w:t>
      </w:r>
      <w:r>
        <w:t>в связи с истечением срока нахождения сотрудника в распоряжении федерального органа исполнительной власти в сфере внутренних дел, его территориального органа или подразделения</w:t>
      </w:r>
    </w:p>
    <w:p>
      <w:r>
        <w:rPr>
          <w:b/>
        </w:rPr>
        <w:t xml:space="preserve">2. </w:t>
      </w:r>
      <w:r>
        <w:t>в связи с отказом сотрудника без уважительных причин от прохождения службы в особых условиях в соответствии с частью 1 статьи 35 настоящего Федерального закона</w:t>
      </w:r>
    </w:p>
    <w:p>
      <w:r>
        <w:rPr>
          <w:b/>
        </w:rPr>
        <w:t xml:space="preserve">2. </w:t>
      </w:r>
      <w:r>
        <w:t>в связи с отказом сотрудника от перевода на нижестоящую должность в органах внутренних дел в порядке исполнения дисциплинарного взыскания</w:t>
      </w:r>
    </w:p>
    <w:p>
      <w:r>
        <w:rPr>
          <w:b/>
        </w:rPr>
        <w:t xml:space="preserve">2. </w:t>
      </w:r>
      <w:r>
        <w:t>в связи с нарушением условий контракта сотрудником</w:t>
      </w:r>
    </w:p>
    <w:p>
      <w:r>
        <w:rPr>
          <w:b/>
        </w:rPr>
        <w:t xml:space="preserve">2. </w:t>
      </w:r>
      <w:r>
        <w:t>в связи с нарушением условий контракта уполномоченным руководителем</w:t>
      </w:r>
    </w:p>
    <w:p>
      <w:r>
        <w:rPr>
          <w:b/>
        </w:rPr>
        <w:t xml:space="preserve">2. </w:t>
      </w:r>
      <w:r>
        <w:t>по инициативе сотрудника в случаях, предусмотренных статьей 37 настоящего Федерального закона</w:t>
      </w:r>
    </w:p>
    <w:p>
      <w:r>
        <w:rPr>
          <w:b/>
        </w:rPr>
        <w:t xml:space="preserve">2. </w:t>
      </w:r>
      <w:r>
        <w:t>в связи с переводом сотрудника на государственную службу иного вида</w:t>
      </w:r>
    </w:p>
    <w:p>
      <w:r>
        <w:rPr>
          <w:b/>
        </w:rPr>
        <w:t xml:space="preserve">2. </w:t>
      </w:r>
      <w:r>
        <w:t>в связи с назначением сотрудника на государственную должность Российской Федерации</w:t>
      </w:r>
    </w:p>
    <w:p>
      <w:r>
        <w:rPr>
          <w:b/>
        </w:rPr>
        <w:t xml:space="preserve">2. </w:t>
      </w:r>
      <w:r>
        <w:t>в связи с несоблюдением сотрудником ограничений и запретов, установленных федеральными законами</w:t>
      </w:r>
    </w:p>
    <w:p>
      <w:r>
        <w:rPr>
          <w:b/>
        </w:rPr>
        <w:t xml:space="preserve">2. </w:t>
      </w:r>
      <w:r>
        <w:t>в связи с прекращением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w:t>
      </w:r>
    </w:p>
    <w:p>
      <w:r>
        <w:rPr>
          <w:b/>
        </w:rPr>
        <w:t xml:space="preserve">2. </w:t>
      </w:r>
      <w:r>
        <w:t>(Пункт утратил силу - Федеральный закон от 22.12.2014 № 431-ФЗ)</w:t>
      </w:r>
    </w:p>
    <w:p>
      <w:r>
        <w:rPr>
          <w:b/>
        </w:rPr>
        <w:t xml:space="preserve">3. </w:t>
      </w:r>
      <w:r>
        <w:t>в связи с болезнью - на основании заключения военно-врачебной комиссии о негодности к службе в органах внутренних дел</w:t>
      </w:r>
    </w:p>
    <w:p>
      <w:r>
        <w:rPr>
          <w:b/>
        </w:rPr>
        <w:t xml:space="preserve">3. </w:t>
      </w:r>
      <w:r>
        <w:t>в связи с признанием сотрудника недееспособным или ограниченно дееспособным по решению суда, вступившему в законную силу</w:t>
      </w:r>
    </w:p>
    <w:p>
      <w:r>
        <w:rPr>
          <w:b/>
        </w:rPr>
        <w:t xml:space="preserve">3. </w:t>
      </w:r>
      <w:r>
        <w:t>в связи с невозможностью перевода или отказом сотрудника от перевода на иную должность в органах внутренних дел (за исключением случаев отказа от перевода по основаниям, предусмотренным частью 3, пунктами 1, 3 и 6 части 5, пунктом 2 части 7 и частью 9 статьи 30 настоящего Федерального закона)</w:t>
      </w:r>
    </w:p>
    <w:p>
      <w:r>
        <w:rPr>
          <w:b/>
        </w:rPr>
        <w:t xml:space="preserve">3. </w:t>
      </w:r>
      <w:r>
        <w:t>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5) в связи с представлением сотрудником подложных документов или заведомо ложных сведений при поступлении на службу в органы внутренних дел, а также в связи с представлением сотрудником в период прохождения службы в органах внутренних дел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органах внутренних дел, если это не влечет за собой уголовную ответственность</w:t>
      </w:r>
    </w:p>
    <w:p>
      <w:r>
        <w:rPr>
          <w:b/>
        </w:rPr>
        <w:t xml:space="preserve">3. </w:t>
      </w:r>
      <w:r>
        <w:t>в связи с отказом сотрудника от перевода на иную должность в органах внутренних дел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3. </w:t>
      </w:r>
      <w:r>
        <w:t>в связи с осуждением сотрудника за преступление; в связи с прекращением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расторжения контракта и увольнения со службы в органах внутренних дел преступность деяния, ранее им совершенного, устранена уголовным законом; (В редакции федеральных законов от 12.02.2015 № 16-ФЗ, от 30.11.2024 № 442-ФЗ) 8) в связи с призывом сотрудника на военную службу или направлением на заменяющую ее альтернативную гражданскую службу</w:t>
      </w:r>
    </w:p>
    <w:p>
      <w:r>
        <w:rPr>
          <w:b/>
        </w:rPr>
        <w:t xml:space="preserve">3. </w:t>
      </w:r>
      <w:r>
        <w:t>в связи с совершением проступка, порочащего честь сотрудника органов внутренних дел</w:t>
      </w:r>
    </w:p>
    <w:p>
      <w:r>
        <w:rPr>
          <w:b/>
        </w:rPr>
        <w:t xml:space="preserve">3. </w:t>
      </w:r>
      <w:r>
        <w:t>в связи с нарушением сотрудником обязательных правил при заключении контракта</w:t>
      </w:r>
    </w:p>
    <w:p>
      <w:r>
        <w:rPr>
          <w:b/>
        </w:rPr>
        <w:t xml:space="preserve">3. </w:t>
      </w:r>
      <w:r>
        <w:t>в связи с истечением срока, установленного частью 5 статьи 37 настоящего Федерального закона для возобновления службы в органах внутренних дел</w:t>
      </w:r>
    </w:p>
    <w:p>
      <w:r>
        <w:rPr>
          <w:b/>
        </w:rPr>
        <w:t xml:space="preserve">3. </w:t>
      </w:r>
      <w:r>
        <w:t>в связи с отказом сотрудника без уважительных причин от перевода на равнозначную должность в порядке ротации в соответствии с частью 12 статьи 30 настоящего Федерального закона</w:t>
      </w:r>
    </w:p>
    <w:p>
      <w:r>
        <w:rPr>
          <w:b/>
        </w:rPr>
        <w:t xml:space="preserve">3. </w:t>
      </w:r>
      <w:r>
        <w:t>в связи с утратой доверия в случаях, предусмотренных статьей 821 настоящего Федерального закона; (Дополнение пунктом - Федеральный закон от 22.12.2014 № 431-ФЗ) 14) в связи с приобретением сотрудником статуса иностранного агента; (Дополнение пунктом - Федеральный закон от 05.12.2022 № 498-ФЗ) 15) в связи с признанием сотрудника, проходящего испытание, не выдержавшим испытание. (Дополнение пунктом - Федеральный закон от 28.11.2025 № 447-ФЗ)</w:t>
      </w:r>
    </w:p>
    <w:p>
      <w:r>
        <w:rPr>
          <w:b/>
        </w:rPr>
        <w:t>Статья 821. Увольнение в связи с утратой доверия</w:t>
      </w:r>
    </w:p>
    <w:p>
      <w:r>
        <w:rPr>
          <w:b/>
        </w:rPr>
        <w:t xml:space="preserve">1. </w:t>
      </w:r>
      <w:r>
        <w:t>Сотрудник органов внутренних дел подлежит увольнению в связи с утратой доверия в случае</w:t>
      </w:r>
    </w:p>
    <w:p>
      <w:r>
        <w:rPr>
          <w:b/>
        </w:rPr>
        <w:t xml:space="preserve">2. </w:t>
      </w:r>
      <w:r>
        <w:t>Сотрудник органов внутренних дел, замещающий должность руководителя (начальника), которому стало известно о возникновении у подчиненного ему сотрудника органов внутренних дел личной заинтересованности, которая приводит или может привести к конфликту интересов, подлежит увольнению в связи с утратой доверия в случае непринятия мер по предотвращению и (или) урегулированию конфликта интересов,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органов внутренних дел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сфере внутренних дел,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частью - Федеральный закон от 01.07.2017 № 132-ФЗ) (Дополнение статьей - Федеральный закон от 22.12.2014 № 431-ФЗ)</w:t>
      </w:r>
    </w:p>
    <w:p>
      <w:r>
        <w:rPr>
          <w:b/>
        </w:rPr>
        <w:t xml:space="preserve">1. </w:t>
      </w:r>
      <w:r>
        <w:t>непринятия сотрудником органов внутренних дел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сотрудником органов внутренних дел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10.07.2023 № 286-ФЗ, от 28.12.2025 № 505-ФЗ) 3) участия сотрудника органов внутренних дел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сотрудником органов внутренних дел предпринимательской деятельности</w:t>
      </w:r>
    </w:p>
    <w:p>
      <w:r>
        <w:rPr>
          <w:b/>
        </w:rPr>
        <w:t xml:space="preserve">1. </w:t>
      </w:r>
      <w:r>
        <w:t>вхождения сотрудника органов внутренних дел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сотрудником органов внутренних дел, его супругой (супругом) и несовершеннолетними детьми 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законом. (В редакции федеральных законов от 28.12.2016 № 505-ФЗ, от 10.07.2023 № 286-ФЗ)</w:t>
      </w:r>
    </w:p>
    <w:p>
      <w:r>
        <w:rPr>
          <w:b/>
        </w:rPr>
        <w:t>Статья 83. Расторжение контракта по соглашению сторон</w:t>
      </w:r>
    </w:p>
    <w:p>
      <w:r>
        <w:t>Контракт может быть расторгнут в любое время по соглашению сторон контракта с одновременным освобождением сотрудника органов внутренних дел от замещаемой должности и увольнением его со службы в органах внутренних дел в порядке, предусмотренном настоящим Федеральным законом.</w:t>
      </w:r>
    </w:p>
    <w:p>
      <w:r>
        <w:rPr>
          <w:b/>
        </w:rPr>
        <w:t>Статья 84. Расторжение контракта и увольнение со службы в органах внутренних дел по инициативе сотрудника органов внутренних дел</w:t>
      </w:r>
    </w:p>
    <w:p>
      <w:r>
        <w:rPr>
          <w:b/>
        </w:rPr>
        <w:t xml:space="preserve">1. </w:t>
      </w:r>
      <w:r>
        <w:t>Сотрудник органов внутренних дел имеет право расторгнуть контракт и уволиться со службы в органах внутренних дел по собственной инициативе до истечения срока действия контракта, подав в установленном порядке рапорт об этом за один месяц до даты увольнения</w:t>
      </w:r>
    </w:p>
    <w:p>
      <w:r>
        <w:rPr>
          <w:b/>
        </w:rPr>
        <w:t xml:space="preserve">2. </w:t>
      </w:r>
      <w:r>
        <w:t>До истечения срока предупреждения о расторжении контракта и об увольнении со службы в органах внутренних дел сотрудник органов внутренних дел вправе в любое время в письменной форме отозвать свой рапорт. В этом случае контракт с сотрудником не расторгается и увольнение со службы не производится, если на замещаемую этим сотрудником должность в органах внутренних дел не приглашен другой сотрудник или гражданин и (или) имеются законные основания для отказа такому сотруднику или гражданину в назначении на данную должность</w:t>
      </w:r>
    </w:p>
    <w:p>
      <w:r>
        <w:rPr>
          <w:b/>
        </w:rPr>
        <w:t xml:space="preserve">3. </w:t>
      </w:r>
      <w:r>
        <w:t>По истечении срока предупреждения о расторжении контракта и об увольнении со службы в органах внутренних дел сотрудник органов внутренних дел вправе прекратить выполнение служебных обязанностей при условии соблюдения им требований, предусмотренных частью 7 статьи 89 настоящего Федерального закона</w:t>
      </w:r>
    </w:p>
    <w:p>
      <w:r>
        <w:rPr>
          <w:b/>
        </w:rPr>
        <w:t xml:space="preserve">4. </w:t>
      </w:r>
      <w:r>
        <w:t>С согласия руководителя федерального органа исполнительной власти в сфере внутренних дел или уполномоченного руководителя контракт может быть расторгнут и сотрудник органов внутренних дел может быть уволен со службы в органах внутренних дел до истечения срока предупреждения о расторжении контракта и об увольнении со службы, но не ранее выполнения сотрудником требований, предусмотренных частью 7 статьи 89 настоящего Федерального закона</w:t>
      </w:r>
    </w:p>
    <w:p>
      <w:r>
        <w:rPr>
          <w:b/>
        </w:rPr>
        <w:t xml:space="preserve">5. </w:t>
      </w:r>
      <w:r>
        <w:t>В случае, если рапорт о расторжении контракта и об увольнении со службы в органах внутренних дел подан сотрудником органов внутренних дел в связи с невозможностью дальнейшего выполнения служебных обязанностей (зачисление в образовательную организацию, избрание (назначение) на государственную должность Российской Федерации, на должность государственной или муниципальной службы в соответствии с пунктами 1 - 4 и 6 части 1 статьи 37 настоящего Федерального закона), руководитель федерального органа исполнительной власти в сфере внутренних дел или уполномоченный руководитель обязан расторгнуть контракт и уволить сотрудника со службы в срок, указанный в рапорте, с учетом времени, необходимого для передачи дел и осуществления окончательного расчета с сотрудником. (В редакции Федерального закона от 02.07.2013 № 185-ФЗ)</w:t>
      </w:r>
    </w:p>
    <w:p>
      <w:r>
        <w:rPr>
          <w:b/>
        </w:rPr>
        <w:t xml:space="preserve">6. </w:t>
      </w:r>
      <w:r>
        <w:t>При расторжении по инициативе сотрудника органов внутренних дел срочного контракта, предусмотренного пунктами 3 и 4 части 5 статьи 22 настоящего Федерального закона, сотрудник обязан возместить федеральному органу исполнительной власти в сфере внутренних дел затраты на обучение, за исключением случаев расторжения контракта по одному из следующих оснований</w:t>
      </w:r>
    </w:p>
    <w:p>
      <w:r>
        <w:rPr>
          <w:b/>
        </w:rPr>
        <w:t xml:space="preserve">7. </w:t>
      </w:r>
      <w:r>
        <w:t>В случае, если по истечении срока предупреждения о расторжении контракта и об увольнении со службы в органах внутренних дел контракт не расторгнут и сотрудник органов внутренних дел не настаивает на увольнении, действие контракта продолжается на прежних условиях</w:t>
      </w:r>
    </w:p>
    <w:p>
      <w:r>
        <w:rPr>
          <w:b/>
        </w:rPr>
        <w:t xml:space="preserve">8. </w:t>
      </w:r>
      <w:r>
        <w:t>Сотрудник органов внутренних дел не вправе расторгнуть контракт по собственной инициативе в период прохождения службы в органах внутренних дел в особых условиях, предусмотренных статьей 35 настоящего Федерального закона</w:t>
      </w:r>
    </w:p>
    <w:p>
      <w:r>
        <w:rPr>
          <w:b/>
        </w:rPr>
        <w:t xml:space="preserve">6. </w:t>
      </w:r>
      <w:r>
        <w:t>заключение военно-врачебной комиссии о невозможности проживания члена семьи сотрудника по медицинским показаниям в местности, в которой сотрудник проходит службу в органах внутренних дел, и отсутствие возможности перевода сотрудника на службу в другую местность</w:t>
      </w:r>
    </w:p>
    <w:p>
      <w:r>
        <w:rPr>
          <w:b/>
        </w:rPr>
        <w:t xml:space="preserve">6. </w:t>
      </w:r>
      <w:r>
        <w:t>необходимость постоянного ухода за отцом, матерью, супругом (супругой), сыном (дочерью) или усыновителем, нуждающимися по состоянию здоровья в соответствии с заключением органа медико-социальной экспертизы по их месту жительства в постоянном постороннем уходе (помощи, надзоре), либо достигшими пенсионного возраста, либо являющимися инвалидами I или II группы, при отсутствии возможности ухода со стороны других лиц, обязанных по закону содержать указанных граждан</w:t>
      </w:r>
    </w:p>
    <w:p>
      <w:r>
        <w:rPr>
          <w:b/>
        </w:rPr>
        <w:t xml:space="preserve">6. </w:t>
      </w:r>
      <w:r>
        <w:t>необходимость ухода за ребенком, не достигшим возраста 18 лет, которого сотрудник воспитывает без матери (отца)</w:t>
      </w:r>
    </w:p>
    <w:p>
      <w:r>
        <w:rPr>
          <w:b/>
        </w:rPr>
        <w:t xml:space="preserve">6. </w:t>
      </w:r>
      <w:r>
        <w:t>состояние здоровья (болезнь) - на основании заключения военно-врачебной комиссии об ограниченной годности (о негодности) к службе в органах внутренних дел и о невозможности выполнять служебные обязанности в соответствии с замещаемой должностью</w:t>
      </w:r>
    </w:p>
    <w:p>
      <w:r>
        <w:rPr>
          <w:b/>
        </w:rPr>
        <w:t>Статья 85. Расторжение контракта по инициативе руководителя федерального органа исполнительной власти в сфере внутренних дел или уполномоченного руководителя</w:t>
      </w:r>
    </w:p>
    <w:p>
      <w:r>
        <w:rPr>
          <w:b/>
        </w:rPr>
        <w:t xml:space="preserve">1. </w:t>
      </w:r>
      <w:r>
        <w:t>Расторжение контракта по инициативе руководителя федерального органа исполнительной власти в сфере внутренних дел или уполномоченного руководителя и увольнение со службы в органах внутренних дел по основанию, предусмотренному пунктом 5, 8, 9, 11, 12 или 13 части 2 статьи 82 настоящего Федерального закона, допускаются при условии уведомления об этом сотрудника органов внутренних дел в срок, установленный частью 2 настоящей статьи. (В редакции Федерального закона от 03.07.2016 № 300-ФЗ)</w:t>
      </w:r>
    </w:p>
    <w:p>
      <w:r>
        <w:rPr>
          <w:b/>
        </w:rPr>
        <w:t xml:space="preserve">2. </w:t>
      </w:r>
      <w:r>
        <w:t>Контракт расторгается и сотрудник органов внутренних дел увольняется со службы в органах внутренних дел</w:t>
      </w:r>
    </w:p>
    <w:p>
      <w:r>
        <w:rPr>
          <w:b/>
        </w:rPr>
        <w:t xml:space="preserve">3. </w:t>
      </w:r>
      <w:r>
        <w:t>С согласия сотрудника органов внутренних дел контракт может быть расторгнут до истечения сроков, установленных частью 2 настоящей статьи</w:t>
      </w:r>
    </w:p>
    <w:p>
      <w:r>
        <w:rPr>
          <w:b/>
        </w:rPr>
        <w:t xml:space="preserve">4. </w:t>
      </w:r>
      <w:r>
        <w:t>(Часть утратила силу - Федеральный закон от 03.07.2016 № 300-ФЗ)</w:t>
      </w:r>
    </w:p>
    <w:p>
      <w:r>
        <w:rPr>
          <w:b/>
        </w:rPr>
        <w:t xml:space="preserve">2. </w:t>
      </w:r>
      <w:r>
        <w:t>не ранее чем через два месяца со дня уведомления о расторжении контракта - по основанию, предусмотренному пунктом 8, 9 или 11 части 2 статьи 82 настоящего Федерального закона</w:t>
      </w:r>
    </w:p>
    <w:p>
      <w:r>
        <w:rPr>
          <w:b/>
        </w:rPr>
        <w:t xml:space="preserve">2. </w:t>
      </w:r>
      <w:r>
        <w:t>не ранее чем через две недели со дня уведомления о расторжении контракта - по основанию, предусмотренному пунктом 5, 12 или 13 части 2 статьи 82 настоящего Федерального закона. (В редакции Федерального закона от 03.07.2016 № 300-ФЗ)</w:t>
      </w:r>
    </w:p>
    <w:p>
      <w:r>
        <w:rPr>
          <w:b/>
        </w:rPr>
        <w:t>Статья 86. Прекращение срочного контракта в связи с истечением срока его действия</w:t>
      </w:r>
    </w:p>
    <w:p>
      <w:r>
        <w:rPr>
          <w:b/>
        </w:rPr>
        <w:t xml:space="preserve">1. </w:t>
      </w:r>
      <w:r>
        <w:t>Срочный контракт прекращается по истечении срока его действия, о чем сотрудник органов внутренних дел должен быть предупрежден в письменной форме не позднее чем за семь рабочих дней до дня истечения указанного срока</w:t>
      </w:r>
    </w:p>
    <w:p>
      <w:r>
        <w:rPr>
          <w:b/>
        </w:rPr>
        <w:t xml:space="preserve">2. </w:t>
      </w:r>
      <w:r>
        <w:t>Срочный контракт, предусмотренный пунктами 2, 3 и 7 части 5 статьи 22 настоящего Федерального закона, прекращается при наступлении события, с которым связано его прекращение</w:t>
      </w:r>
    </w:p>
    <w:p>
      <w:r>
        <w:rPr>
          <w:b/>
        </w:rPr>
        <w:t xml:space="preserve">3. </w:t>
      </w:r>
      <w:r>
        <w:t>По окончании срока действия предыдущего срочного контракта с сотрудником органов внутренних дел может быть заключен новый срочный контракт</w:t>
      </w:r>
    </w:p>
    <w:p>
      <w:r>
        <w:rPr>
          <w:b/>
        </w:rPr>
        <w:t>Статья 87. Расторжение контракта вследствие нарушения обязательных правил при его заключении</w:t>
      </w:r>
    </w:p>
    <w:p>
      <w:r>
        <w:t>Расторжение контракта вследствие нарушения установленных настоящим Федеральным законом и другими федеральными законами обязательных правил при его заключении, если такое нарушение исключает возможность дальнейшего замещения сотрудником органов внутренних дел должности и прохождения службы в органах внутренних дел, производится в случае</w:t>
      </w:r>
    </w:p>
    <w:p>
      <w:r>
        <w:t>заключения с гражданином контракта в нарушение вступившего в законную силу приговора суда о лишении этого гражданина права занимать определенные должности в органах внутренних дел или заниматься определенной деятельностью</w:t>
      </w:r>
    </w:p>
    <w:p>
      <w:r>
        <w:t>заключения с гражданином контракта, предусматривающего выполнение служебных обязанностей, противопоказанных ему по состоянию здоровья в соответствии с заключением медицинской организации, вынесенным до заключения контракта</w:t>
      </w:r>
    </w:p>
    <w:p>
      <w:r>
        <w:t>заключения контракта с гражданином, не имеющим документа об образовании и (или) о квалификации, если выполнение предусмотренных контрактом служебных обязанностей требует специальных знаний в соответствии с законодательством Российской Федерации; (В редакции Федерального закона от 02.07.2013 № 185-ФЗ) 4) в иных случаях, предусмотренных законодательством Российской Федерации</w:t>
      </w:r>
    </w:p>
    <w:p>
      <w:r>
        <w:rPr>
          <w:b/>
        </w:rPr>
        <w:t>Статья 88. Прекращение контракта по достижении предельного возраста пребывания на службе в органах внутренних дел</w:t>
      </w:r>
    </w:p>
    <w:p>
      <w:r>
        <w:rPr>
          <w:b/>
        </w:rPr>
        <w:t xml:space="preserve">1. </w:t>
      </w:r>
      <w:r>
        <w:t>Предельный возраст пребывания на службе в органах внутренних дел составляет</w:t>
      </w:r>
    </w:p>
    <w:p>
      <w:r>
        <w:rPr>
          <w:b/>
        </w:rPr>
        <w:t xml:space="preserve">11. </w:t>
      </w:r>
      <w:r>
        <w:t>Предельный возраст пребывания на службе в органах внутренних дел для сотрудника органов внутренних дел, имеющего ученую степень доктора наук и замещающего должность в образовательной организации или научной организации федерального органа исполнительной власти в сфере внутренних дел, составляет 65 лет. (Дополнение частью - Федеральный закон от 03.07.2016 № 300-ФЗ) (В редакции Федерального закона от 02.08.2019 № 318-ФЗ)</w:t>
      </w:r>
    </w:p>
    <w:p>
      <w:r>
        <w:rPr>
          <w:b/>
        </w:rPr>
        <w:t xml:space="preserve">2. </w:t>
      </w:r>
      <w:r>
        <w:t>По достижении сотрудником органов внутренних дел предельного возраста пребывания на службе в органах внутренних дел контракт прекращается и сотрудник увольняется со службы в органах внутренних дел, за исключением случаев, предусмотренных настоящим Федеральным законом</w:t>
      </w:r>
    </w:p>
    <w:p>
      <w:r>
        <w:rPr>
          <w:b/>
        </w:rPr>
        <w:t xml:space="preserve">3. </w:t>
      </w:r>
      <w:r>
        <w:t>С сотрудником органов внутренних дел, достигшим предельного возраста пребывания на службе в органах внутренних дел, имеющим положительную последнюю аттестацию и соответствующим требованиям к состоянию здоровья сотрудников органов внутренних дел в соответствии с заключением военно-врачебной комиссии, с его согласия и по его рапорту в течение пяти лет после достижения предельного возраста пребывания на службе в органах внутренних дел могут заключаться новые контракты, но не менее чем на один год. (В редакции Федерального закона от 02.08.2019 № 318-ФЗ)</w:t>
      </w:r>
    </w:p>
    <w:p>
      <w:r>
        <w:rPr>
          <w:b/>
        </w:rPr>
        <w:t xml:space="preserve">4. </w:t>
      </w:r>
      <w:r>
        <w:t>Порядок заключения нового контракта с сотрудником органов внутренних дел, замещающим должность высшего начальствующего состава и достигшим предельного возраста пребывания на службе в органах внутренних дел, устанавливается Президентом Российской Федерации</w:t>
      </w:r>
    </w:p>
    <w:p>
      <w:r>
        <w:rPr>
          <w:b/>
        </w:rPr>
        <w:t xml:space="preserve">1. </w:t>
      </w:r>
      <w:r>
        <w:t>для сотрудника органов внутренних дел, имеющего специальное звание генерала полиции Российской Федерации, генерал-полковника полиции, генерал-полковника внутренней службы, генерал-полковника юстиции, генерал-лейтенанта полиции, генерал-лейтенанта внутренней службы, генерал-лейтенанта юстиции, генерал-майора полиции, генерал-майора внутренней службы или генерал-майора юстиции, - 65 лет; (В редакции Федерального закона от 02.08.2019 № 318-ФЗ) 2) (Пункт утратил силу - Федеральный закон от 02.08.2019 № 318-ФЗ) 3) для сотрудника органов внутренних дел, имеющего специальное звание полковника полиции, полковника внутренней службы или полковника юстиции, - 60 лет; (В редакции Федерального закона от 02.08.2019 № 318-ФЗ) 4) для сотрудника органов внутренних дел, имеющего специальное звание среднего начальствующего состава, майора полиции, майора внутренней службы, майора юстиции, подполковника полиции, подполковника внутренней службы, подполковника юстиции, - 55 лет; (В редакции Федерального закона от 02.08.2019 № 318-ФЗ) 5) для сотрудника органов внутренних дел, имеющего иное специальное звание, - 50 лет. (Дополнение пунктом - Федеральный закон от 02.08.2019 № 318-ФЗ)</w:t>
      </w:r>
    </w:p>
    <w:p>
      <w:r>
        <w:rPr>
          <w:b/>
        </w:rPr>
        <w:t>Статья 89. Порядок увольнения со службы в органах внутренних дел и исключения из реестра сотрудников органов внутренних дел</w:t>
      </w:r>
    </w:p>
    <w:p>
      <w:r>
        <w:rPr>
          <w:b/>
        </w:rPr>
        <w:t xml:space="preserve">1. </w:t>
      </w:r>
      <w:r>
        <w:t>Прекращение или расторжение контракта с сотрудником органов внутренних дел, увольнение его со службы в органах внутренних дел и исключение из реестра сотрудников органов внутренних дел осуществляются руководителем федерального органа исполнительной власти в сфере внутренних дел или уполномоченным руководителем</w:t>
      </w:r>
    </w:p>
    <w:p>
      <w:r>
        <w:rPr>
          <w:b/>
        </w:rPr>
        <w:t xml:space="preserve">2. </w:t>
      </w:r>
      <w:r>
        <w:t>Порядок представления сотрудников органов внутренних дел к увольнению со службы в органах внутренних дел и порядок оформления документов, связанных с прекращением или расторжением контракта, увольнением со службы и исключением из реестра сотрудников органов внутренних дел, определяются руководителем федерального органа исполнительной власти в сфере внутренних дел</w:t>
      </w:r>
    </w:p>
    <w:p>
      <w:r>
        <w:rPr>
          <w:b/>
        </w:rPr>
        <w:t xml:space="preserve">3. </w:t>
      </w:r>
      <w:r>
        <w:t>Сотрудник органов внутренних дел, замещающий должность высшего начальствующего состава, увольняется со службы в органах внутренних дел приказом руководителя федерального органа исполнительной власти в сфере внутренних дел после освобождения от должности указом Президента Российской Федерации</w:t>
      </w:r>
    </w:p>
    <w:p>
      <w:r>
        <w:rPr>
          <w:b/>
        </w:rPr>
        <w:t xml:space="preserve">4. </w:t>
      </w:r>
      <w:r>
        <w:t>Сотрудник органов внутренних дел, имеющий специальное звание полковника полиции, полковника внутренней службы или полковника юстиции, увольняется со службы в органах внутренних дел приказом руководителя федерального органа исполнительной власти в сфере внутренних дел. При этом дата увольнения сотрудника устанавливается приказом уполномоченного руководителя с учетом положений части 12 настоящей статьи</w:t>
      </w:r>
    </w:p>
    <w:p>
      <w:r>
        <w:rPr>
          <w:b/>
        </w:rPr>
        <w:t xml:space="preserve">5. </w:t>
      </w:r>
      <w:r>
        <w:t>На сотрудника органов внутренних дел, увольняемого со службы в органах внутренних дел, оформляется представление, содержащее сведения об основании увольнения, о стаже службы (выслуге лет) в органах внутренних дел, возрасте, состоянии здоровья сотрудника, наличии у него прав на получение социальных гарантий в зависимости от основания увольнения, а также иные сведения, перечень которых определяется федеральным органом исполнительной власти в сфере внутренних дел</w:t>
      </w:r>
    </w:p>
    <w:p>
      <w:r>
        <w:rPr>
          <w:b/>
        </w:rPr>
        <w:t xml:space="preserve">6. </w:t>
      </w:r>
      <w:r>
        <w:t>В случае гибели (смерти) сотрудника органов внутренних дел, признания его в установленном порядке безвестно отсутствующим и (или) объявления умершим кадровым подразделением федерального органа исполнительной власти в сфере внутренних дел оформляется заключение, содержащее сведения о членах семьи сотрудника и об иных лицах, имеющих право на получение социальных гарантий в соответствии с законодательством Российской Федерации</w:t>
      </w:r>
    </w:p>
    <w:p>
      <w:r>
        <w:rPr>
          <w:b/>
        </w:rPr>
        <w:t xml:space="preserve">7. </w:t>
      </w:r>
      <w:r>
        <w:t>Сотрудник органов внутренних дел, увольняемый со службы в органах внутренних дел, обязан сдать закрепленное за ним оружие, иное имущество и документы в соответствующее подразделение федерального органа исполнительной власти в сфере внутренних дел, его территориального органа, подразделения, а служебное удостоверение и жетон с личным номером в соответствующее кадровое подразделение</w:t>
      </w:r>
    </w:p>
    <w:p>
      <w:r>
        <w:rPr>
          <w:b/>
        </w:rPr>
        <w:t xml:space="preserve">8. </w:t>
      </w:r>
      <w:r>
        <w:t>В последний день службы сотрудника органов внутренних дел уполномоченный руководитель или по его поручению иное должностное лицо обязаны выдать этому сотруднику трудовую книжку (при наличии) или предоставить сведения о трудовой деятельности за период прохождения службы в органах внутренних дел и осуществить с ним окончательный расчет. Сведения о трудовой деятельности предоставляются способом, указанным в заявлении сотрудника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уполномоченного руководителя), поданном им в письменной форме или направленном в порядке, установленном федеральным органом исполнительной власти в сфере внутренних дел, по адресу электронной почты федерального органа исполнительной власти в сфере внутренних дел, его территориального органа или подразделения. В случае, если последний день службы сотрудника органов внутренних дел приходится на выходной или нерабочий праздничный день, выдача трудовой книжки, предоставление сведений о трудовой деятельности и окончательный расчет производятся в день, непосредственно предшествующий выходному или нерабочему праздничному дню. (В редакции федеральных законов от 02.08.2019 № 318-ФЗ, от 31.07.2020 № 268-ФЗ)</w:t>
      </w:r>
    </w:p>
    <w:p>
      <w:r>
        <w:rPr>
          <w:b/>
        </w:rPr>
        <w:t xml:space="preserve">9. </w:t>
      </w:r>
      <w:r>
        <w:t>Если в последний день службы в органах внутренних дел сотрудником органов внутренних дел не получена на руки трудовая книжка или не получены сведения о трудовой деятельности за период прохождения службы в органах внутренних дел по причинам, не зависящим от действий уполномоченного руководителя, сотруднику направляется уведомление о необходимости явиться за трудовой книжкой либо дать согласие на ее отправление по почте, а сведения о трудовой деятельности на бумажном носителе, заверенные надлежащим образом, направляются этому сотруднику по почте заказным письмом с уведомлением.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 (В редакции Федерального закона от 31.07.2020 № 268-ФЗ)</w:t>
      </w:r>
    </w:p>
    <w:p>
      <w:r>
        <w:rPr>
          <w:b/>
        </w:rPr>
        <w:t xml:space="preserve">10. </w:t>
      </w:r>
      <w:r>
        <w:t>По письменному обращению гражданина, не получившего трудовой книжки после увольнения со службы в органах внутренних дел, уполномоченный руководитель обязан выдать ее либо отправить заказным письмом с уведомлением о вручении лично адресату и описью вложения в течение трех рабочих дней со дня обращения гражданина. По обращению гражданина (в письменной форме или направленному в порядке, установленном федеральным органом исполнительной власти в сфере внутренних дел, по адресу электронной почты федерального органа исполнительной власти в сфере внутренних дел, его территориального органа или подразделения), не получившего сведений о трудовой деятельности за период прохождения службы в органах внутренних дел после увольнения, уполномоченный руководитель обязан предоставить их не позднее чем через три рабочих дня со дня обращения гражданина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уполномоченного руководителя). (В редакции Федерального закона от 31.07.2020 № 268-ФЗ)</w:t>
      </w:r>
    </w:p>
    <w:p>
      <w:r>
        <w:rPr>
          <w:b/>
        </w:rPr>
        <w:t xml:space="preserve">11. </w:t>
      </w:r>
      <w:r>
        <w:t>Гражданин, уволенный со службы в органах внутренних дел, должен быть исключен из реестра сотрудников органов внутренних дел не позднее чем через один месяц со дня издания приказа об увольнении</w:t>
      </w:r>
    </w:p>
    <w:p>
      <w:r>
        <w:rPr>
          <w:b/>
        </w:rPr>
        <w:t xml:space="preserve">12. </w:t>
      </w:r>
      <w:r>
        <w:t>Увольнение со службы в органах внутренних дел сотрудника органов внутренних дел в период его временной нетрудоспособности, пребывания в отпуске или в командировке не допускается, за исключением увольнения в соответствии с частью 1, пунктами 1 (кроме случая пребывания сотрудника в отпуске, предусмотренном частью 1 статьи 63 настоящего Федерального закона), 2, 4, 7, 8, 9, 11, 14 и 15 части 3 статьи 82 настоящего Федерального закона. (В редакции федеральных законов от 03.07.2016 № 300-ФЗ, от 02.08.2019 № 318-ФЗ, от 23.11.2020 № 382-ФЗ, от 05.12.2022 № 498-ФЗ, от 28.11.2025 № 447-ФЗ)</w:t>
      </w:r>
    </w:p>
    <w:p>
      <w:r>
        <w:rPr>
          <w:b/>
        </w:rPr>
        <w:t xml:space="preserve">13. </w:t>
      </w:r>
      <w:r>
        <w:t>Погибший (умерший), признанный в установленном порядке безвестно отсутствующим или объявленный умершим сотрудник органов внутренних дел исключается из реестра сотрудников органов внутренних дел со дня смерти (гибели) или вступления в законную силу решения суда о признании сотрудника безвестно отсутствующим или об объявлении его умершим. В случае гибели (смерти) сотрудника органов внутренних дел, наступившей в период прохождения им службы 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и невозможности выдачи медицинского свидетельства о смерти оформляется документ установленной формы о смерти, являющийся основанием для государственной регистрации смерти и выдаваемый в порядке, форме и сроки, которые определяются Правительством Российской Федерации. (В редакции Федерального закона от 14.04.2023 № 118-ФЗ)</w:t>
      </w:r>
    </w:p>
    <w:p>
      <w:r>
        <w:rPr>
          <w:b/>
        </w:rPr>
        <w:t xml:space="preserve">14. </w:t>
      </w:r>
      <w:r>
        <w:t>Увольнение сотрудника органов внутренних дел по основанию, предусмотренному пунктом 9 части 3 статьи 82 настоящего Федерального закона, не допускается позднее шести месяцев со дня, когда прямому руководителю (начальнику) или непосредственному руководителю (начальнику) стало известно о совершении сотрудником проступка, порочащего честь сотрудника органов внутренних дел, и позднее трех лет со дня его совершения. (Дополнение частью - Федеральный закон от 02.08.2019 № 318-ФЗ)</w:t>
      </w:r>
    </w:p>
    <w:p>
      <w:r>
        <w:rPr>
          <w:b/>
        </w:rPr>
        <w:t>Статья 90. Погребение и отдание почестей</w:t>
      </w:r>
    </w:p>
    <w:p>
      <w:r>
        <w:rPr>
          <w:b/>
        </w:rPr>
        <w:t xml:space="preserve">1. </w:t>
      </w:r>
      <w:r>
        <w:t>Гарантии погребения погибшего (умершего) сотрудника органов внутренних дел, гражданина, уволенного со службы в органах внутренних дел по основанию, предусмотренному пунктом 2 части 1, пунктом 8 или 11 части 2 либо пунктом 1 части 3 статьи 82 настоящего Федерального закона, устанавливаются законодательными и иными нормативными правовыми актами Российской Федерации</w:t>
      </w:r>
    </w:p>
    <w:p>
      <w:r>
        <w:rPr>
          <w:b/>
        </w:rPr>
        <w:t xml:space="preserve">2. </w:t>
      </w:r>
      <w:r>
        <w:t>Порядок отдания почестей при погребении и порядок зачисления сотрудника органов внутренних дел навечно в реестр сотрудников органов внутренних дел определяются федеральным органом исполнительной власти в сфере внутренних дел</w:t>
      </w:r>
    </w:p>
    <w:p>
      <w:pPr>
        <w:pStyle w:val="Heading3"/>
      </w:pPr>
      <w:r>
        <w:t>Финансирование службы в органах внутренних дел. Надзор и контроль за соблюдением законодательства Российской Федерации о службе в органах внутренних дел</w:t>
      </w:r>
    </w:p>
    <w:p>
      <w:r>
        <w:rPr>
          <w:b/>
        </w:rPr>
        <w:t>Статья 91. Финансирование службы в органах внутренних дел</w:t>
      </w:r>
    </w:p>
    <w:p>
      <w:r>
        <w:t>Финансирование службы в органах внутренних дел, включая гарантии социальной защиты сотрудников органов внутренних дел, выплат и компенсаций, предоставляемых (выплачиваемых) сотрудникам, членам их семей и лицам, находящимся на их иждивении, в соответствии с законодательством Российской Федерации, является расходным обязательством Российской Федерации и обеспечивается за счет средств федерального бюджета.</w:t>
      </w:r>
    </w:p>
    <w:p>
      <w:r>
        <w:rPr>
          <w:b/>
        </w:rPr>
        <w:t>Статья 92. Органы государственного надзора и контроля за соблюдением законодательства Российской Федерации о службе в органах внутренних дел</w:t>
      </w:r>
    </w:p>
    <w:p>
      <w:r>
        <w:rPr>
          <w:b/>
        </w:rPr>
        <w:t xml:space="preserve">1. </w:t>
      </w:r>
      <w:r>
        <w:t>Государственный надзор за исполнением законодательства Российской Федерации о службе в органах внутренних дел осуществляют Генеральный прокурор Российской Федерации и подчиненные ему прокуроры в соответствии с законодательством Российской Федерации</w:t>
      </w:r>
    </w:p>
    <w:p>
      <w:r>
        <w:rPr>
          <w:b/>
        </w:rPr>
        <w:t xml:space="preserve">2. </w:t>
      </w:r>
      <w:r>
        <w:t>Вневедомственный контроль за соблюдением законодательства Российской Федерации о службе в органах внутренних дел осуществляют в соответствии с федеральными законами или нормативными правовыми актами Президента Российской Федерации уполномоченные государственные органы</w:t>
      </w:r>
    </w:p>
    <w:p>
      <w:r>
        <w:rPr>
          <w:b/>
        </w:rPr>
        <w:t xml:space="preserve">3. </w:t>
      </w:r>
      <w:r>
        <w:t>Ведомственный контроль за соблюдением законодательства Российской Федерации о службе в органах внутренних дел осуществляется в порядке, определяемом федеральным органом исполнительной власти в сфере внутренних дел</w:t>
      </w:r>
    </w:p>
    <w:p>
      <w:pPr>
        <w:pStyle w:val="Heading3"/>
      </w:pPr>
      <w:r>
        <w:t>Заключительные положения</w:t>
      </w:r>
    </w:p>
    <w:p>
      <w:r>
        <w:rPr>
          <w:b/>
        </w:rPr>
        <w:t>Статья 93. О внесении изменений в Федеральный закон "О полиции"</w:t>
      </w:r>
    </w:p>
    <w:p>
      <w:r>
        <w:t>Внести в Федеральный закон от 7 февраля 2011 года № 3-ФЗ "О полиции" (Собрание законодательства Российской Федерации, 2011, № 7, ст. 900) следующие изменения</w:t>
      </w:r>
    </w:p>
    <w:p>
      <w:r>
        <w:t>(Пункт утратил силу - Федеральный закон от 12.02.2015 № 16-ФЗ) 2) части 1, 2, 4 - 8 статьи 35, статьи 36 и 37, части 1, 2, 4 - 6 статьи 38, статьи 39 и 40 признать утратившими силу</w:t>
      </w:r>
    </w:p>
    <w:p>
      <w:r>
        <w:rPr>
          <w:b/>
        </w:rPr>
        <w:t>Статья 94. О внесении изменения в статью 30 Федерального закона "О техническом осмотре транспортных средств и о внесении изменений в отдельные законодательные акты Российской Федерации"</w:t>
      </w:r>
    </w:p>
    <w:p>
      <w:r>
        <w:t>Подпункт "б" пункта 1 статьи 30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изложить в следующей редакции: "б) дополнить пунктом 40 следующего содержания: "40) обеспечить создание и ведение единой автоматизированной информационной системы технического осмотра.";".</w:t>
      </w:r>
    </w:p>
    <w:p>
      <w:r>
        <w:rPr>
          <w:b/>
        </w:rPr>
        <w:t>Статья 95. О внесении изменений в Федеральный закон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
        <w:t>Внести в Федеральный закон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следующие изменения</w:t>
      </w:r>
    </w:p>
    <w:p>
      <w:r>
        <w:t>в статье 3: а) часть 8 изложить в следующей редакции: "8. Единовременное пособие не выплачивается гражданам, уволенным со службы в органах внутренних дел:</w:t>
      </w:r>
    </w:p>
    <w:p>
      <w:r>
        <w:t>в связи с грубым нарушением служебной дисциплины</w:t>
      </w:r>
    </w:p>
    <w:p>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w:t>
      </w:r>
    </w:p>
    <w:p>
      <w:r>
        <w:t>в связи с отказом сотрудника от перевода на нижестоящую должность в органах внутренних дел в порядке исполнения дисциплинарного взыскания</w:t>
      </w:r>
    </w:p>
    <w:p>
      <w:r>
        <w:t>в связи с нарушением условий контракта сотрудником</w:t>
      </w:r>
    </w:p>
    <w:p>
      <w:r>
        <w:t>в связи с несоблюдением сотрудником ограничений и запретов, установленных федеральными законами</w:t>
      </w:r>
    </w:p>
    <w:p>
      <w:r>
        <w:t>в связи с утратой доверия</w:t>
      </w:r>
    </w:p>
    <w:p>
      <w:r>
        <w:t>в связи с представлением сотрудником подложных документов или заведомо ложных сведений при поступлении на службу в органы внутренних дел, а также в связи с представлением сотрудником в период прохождения службы в органах внутренних дел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органах внутренних дел, если это не влечет за собой уголовную ответственность</w:t>
      </w:r>
    </w:p>
    <w:p>
      <w:r>
        <w:t>в связи с осуждением сотрудника за преступление, а также в связи с прекращением в отношении сотрудника уголовного преследования за истечением срока давности, в связи с примирением сторон, вследствие акта об амнистии, в связи с деятельным раскаянием</w:t>
      </w:r>
    </w:p>
    <w:p>
      <w:r>
        <w:t>в связи с совершением проступка, порочащего честь сотрудника органов внутренних дел</w:t>
      </w:r>
    </w:p>
    <w:p>
      <w:r>
        <w:t>в связи с нарушением сотрудником обязательных правил при заключении контракта."; б) часть 10 изложить в следующей редакции: "10. Гражданам, уволенным со службы в органах внутренних дел без права на пенсию, проходившим службу в органах внутренних дел и имеющим общую продолжительность службы в органах внутренних дел менее 20 лет, ежемесячно в течение одного года после увольнения выплачивается оклад по специальному званию в порядке, определяемом Правительством Российской Федерации, в случае увольнения:</w:t>
      </w:r>
    </w:p>
    <w:p>
      <w:r>
        <w:t>по достижении сотрудником предельного возраста пребывания на службе в органах внутренних дел</w:t>
      </w:r>
    </w:p>
    <w:p>
      <w:r>
        <w:t>по состоянию здоровья</w:t>
      </w:r>
    </w:p>
    <w:p>
      <w:r>
        <w:t>в связи с сокращением должности в органах внутренних дел, замещаемой сотрудником</w:t>
      </w:r>
    </w:p>
    <w:p>
      <w:r>
        <w:t>в связи с истечением срока нахождения сотрудника в распоряжении федерального органа исполнительной власти в сфере внутренних дел, его территориального органа или подразделения</w:t>
      </w:r>
    </w:p>
    <w:p>
      <w:r>
        <w:t>в связи с нарушением условий контракта уполномоченным руководителем</w:t>
      </w:r>
    </w:p>
    <w:p>
      <w:r>
        <w:t>в связи с болезнью</w:t>
      </w:r>
    </w:p>
    <w:p>
      <w:r>
        <w:t>в связи с невозможностью перевода или отказом сотрудника от перевода на иную должность в органах внутренних дел</w:t>
      </w:r>
    </w:p>
    <w:p>
      <w:r>
        <w:t>в связи с отказом сотрудника от перевода на иную должность в органах внутренних дел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 в) часть 11 изложить в следующей редакции: "11. При увольнении со службы в органах внутренних дел по выслуге лет, дающей право на получение пенсии, либо по основаниям, указанным в части 10 настоящей статьи, сотрудникам по их желанию выплачивается денежная компенсация за не использованный в год увольнения основной отпуск полностью, а при увольнении по иным основаниям пропорционально периоду службы в год увольнения."</w:t>
      </w:r>
    </w:p>
    <w:p>
      <w:r>
        <w:t>пункт 2 статьи 15 и часть 8 статьи 20 исключить</w:t>
      </w:r>
    </w:p>
    <w:p>
      <w:r>
        <w:rPr>
          <w:b/>
        </w:rPr>
        <w:t>Статья 96. Применение настоящего Федерального закона к правоотношениям, возникшим до дня вступления его в силу</w:t>
      </w:r>
    </w:p>
    <w:p>
      <w:r>
        <w:rPr>
          <w:b/>
        </w:rPr>
        <w:t xml:space="preserve">1. </w:t>
      </w:r>
      <w:r>
        <w:t>В стаж службы (выслугу лет) в органах внутренних дел в соответствии с настоящим Федеральным законом засчитываются периоды службы (работы), которые были ранее включены (подлежали включению) в установленном порядке в стаж службы (выслугу лет) в органах внутренних дел, а также периоды службы (работы) на должностях в этих органах в порядке, устанавливаемом Правительством Российской Федерации</w:t>
      </w:r>
    </w:p>
    <w:p>
      <w:r>
        <w:rPr>
          <w:b/>
        </w:rPr>
        <w:t xml:space="preserve">2. </w:t>
      </w:r>
      <w:r>
        <w:t>Квалификационные требования к должностям в органах внутренних дел, установленные частью 2 статьи 9 настоящего Федерального закона, применяются к должностям, на которые назначаются граждане, поступающие на службу в органы внутренних дел, или сотрудники органов внутренних дел в порядке перевода</w:t>
      </w:r>
    </w:p>
    <w:p>
      <w:r>
        <w:rPr>
          <w:b/>
        </w:rPr>
        <w:t xml:space="preserve">3. </w:t>
      </w:r>
      <w:r>
        <w:t>Сотрудник органов внутренних дел, имеющий среднее профессиональное образование по специальности, соответствующей направлению деятельности, и замещающий должность старшего начальствующего состава, по которой устанавливается специальное звание до подполковника полиции, подполковника внутренней службы или подполковника юстиции включительно, продолжает выполнять служебные обязанности по должности старшего начальствующего состава. Назначение указанного сотрудника на вышестоящую должность может осуществляться при соблюдении квалификационных требований к должностям в органах внутренних дел, установленных частью 2 статьи 9 настоящего Федерального закона. (В редакции Федерального закона от 02.07.2013 № 185-ФЗ)</w:t>
      </w:r>
    </w:p>
    <w:p>
      <w:r>
        <w:rPr>
          <w:b/>
        </w:rPr>
        <w:t xml:space="preserve">4. </w:t>
      </w:r>
      <w:r>
        <w:t>Сотрудники органов внутренних дел, проходившие службу на должностях в органах внутренних дел до 1 января 2012 года без заключения индивидуального контракта или на основании контракта о службе в органах внутренних дел, заключенного на неопределенный срок, проходят с их согласия службу на замещаемых должностях с оформлением контракта на неопределенный срок в соответствии со статьями 21 - 23 настоящего Федерального закона. Сотрудники органов внутренних дел, проходившие службу в органах внутренних дел до 1 января 2012 года на основании контракта о службе в органах внутренних дел, заключенного на определенный срок, проходят с их согласия службу до окончания его действия с оформлением срочного контракта в соответствии со статьями 21 - 23 настоящего Федерального закона. Сотрудники органов внутренних дел, отказавшиеся оформлять контракт в соответствии с настоящей статьей, увольняются со службы в органах внутренних дел по основанию, предусмотренному пунктом 3 части 2 статьи 82 настоящего Федерального закона</w:t>
      </w:r>
    </w:p>
    <w:p>
      <w:r>
        <w:rPr>
          <w:b/>
        </w:rPr>
        <w:t>Статья 97. Применение законодательных актов Российской Федерации в связи с вступлением в силу настоящего Федерального закона</w:t>
      </w:r>
    </w:p>
    <w:p>
      <w:r>
        <w:rPr>
          <w:b/>
        </w:rPr>
        <w:t xml:space="preserve">1. </w:t>
      </w:r>
      <w:r>
        <w:t>В отношении сотрудников органов внутренних дел не применяется Постановление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за исключением частей пятой и шестой статьи 45, части седьмой статьи 46, статей 54 и 64 указанного Положения о службе в органах внутренних дел Российской Федерации, которые применяются в отношении сотрудников органов внутренних дел, прикомандированных в соответствии с законодательством Российской Федерации к федеральному органу исполнительной власти, реализующему государственную политику в сфере миграции и осуществляющему правоприменительные функции, функции по контролю, надзору и оказанию государственных услуг в сфере миграции, и федеральному органу исполнительной власти, осуществляющему специальные функции в сфере обеспечения федеральной фельдъегерской связи в Российской Федерации, до 31 декабря 2012 года включительно</w:t>
      </w:r>
    </w:p>
    <w:p>
      <w:r>
        <w:rPr>
          <w:b/>
        </w:rPr>
        <w:t xml:space="preserve">2. </w:t>
      </w:r>
      <w:r>
        <w:t>В отношении сотрудников уголовно-исполнительной системы с 1 января 2013 года не применяется статья 1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w:t>
      </w:r>
    </w:p>
    <w:p>
      <w:r>
        <w:rPr>
          <w:b/>
        </w:rPr>
        <w:t xml:space="preserve">3. </w:t>
      </w:r>
      <w:r>
        <w:t>До приведения в соответствие с настоящим Федеральным законом федеральных законов, иных нормативных правовых актов Российской Федерации, нормативных правовых актов федерального органа исполнительной власти в сфере внутренних дел, регламентирующих правоотношения, связанные со службой в органах внутренних дел, указанные нормативные правовые акты применяются в части, не противоречащей настоящему Федеральному закону</w:t>
      </w:r>
    </w:p>
    <w:p>
      <w:r>
        <w:rPr>
          <w:b/>
        </w:rPr>
        <w:t xml:space="preserve">4. </w:t>
      </w:r>
      <w:r>
        <w:t>(Дополнение частью - Федеральный закон от 12.02.2015 № 16-ФЗ) (Утратила силу - Федеральный закон от 03.07.2016 № 305-ФЗ)</w:t>
      </w:r>
    </w:p>
    <w:p>
      <w:r>
        <w:rPr>
          <w:b/>
        </w:rPr>
        <w:t>Статья 98. Вступление в силу настоящего Федерального закона</w:t>
      </w:r>
    </w:p>
    <w:p>
      <w:r>
        <w:rPr>
          <w:b/>
        </w:rPr>
        <w:t xml:space="preserve">1. </w:t>
      </w:r>
      <w:r>
        <w:t>Настоящий Федеральный закон вступает в силу с 1 января 2012 года, за исключением статей 94 и 95 настоящего Федерального закона</w:t>
      </w:r>
    </w:p>
    <w:p>
      <w:r>
        <w:rPr>
          <w:b/>
        </w:rPr>
        <w:t xml:space="preserve">2. </w:t>
      </w:r>
      <w:r>
        <w:t>Статьи 94 и 95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