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2012 год и на плановый период 2013 и 2014 годов</w:t>
      </w:r>
    </w:p>
    <w:p>
      <w:r>
        <w:rPr>
          <w:b/>
        </w:rPr>
        <w:t>Статья 1. Основные характеристики бюджета Пенсионного фонда Российской Федерации на 2012 год и на плановый период 2013 и 2014 годов</w:t>
      </w:r>
    </w:p>
    <w:p>
      <w:r>
        <w:rPr>
          <w:b/>
        </w:rPr>
        <w:t xml:space="preserve">1. </w:t>
      </w:r>
      <w:r>
        <w:t>Утвердить основные характеристики бюджета Пенсионного фонда Российской Федерации (далее - Фонд) на 2012 год</w:t>
      </w:r>
    </w:p>
    <w:p>
      <w:r>
        <w:rPr>
          <w:b/>
        </w:rPr>
        <w:t xml:space="preserve">2. </w:t>
      </w:r>
      <w:r>
        <w:t>Утвердить основные характеристики бюджета Фонда на плановый период 2013 и 2014 годов</w:t>
      </w:r>
    </w:p>
    <w:p>
      <w:r>
        <w:rPr>
          <w:b/>
        </w:rPr>
        <w:t xml:space="preserve">1. </w:t>
      </w:r>
      <w:r>
        <w:t>прогнозируемый общий объем доходов бюджета Фонда в сумме 5 696 858 301,4 тыс. рублей, из них 5 222 672 017,5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2 893 153 506,4 тыс. рублей и бюджетов субъектов Российской Федерации в сумме 5 135 133,7 тыс. рублей</w:t>
      </w:r>
    </w:p>
    <w:p>
      <w:r>
        <w:rPr>
          <w:b/>
        </w:rPr>
        <w:t xml:space="preserve">1. </w:t>
      </w:r>
      <w:r>
        <w:t>общий объем расходов бюджета Фонда в сумме 5 407 312 063,3 тыс. рублей, из них 5 222 672 017,5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1 078 200,0 тыс. рублей</w:t>
      </w:r>
    </w:p>
    <w:p>
      <w:r>
        <w:rPr>
          <w:b/>
        </w:rPr>
        <w:t xml:space="preserve">1. </w:t>
      </w:r>
      <w:r>
        <w:t>предельный объем профицита бюджета Фонда в сумме 289 546 238,1 тыс. рублей в части, связанной с формированием средств для финансирования накопительной части трудовых пенсий</w:t>
      </w:r>
    </w:p>
    <w:p>
      <w:r>
        <w:rPr>
          <w:b/>
        </w:rPr>
        <w:t xml:space="preserve">2. </w:t>
      </w:r>
      <w:r>
        <w:t>прогнозируемый общий объем доходов бюджета Фонда на 2013 год в сумме 6 280 067 478,6 тыс. рублей, из них 5 723 274 431,8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3 145 671 506,3 тыс. рублей и бюджетов субъектов Российской Федерации в сумме 5 602 847,3 тыс. рублей, и на 2014 год в сумме 6 938 644 970,6 тыс. рублей, из них 6 295 286 479,3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3 121 744 615,7 тыс. рублей и бюджетов субъектов Российской Федерации в сумме 6 092 600,1 тыс. рублей</w:t>
      </w:r>
    </w:p>
    <w:p>
      <w:r>
        <w:rPr>
          <w:b/>
        </w:rPr>
        <w:t xml:space="preserve">2. </w:t>
      </w:r>
      <w:r>
        <w:t>общий объем расходов бюджета Фонда на 2013 год в сумме 5 948 077 940,7 тыс. рублей, из них 5 723 274 431,8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74 300,00 тыс. рублей, и на 2014 год в сумме 6 567 611 885,3 тыс. рублей, из них 6 295 286 479,3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74 100,0 тыс. рублей</w:t>
      </w:r>
    </w:p>
    <w:p>
      <w:r>
        <w:rPr>
          <w:b/>
        </w:rPr>
        <w:t xml:space="preserve">2. </w:t>
      </w:r>
      <w:r>
        <w:t>предельный объем профицита бюджета Фонда на 2013 год в сумме 331 989 537,9 тыс. рублей в части, связанной с формированием средств для финансирования накопительной части трудовых пенсий, и предельный объем профицита бюджета Фонда на 2014 год в сумме 371 033 085,3 тыс. рублей в части, связанной с формированием средств для финансирования накопительной части трудовых пенсий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Утвердить в соответствии с пунктом 2 статьи 1841 Бюджетного кодекса Российской Федерации нормативы распределения доходов между бюджетами бюджетной системы Российской Федерации на 2012 год и на плановый период 2013 и 2014 годов согласно приложению 3 к настоящему Федеральному закону</w:t>
      </w:r>
    </w:p>
    <w:p>
      <w:r>
        <w:rPr>
          <w:b/>
        </w:rPr>
        <w:t xml:space="preserve">4. </w:t>
      </w:r>
      <w:r>
        <w:t>Установить, что в случае изменения в 2012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2012 год на основании нормативного правового акта Министерства финансов Российской Федерации</w:t>
      </w:r>
    </w:p>
    <w:p>
      <w:r>
        <w:rPr>
          <w:b/>
        </w:rPr>
        <w:t xml:space="preserve">5. </w:t>
      </w:r>
      <w:r>
        <w:t>Установить, что главным администратором доходов бюджета Фонда в части страховых взносов на обязательное пенсионное страхование в Российской Федерации, зачисляемых в Фонд за расчетные периоды с 2002 года по 2009 год включительно, является Федеральная налоговая служба</w:t>
      </w:r>
    </w:p>
    <w:p>
      <w:r>
        <w:rPr>
          <w:b/>
        </w:rPr>
        <w:t>Статья 3. Бюджетные ассигнования бюджета Фонда на 2012 год и на плановый период 2013 и 2014 годов</w:t>
      </w:r>
    </w:p>
    <w:p>
      <w:r>
        <w:rPr>
          <w:b/>
        </w:rPr>
        <w:t xml:space="preserve">1. </w:t>
      </w:r>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2012 год в сумме 5 125 438 089,3 тыс. рублей, на 2013 год в сумме 5 623 929 608,6 тыс. рублей и на 2014 год в сумме 6 194 069 671,5 тыс. рублей</w:t>
      </w:r>
    </w:p>
    <w:p>
      <w:r>
        <w:rPr>
          <w:b/>
        </w:rPr>
        <w:t xml:space="preserve">1. </w:t>
      </w:r>
      <w:r>
        <w:t>на 2012 год согласно приложению 4 к настоящему Федеральному закону</w:t>
      </w:r>
    </w:p>
    <w:p>
      <w:r>
        <w:rPr>
          <w:b/>
        </w:rPr>
        <w:t xml:space="preserve">1. </w:t>
      </w:r>
      <w:r>
        <w:t>на плановый период 2013 и 2014 годов согласно приложению 5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2012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изделиями медицинского назначения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63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2012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2012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в 2012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5. </w:t>
      </w:r>
      <w:r>
        <w:t>Установить, что Фонд в 2012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4. </w:t>
      </w:r>
      <w:r>
        <w:t>в случае возникновения в ходе исполнения бюджета Фонда в 2012 году дополнительной потребности в бюджетных ассигнованиях, получаемых в форме межбюджетных трансфертов из федерального бюджета на покрытие дефицита бюджета Фонда и компенсацию выпадающих доходов бюджета Фонда в связи со снижением в 2012 и 2013 годах тарифов страховых взносов</w:t>
      </w:r>
    </w:p>
    <w:p>
      <w:r>
        <w:rPr>
          <w:b/>
        </w:rPr>
        <w:t xml:space="preserve">4. </w:t>
      </w:r>
      <w:r>
        <w:t>в случае неполного использования бюджетных ассигнований, получаемых в форме межбюджетных трансфертов из федерального бюджета, для осуществления финансового обеспечения отдельных видов социальных выплат за счет бюджетных ассигнований, получаемых в форме межбюджетных трансфертов из федерального бюджета, - при недостаточности бюджетных ассигнований на указанные выплаты, образовавшейся в ходе исполнения бюджета Фонда в 2012 году</w:t>
      </w:r>
    </w:p>
    <w:p>
      <w:r>
        <w:rPr>
          <w:b/>
        </w:rPr>
        <w:t xml:space="preserve">4. </w:t>
      </w:r>
      <w:r>
        <w:t>в случае осуществления Фондом в 2012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w:t>
      </w:r>
    </w:p>
    <w:p>
      <w:r>
        <w:rPr>
          <w:b/>
        </w:rPr>
        <w:t xml:space="preserve">4. </w:t>
      </w:r>
      <w:r>
        <w:t>в случае недостаточности бюджетных ассигнований, получаемых в форме межбюджетных трансфертов из федерального бюджета на софинансирование формирования пенсионных накоплений застрахованных лиц</w:t>
      </w:r>
    </w:p>
    <w:p>
      <w:r>
        <w:rPr>
          <w:b/>
        </w:rPr>
        <w:t>Статья 5. Особенности использования бюджетных ассигнований по обеспечению деятельности Фонда</w:t>
      </w:r>
    </w:p>
    <w:p>
      <w:r>
        <w:rPr>
          <w:b/>
        </w:rPr>
        <w:t xml:space="preserve">1. </w:t>
      </w:r>
      <w:r>
        <w:t>Установить, что в целях реализации Федерального закона от 24 июля 2002 года № 111-ФЗ "Об инвестировании средств для финансирования накопительной части трудовой пенсии в Российской Федерации" (далее - Федеральный закон "Об инвестировании средств для финансирования накопительной части трудовой пенсии в Российской Федерации") и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(далее - Федеральный закон "О дополнительных страховых взносах на накопительную часть трудовой пенсии и государственной поддержке формирования пенсионных накоплений") в 2012 году и в плановом периоде 2013 и 2014 годов</w:t>
      </w:r>
    </w:p>
    <w:p>
      <w:r>
        <w:rPr>
          <w:b/>
        </w:rPr>
        <w:t xml:space="preserve">2. </w:t>
      </w:r>
      <w:r>
        <w:t>Суммы средств, поступившие в бюджет Фонда на выплату страховой части трудовой пенсии, на которые страхователями по состоянию на 1 января 2012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трудовых пенсий</w:t>
      </w:r>
    </w:p>
    <w:p>
      <w:r>
        <w:rPr>
          <w:b/>
        </w:rPr>
        <w:t xml:space="preserve">3.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2012 года учитываются страховые взносы на финансирование накопительной части трудовой пенсии,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 xml:space="preserve">4. </w:t>
      </w:r>
      <w:r>
        <w:t>Фонд вправе в 2012 году и в плановый период 2013 и 2014 годов в пределах бюджетных ассигнований, предусмотренных приложениями 4 и 5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бюджета, осуществлять</w:t>
      </w:r>
    </w:p>
    <w:p>
      <w:r>
        <w:rPr>
          <w:b/>
        </w:rPr>
        <w:t xml:space="preserve">5. </w:t>
      </w:r>
      <w:r>
        <w:t>Фонд вправе в 2012 году и в плановый период 2013 и 2014 годов в пределах бюджетных ассигнований, предусмотренных приложениями 4 и 5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1. </w:t>
      </w:r>
      <w:r>
        <w:t>в расходы, связанные с ведением специальной части индивидуальных лицевых счетов застрахованных лиц,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выборе инвестиционного портфеля (управляющей компании), переходе из Фонда в негосударственный пенсионный фонд, осуществляющий обязательное пенсионное страхование,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 и переходе из негосударственного пенсионного фонда, осуществляющего обязательное пенсионное страхование, в Фонд</w:t>
      </w:r>
    </w:p>
    <w:p>
      <w:r>
        <w:rPr>
          <w:b/>
        </w:rPr>
        <w:t xml:space="preserve">1. </w:t>
      </w:r>
      <w:r>
        <w:t>в расходы, связанные с ведением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включаются затраты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финансируемые за счет межбюджетных трансфертов, предоставляемых из федерального бюджета на указанные цели</w:t>
      </w:r>
    </w:p>
    <w:p>
      <w:r>
        <w:rPr>
          <w:b/>
        </w:rPr>
        <w:t xml:space="preserve">1. </w:t>
      </w:r>
      <w:r>
        <w:t>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w:t>
      </w:r>
    </w:p>
    <w:p>
      <w:r>
        <w:rPr>
          <w:b/>
        </w:rPr>
        <w:t xml:space="preserve">4. </w:t>
      </w:r>
      <w:r>
        <w:t>направление средств на оказание в порядке и на условиях, устанавливаемых Фондом, медицинских услуг работникам Фонда и его территориальных органов</w:t>
      </w:r>
    </w:p>
    <w:p>
      <w:r>
        <w:rPr>
          <w:b/>
        </w:rPr>
        <w:t xml:space="preserve">4. </w:t>
      </w:r>
      <w:r>
        <w:t>направление средств в сумме до 100 млн. рублей на предоставление в порядке и на условиях, устанавливаемых Фондом, работникам Фонда и его территориальных органов единовременной субсидии на приобретение жилого помещения</w:t>
      </w:r>
    </w:p>
    <w:p>
      <w:r>
        <w:rPr>
          <w:b/>
        </w:rPr>
        <w:t>Статья 6. Особенности использования бюджетных ассигнований бюджета Фонда в сфере социальной политики</w:t>
      </w:r>
    </w:p>
    <w:p>
      <w:r>
        <w:rPr>
          <w:b/>
        </w:rPr>
        <w:t xml:space="preserve">1. </w:t>
      </w:r>
      <w:r>
        <w:t>Фонд вправе в 2012 году осуществлять</w:t>
      </w:r>
    </w:p>
    <w:p>
      <w:r>
        <w:rPr>
          <w:b/>
        </w:rPr>
        <w:t xml:space="preserve">2. </w:t>
      </w:r>
      <w:r>
        <w:t>Фонд вправе на 2012 год и на плановый период 2013 и 2014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2013 года в декабре 2012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и социальных пособий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оказание услуг по погребению согласно гарантированному перечню этих услуг, включая расходы на доставку указанных пенсий и пособий,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7. Особенности исполнения бюджета Фонда в 2012 году</w:t>
      </w:r>
    </w:p>
    <w:p>
      <w:r>
        <w:rPr>
          <w:b/>
        </w:rPr>
        <w:t xml:space="preserve">1. </w:t>
      </w:r>
      <w:r>
        <w:t>Установить, что остатки межбюджетных трансфертов из федерального бюджета по состоянию на 1 января 2012 года, образовавшиеся в бюджете Фонда в результате неполного их использования в 2011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трудовых пенсий по старости 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на финансирование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направляются Фондом в 2012 году на те же цели с соответствующим внесением изменений в показатели сводной бюджетной росписи бюджета Фонда</w:t>
      </w:r>
    </w:p>
    <w:p>
      <w:r>
        <w:rPr>
          <w:b/>
        </w:rPr>
        <w:t xml:space="preserve">2. </w:t>
      </w:r>
      <w:r>
        <w:t>Установить, что Фонд вправе вносить изменения в показатели сводной бюджетной росписи бюджета Фонда при необходимости осуществления в ходе исполнения бюджета Фонда перераспределения в 2012 году бюджетных ассигнований между подгруппами и элементами видов расходов в пределах соответствующих групп видов расходов и целевой статьи расходов классификации расходов бюджета</w:t>
      </w:r>
    </w:p>
    <w:p>
      <w:r>
        <w:rPr>
          <w:b/>
        </w:rPr>
        <w:t xml:space="preserve">3.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w:t>
      </w:r>
    </w:p>
    <w:p>
      <w:r>
        <w:rPr>
          <w:b/>
        </w:rPr>
        <w:t xml:space="preserve">4. </w:t>
      </w:r>
      <w:r>
        <w:t>Установить, что в 2012 году резерв бюджета Фонда в части, не связанной с формированием средств для финансирования накопительной части трудовых пенсий, не создается</w:t>
      </w:r>
    </w:p>
    <w:p>
      <w:r>
        <w:rPr>
          <w:b/>
        </w:rPr>
        <w:t xml:space="preserve">3. </w:t>
      </w:r>
      <w:r>
        <w:t>использование средств бюджета Фонда на реализацию Федерального закона от 7 мая 1998 года № 75-ФЗ "О негосударственных пенсионных фондах", Федерального закона "Об инвестировании средств для финансирования накопительной части трудовой пенсии в Российской Федерации" 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в случае, если суммы средств, поступивших в Фонд на выплаты правопреемникам умерших застрахованных лиц, и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выплату накопительной части трудовой пенсии по старости, назначенной в соответствии с Федеральным законом от 17 декабря 2001 года № 173-ФЗ "О трудовых пенсиях в Российской Федерации", на выплату средств пенсионных накоплений, учтенных в специальной части индивидуальных лицевых счетов, в виде единовременной выплаты и на выплату срочной пенсионной выплаты, предусмотренной Федеральным законом от 30 ноября 2011 года № 360-ФЗ "О порядке финансирования выплат за счет средств пенсионных накоплений", превысит годовые объемы бюджетных ассигнований, утвержденных сводной бюджетной росписью бюджета Фонда; (В редакции Федерального закона от 25.06.2012 № 81-ФЗ) 3) в случае, если суммы фактически поступивших в бюджет Фонда средств, подлежащие направлению в соответствии с Федеральным законом от 27 ноября 2001 года № 155-ФЗ "О дополнительном социальном обеспечении членов летных экипажей воздушных судов гражданской авиации" на осуществление доплат к пенсии членам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на осуществление доплат к пенсии работникам организаций угольной промышленности в текущем финансовом году,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и на оказание услуг по погребению согласно гарантированному перечню этих услуг, включая расходы на доставку указанных пенсий и пособий, осуществляемые за счет средств бюджета Фонда, с последующим возмещением затрат за счет бюджетных ассигнований, получаемых в форме межбюджетных трансфертов из бюджетов субъектов Российской Федерации, превысит годовые объемы бюджетных ассигнований, утвержденных сводной бюджетной росписью бюджета Фонда</w:t>
      </w:r>
    </w:p>
    <w:p>
      <w:r>
        <w:rPr>
          <w:b/>
        </w:rPr>
        <w:t xml:space="preserve">3. </w:t>
      </w:r>
      <w:r>
        <w:t>в случае, если суммы средств, поступивших в Фонд на выплату пенсий иностранным гражданам, проживающим на территории Российской Федерации, на основании международных договоров (соглашений) Российской Федерации, превысят годовые объемы бюджетных ассигнований, утвержденных сводной бюджетной росписью бюджета Фонда</w:t>
      </w:r>
    </w:p>
    <w:p>
      <w:r>
        <w:rPr>
          <w:b/>
        </w:rPr>
        <w:t xml:space="preserve">3. </w:t>
      </w:r>
      <w:r>
        <w:t>в случае, если фактическая потребность на обеспечение ведения специальной части индивидуальных лицевых счетов застрахованных лиц, формирования средств пенсионных накоплений в целях реализации Федерального закона "Об инвестировании средств для финансирования накопительной части трудовой пенсии в Российской Федерации" и Федерального закона "О дополнительных страховых взносах на накопительную часть трудовой пенсии и государственной поддержке формирования пенсионных накоплений", за исключением затрат на оплату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превысит годовые объемы бюджетных ассигнований, утвержденных сводной бюджетной росписью бюджета Фонда</w:t>
      </w:r>
    </w:p>
    <w:p>
      <w:r>
        <w:rPr>
          <w:b/>
        </w:rPr>
        <w:t xml:space="preserve">3. </w:t>
      </w:r>
      <w:r>
        <w:t>в случае предоставления в 2012 году межбюджетных трансфертов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 на софинансирование формирования пенсионных накоплений застрахованных лиц</w:t>
      </w:r>
    </w:p>
    <w:p>
      <w:r>
        <w:rPr>
          <w:b/>
        </w:rPr>
        <w:t xml:space="preserve">3. </w:t>
      </w:r>
      <w:r>
        <w:t>в случае поступления в бюджет Фонда от управляющих компаний и негосударственных пенсионных фондов средств (части средств) материнского (семейного) капитала, ранее направленных на формирование накопительной части трудовой пенсии, подлежащих направлению в соответствии с Федеральным законом от 29 декабря 2006 года № 256-ФЗ "О дополнительных мерах государственной поддержки семей, имеющих детей" на улучшение жилищных условий и получение образования ребенком (детьми)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