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физической культуре и спорте в Российской Федерации"</w:t>
      </w:r>
    </w:p>
    <w:p>
      <w:r>
        <w:rPr>
          <w:b/>
        </w:rPr>
        <w:t>Статья 1</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 52, ст. 6236; 2009, № 19, ст. 2272; № 29, ст. 3612; 2010, № 19, ст. 2290; № 31, ст. 4165; 2011, № 17, ст. 2317; № 30, ст. 4596) следующие изменения: 1) в статье 2: а) пункт 10 изложить в следующей редакции: "10) программа спортивной подготовки - программа поэтапной подготовки физических лиц по виду спорта (спортивным дисциплинам), определяющая основные направления и условия спортивной подготовки на каждом ее этапе, разработанная и реализуемая организацией, осуществляющей спортивную подготовку, в соответствии с требованиями федеральных стандартов спортивной подготовки;"; б) дополнить пунктами 151 и 152 следующего содержания: "151) спортивная подготовка - тренировочный процесс, который подлежит планированию, включает в себя обязательное систематическое участие в спортивных соревнованиях, направлен на физическое воспитание и совершенствование спортивного мастерства лиц, проходящих спортивную подготовку, и осуществляется на основании государственного (муниципального) задания на оказание услуг по спортивной подготовке или договора оказания услуг по спортивной подготовке в соответствии с программами спортивной подготовки; 152) спортивный резерв - лица, проходящие спортивную подготовку в целях включения их в состав спортивных сборных команд, в том числе спортивных сборных команд Российской Федерации;"; в) в пункте 19 слово "учебно-тренировочные" заменить словом "тренировочные"; г) в пункте 24 слово "учебно-тренировочных" заменить словом "тренировочных"; д) дополнить пунктом 241 следующего содержания: "241) федеральные стандарты спортивной подготовки - совокупность требований к спортивной подготовке по видам спорта (за исключением военно-прикладных, служебно-прикладных и национальных видов спорта), разработанных и утвержденных в соответствии с настоящим Федеральным законом и обязательных для организаций, осуществляющих спортивную подготовку;"; 2) статью 6 дополнить пунктами 211 и 212 следующего содержания: "211) организация разработки и утверждение федеральных стандартов спортивной подготовки; 212) осуществление контроля за соблюдением организациями, созданными Российской Федерацией и осуществляющими спортивную подготовку, федеральных стандартов спортивной подготовки в соответствии с законодательством Российской Федерации;"; 3) в статье 8: а) часть 1 дополнить пунктом 91 следующего содержания: "91) осуществление контроля за соблюдением организациями, созданными субъектами Российской Федерации и осуществляющими спортивную подготовку, а также организациями, находящимися на территориях субъектов Российской Федерации, созданными без участия Российской Федерации, субъектов Российской Федерации, муниципальных образований и осуществляющими спортивную подготовку, федеральных стандартов спортивной подготовки в соответствии с законодательством Российской Федерации;"; б) в пункте 2 части 2 слово "учебно-тренировочных" заменить словом "тренировочных"; 4) часть 1 статьи 9 дополнить пунктом 61 следующего содержания: "61) осуществление контроля за соблюдением организациями, созданными муниципальными образованиями и осуществляющими спортивную подготовку, федеральных стандартов спортивной подготовки в соответствии с законодательством Российской Федерации;"; 5) в пункте 2 статьи 91 слово "учебно-тренировочных" заменить словом "тренировочных"; 6) в части 2 статьи 10 слово "учебно-тренировочных" заменить словом "тренировочных"; 7) в части 1 статьи 19 слово "учебно-тренировочную" заменить словом "тренировочную"; 8) в пункте 1 части 2 статьи 24 слово "учебно-тренировочных" заменить словом "тренировочных"; 9) в статье 27: а) часть 2 дополнить пунктом 121 следующего содержания: "121) сведения об организациях, в которых спортсмен проходил спортивную подготовку, и о продолжительности такой подготовки;"; б) дополнить частью 31 следующего содержания: "31. Принадлежность лица к физкультурно-спортивной организации, осуществляющей спортивную подготовку, определяется на основании приказа о зачислении лица в такую организацию для прохождения спортивной подготовки на основании государственного (муниципального) задания на оказание услуг по спортивной подготовке или договора оказания услуг по спортивной подготовке."; в) часть 4 изложить в следующей редакции: "4. В случае, если спортсмен, лицо, проходящее спортивную подготовку, зачислены в образовательное учреждение и со спортсменом не заключен договор, указанный в части 3 настоящей статьи, а в отношении лица, проходящего спортивную подготовку, не имеется приказа, указанного в части 31 настоящей статьи, принадлежность спортсмена, лица, проходящего спортивную подготовку, к образовательному учреждению определяется на основании приказа о зачислении в образовательное учреждение."; 10) в части 3 статьи 29 слово "учебно-тренировочный" заменить словом "тренировочный"; 11) в главе 4: а) наименование изложить в следующей редакции: "Глава 4. Спортивная подготовка"; б) статьи 32 - 34 изложить в следующей редакции: "Статья 32. Этапы спортивной подготовки 1. При осуществлении спортивной подготовки устанавливаются следующие этапы: 1) спортивно-оздоровительный этап; 2) этап начальной подготовки; 3) тренировочный этап (этап спортивной специализации); 4) этап совершенствования спортивного мастерства; 5) этап высшего спортивного мастерства.</w:t>
      </w:r>
    </w:p>
    <w:p>
      <w:r>
        <w:rPr>
          <w:b/>
        </w:rPr>
        <w:t xml:space="preserve">2. </w:t>
      </w:r>
      <w:r>
        <w:t>Спортивно-оздоровительный этап реализуется в образовательных учреждениях дополнительного образования детей, осуществляющих деятельность в области физической культуры и спорта. Содержание спортивно-оздоровительного этапа определяется в соответствии с реализуемыми такими учреждениями дополнительными образовательными программами в области физической культуры и спорта, и на этот этап не распространяются требования федеральных стандартов спортивной подготовки</w:t>
      </w:r>
    </w:p>
    <w:p>
      <w:r>
        <w:rPr>
          <w:b/>
        </w:rPr>
        <w:t xml:space="preserve">3. </w:t>
      </w:r>
      <w:r>
        <w:t>Содержание указанных в пунктах 2 - 5 части 1 настоящей статьи этапов спортивной подготовки определяется программами спортивной подготовки, разработанными и реализуемыми организацией, осуществляющей спортивную подготовку, в соответствии с требованиями федеральных стандартов спортивной подготовки</w:t>
      </w:r>
    </w:p>
    <w:p>
      <w:r>
        <w:rPr>
          <w:b/>
        </w:rPr>
        <w:t xml:space="preserve">4. </w:t>
      </w:r>
      <w:r>
        <w:t>Если на одном из этапов спортивной подготовки, указанных в пунктах 2 - 5 части 1 настоящей статьи, результаты прохождения спортивной подготовки не соответствуют требованиям, установленным федеральными стандартами спортивной подготовки по выбранным виду или видам спорта (спортивным дисциплинам), прохождение следующего этапа спортивной подготовки не допускается</w:t>
      </w:r>
    </w:p>
    <w:p>
      <w:r>
        <w:rPr>
          <w:b/>
        </w:rPr>
        <w:t>Статья 33. Федеральные стандарты спортивной подготовки</w:t>
      </w:r>
    </w:p>
    <w:p>
      <w:r>
        <w:rPr>
          <w:b/>
        </w:rPr>
        <w:t xml:space="preserve">1. </w:t>
      </w:r>
      <w:r>
        <w:t>В Российской Федерации по каждому виду спорта (за исключением военно-прикладных, служебно-прикладных и национальных видов спорта), внесенному во Всероссийский реестр видов спорта, устанавливаются федеральные стандарты спортивной подготовки, обязательные при разработке и реализации программ спортивной подготовки</w:t>
      </w:r>
    </w:p>
    <w:p>
      <w:r>
        <w:rPr>
          <w:b/>
        </w:rPr>
        <w:t xml:space="preserve">2. </w:t>
      </w:r>
      <w:r>
        <w:t>Федеральные стандарты спортивной подготовки предназначены для обеспечения</w:t>
      </w:r>
    </w:p>
    <w:p>
      <w:r>
        <w:rPr>
          <w:b/>
        </w:rPr>
        <w:t xml:space="preserve">3. </w:t>
      </w:r>
      <w:r>
        <w:t>Федеральные стандарты спортивной подготовки включают в себя</w:t>
      </w:r>
    </w:p>
    <w:p>
      <w:r>
        <w:rPr>
          <w:b/>
        </w:rPr>
        <w:t xml:space="preserve">4. </w:t>
      </w:r>
      <w:r>
        <w:t>Для инвалидов и лиц с ограниченными возможностями здоровья, проходящих спортивную подготовку, устанавливаются специальные федеральные стандарты спортивной подготовки</w:t>
      </w:r>
    </w:p>
    <w:p>
      <w:r>
        <w:rPr>
          <w:b/>
        </w:rPr>
        <w:t xml:space="preserve">5. </w:t>
      </w:r>
      <w:r>
        <w:t>Организации, осуществляющие спортивную подготовку, обеспечивают соблюдение федеральных стандартов спортивной подготовки, разрабатывают и реализуют на основе данных стандартов программы спортивной подготовки</w:t>
      </w:r>
    </w:p>
    <w:p>
      <w:r>
        <w:rPr>
          <w:b/>
        </w:rPr>
        <w:t xml:space="preserve">6. </w:t>
      </w:r>
      <w:r>
        <w:t>Образовательные учреждения дополнительного образования детей, осуществляющие деятельность в области физической культуры и спорта и реализующие программы спортивной подготовки, разработанные на основе федеральных стандартов спортивной подготовки, наряду с указанными программами реализуют дополнительные образовательные программы в области физической культуры и спорта</w:t>
      </w:r>
    </w:p>
    <w:p>
      <w:r>
        <w:rPr>
          <w:b/>
        </w:rPr>
        <w:t xml:space="preserve">7. </w:t>
      </w:r>
      <w:r>
        <w:t>Федеральные стандарты спортивной подготовки являются обязательными при реализации программ спортивной подготовки организациями, осуществляющими спортивную подготовку. Указанные стандарты не применяются работодателями в отношении спортсменов, с которыми заключены трудовые договоры, а также общероссийскими спортивными федерациями в отношении членов спортивных сборных команд Российской Федерации по соответствующим видам спорта</w:t>
      </w:r>
    </w:p>
    <w:p>
      <w:r>
        <w:rPr>
          <w:b/>
        </w:rPr>
        <w:t xml:space="preserve">2. </w:t>
      </w:r>
      <w:r>
        <w:t>единства основных требований к спортивной подготовке на всей территории Российской Федерации</w:t>
      </w:r>
    </w:p>
    <w:p>
      <w:r>
        <w:rPr>
          <w:b/>
        </w:rPr>
        <w:t xml:space="preserve">2. </w:t>
      </w:r>
      <w:r>
        <w:t>планомерности осуществления спортивной подготовки на всей территории Российской Федерации</w:t>
      </w:r>
    </w:p>
    <w:p>
      <w:r>
        <w:rPr>
          <w:b/>
        </w:rPr>
        <w:t xml:space="preserve">2. </w:t>
      </w:r>
      <w:r>
        <w:t>подготовки спортсменов высокого класса для спортивных сборных команд, в том числе спортивных сборных команд Российской Федерации</w:t>
      </w:r>
    </w:p>
    <w:p>
      <w:r>
        <w:rPr>
          <w:b/>
        </w:rPr>
        <w:t xml:space="preserve">3. </w:t>
      </w:r>
      <w:r>
        <w:t>требования к структуре и содержанию программ спортивной подготовки, в том числе к освоению их теоретических и практических разделов применительно к каждому этапу спортивной подготовки</w:t>
      </w:r>
    </w:p>
    <w:p>
      <w:r>
        <w:rPr>
          <w:b/>
        </w:rPr>
        <w:t xml:space="preserve">3. </w:t>
      </w:r>
      <w:r>
        <w:t>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w:t>
      </w:r>
    </w:p>
    <w:p>
      <w:r>
        <w:rPr>
          <w:b/>
        </w:rPr>
        <w:t xml:space="preserve">3. </w:t>
      </w:r>
      <w:r>
        <w:t>требования к участию лиц, проходящих спортивную подготовку, и лиц, ее осуществляющих, в спортивных соревнованиях, предусмотренных в соответствии с реализуемой программой спортивной подготовки</w:t>
      </w:r>
    </w:p>
    <w:p>
      <w:r>
        <w:rPr>
          <w:b/>
        </w:rPr>
        <w:t xml:space="preserve">3. </w:t>
      </w:r>
      <w:r>
        <w:t>требования к результатам реализации программ спортивной подготовки на каждом из этапов спортивной подготовки</w:t>
      </w:r>
    </w:p>
    <w:p>
      <w:r>
        <w:rPr>
          <w:b/>
        </w:rPr>
        <w:t xml:space="preserve">3. </w:t>
      </w:r>
      <w:r>
        <w:t>особенности осуществления спортивной подготовки по отдельным спортивным дисциплинам соответствующего вида спорта</w:t>
      </w:r>
    </w:p>
    <w:p>
      <w:r>
        <w:rPr>
          <w:b/>
        </w:rPr>
        <w:t xml:space="preserve">3. </w:t>
      </w:r>
      <w:r>
        <w:t>требования к условиям реализации программ спортивной подготовки, в том числе кадрам, материально-технической базе и инфраструктуре организаций, осуществляющих спортивную подготовку, и иным условиям</w:t>
      </w:r>
    </w:p>
    <w:p>
      <w:r>
        <w:rPr>
          <w:b/>
        </w:rPr>
        <w:t>Статья 34. Разработка и утверждение федеральных стандартов спортивной подготовки</w:t>
      </w:r>
    </w:p>
    <w:p>
      <w:r>
        <w:rPr>
          <w:b/>
        </w:rPr>
        <w:t xml:space="preserve">1. </w:t>
      </w:r>
      <w:r>
        <w:t>Организация разработки и утверждение федеральных стандартов спортивной подготовки осуществляются федеральным органом исполнительной власти в области физической культуры и спорта</w:t>
      </w:r>
    </w:p>
    <w:p>
      <w:r>
        <w:rPr>
          <w:b/>
        </w:rPr>
        <w:t xml:space="preserve">2. </w:t>
      </w:r>
      <w:r>
        <w:t>Нормативы физической подготовки и иные спортивные нормативы, указанные в пункте 2 части 3 статьи 33 настоящего Федерального закона, согласовываются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(Абзац утратил силу - Федеральный закон от 25.12.2012 № 257-ФЗ)</w:t>
      </w:r>
    </w:p>
    <w:p>
      <w:r>
        <w:rPr>
          <w:b/>
        </w:rPr>
        <w:t xml:space="preserve">4. </w:t>
      </w:r>
      <w:r>
        <w:t>Федеральные стандарты спортивной подготовки утверждаются не реже чем один раз в четыре года.";</w:t>
      </w:r>
    </w:p>
    <w:p>
      <w:r>
        <w:rPr>
          <w:b/>
        </w:rPr>
        <w:t xml:space="preserve">2. </w:t>
      </w:r>
      <w:r>
        <w:t>Организации, осуществляющие спортивную подготовку, вправе использовать в своем наименовании слово "олимпийский" или образованные на его основе слова и словосочетания в порядке, установленном федеральным органом исполнительной власти в области физической культуры и спорта, если иное не установлено федеральными законами</w:t>
      </w:r>
    </w:p>
    <w:p>
      <w:r>
        <w:rPr>
          <w:b/>
        </w:rPr>
        <w:t xml:space="preserve">3. </w:t>
      </w:r>
      <w:r>
        <w:t>Порядок приема лиц в физкультурно-спортивные организации, созданные Российской Федерацией и осуществляющие спортивную подготовку, устанавливается федеральным органом исполнительной власти в области физической культуры и спорта. Порядок приема лиц в физкультурно-спортивные организации, созданные субъектами Российской Федерации или муниципальными образованиями и осуществляющие спортивную подготовку, устанавливается органами государственной власти субъектов Российской Федерации</w:t>
      </w:r>
    </w:p>
    <w:p>
      <w:r>
        <w:rPr>
          <w:b/>
        </w:rPr>
        <w:t xml:space="preserve">4. </w:t>
      </w:r>
      <w:r>
        <w:t>Правила приема лиц в физкультурно-спортивные организации, осуществляющие спортивную подготовку, определяются учредителем, учредителями физкультурно-спортивной организации, осуществляющей спортивную подготовку, в соответствии с законодательством Российской Федерации и закрепляются в ее уставе</w:t>
      </w:r>
    </w:p>
    <w:p>
      <w:r>
        <w:rPr>
          <w:b/>
        </w:rPr>
        <w:t xml:space="preserve">5. </w:t>
      </w:r>
      <w:r>
        <w:t>Организации, осуществляющие спортивную подготовку за счет средств соответствующего бюджета бюджетной системы Российской Федерации, вправе реализовать программы спортивной подготовки за пределами Российской Федерации в случае, если программами спортивной подготовки предусмотрено проведение спортивных мероприятий за пределами Российской Федерации</w:t>
      </w:r>
    </w:p>
    <w:p>
      <w:r>
        <w:rPr>
          <w:b/>
        </w:rPr>
        <w:t xml:space="preserve">4. </w:t>
      </w:r>
      <w:r>
        <w:t>дополнить статьями 341 - 346 следующего содержания: "Статья 341. Организации, осуществляющие спортивную подготовку 1. Спортивная подготовка в Российской Федерации может осуществляться физкультурно-спортивными организациями, одной из целей деятельности которых является осуществление спортивной подготовки на территории Российской Федерации, в том числе центрами спортивной подготовки, а также образовательными учреждениями дополнительного образования детей, осуществляющими деятельность в области физической культуры и спорта, образовательными учреждениями среднего профессионального образования, осуществляющими деятельность в области физической культуры и спорта. Федеральные центры спортивной подготовки создаются на основании решений Правительства Российской Федерации по предложению федерального органа исполнительной власти в области физической культуры и спорта с учетом мнений общероссийских спортивных федераций по соответствующим видам спорта. Региональные центры спортивной подготовки создаются на основании решений органов исполнительной власти субъектов Российской Федерации с учетом мнений общероссийских спортивных федераций по соответствующим видам спорта</w:t>
      </w:r>
    </w:p>
    <w:p>
      <w:r>
        <w:rPr>
          <w:b/>
        </w:rPr>
        <w:t>Статья 342. Осуществление спортивной подготовки по направлению физкультурно-спортивной организации. Договор оказания услуг по спортивной подготовке</w:t>
      </w:r>
    </w:p>
    <w:p>
      <w:r>
        <w:rPr>
          <w:b/>
        </w:rPr>
        <w:t xml:space="preserve">1. </w:t>
      </w:r>
      <w:r>
        <w:t>Физкультурно-спортивная организация, не осуществляющая спортивной подготовки (далее - заказчик услуг по спортивной подготовке), может заключить с организацией, осуществляющей спортивную подготовку, договор оказания услуг по спортивной подготовке для прохождения спортивной подготовки лицом, направляемым заказчиком услуг по спортивной подготовке</w:t>
      </w:r>
    </w:p>
    <w:p>
      <w:r>
        <w:rPr>
          <w:b/>
        </w:rPr>
        <w:t xml:space="preserve">2. </w:t>
      </w:r>
      <w:r>
        <w:t>Оплату услуг по договору оказания услуг по спортивной подготовке осуществляет заказчик услуг по спортивной подготовке</w:t>
      </w:r>
    </w:p>
    <w:p>
      <w:r>
        <w:rPr>
          <w:b/>
        </w:rPr>
        <w:t xml:space="preserve">3. </w:t>
      </w:r>
      <w:r>
        <w:t>Примерная форма договора оказания услуг по спортивной подготовке утверждается федеральным органом исполнительной власти в области физической культуры и спорта</w:t>
      </w:r>
    </w:p>
    <w:p>
      <w:r>
        <w:rPr>
          <w:b/>
        </w:rPr>
        <w:t xml:space="preserve">4. </w:t>
      </w:r>
      <w:r>
        <w:t>Договор оказания услуг по спортивной подготовке должен содержать</w:t>
      </w:r>
    </w:p>
    <w:p>
      <w:r>
        <w:rPr>
          <w:b/>
        </w:rPr>
        <w:t xml:space="preserve">5. </w:t>
      </w:r>
      <w:r>
        <w:t>Договор оказания услуг по спортивной подготовке заключается в письменной форме</w:t>
      </w:r>
    </w:p>
    <w:p>
      <w:r>
        <w:rPr>
          <w:b/>
        </w:rPr>
        <w:t xml:space="preserve">6. </w:t>
      </w:r>
      <w:r>
        <w:t>Спортсмен, заключивший трудовой договор с физкультурно-спортивной организацией, в соответствии с которым его трудовая функция состоит в подготовке к спортивным соревнованиям и участии в спортивных соревнованиях по определенным виду или видам спорта, не вправе проходить спортивную подготовку в этой физкультурно-спортивной организации на основании договора оказания услуг по спортивной подготовке. Такой спортсмен может проходить спортивную подготовку на основании договора оказания услуг по спортивной подготовке в другой физкультурно-спортивной организации, осуществляющей спортивную подготовку, по виду или видам спорта, не указанным в трудовом договоре</w:t>
      </w:r>
    </w:p>
    <w:p>
      <w:r>
        <w:rPr>
          <w:b/>
        </w:rPr>
        <w:t xml:space="preserve">7. </w:t>
      </w:r>
      <w:r>
        <w:t>Между направляемым для прохождения спортивной подготовки лицом и заказчиком услуг по спортивной подготовке заключается соглашение. В качестве условия такого соглашения может предусматриваться обязанность указанного лица заключить трудовой договор, предусматривающий выполнение трудовой функции по виду или видам спорта, по которым осуществлялась спортивная подготовка, с заказчиком услуг по спортивной подготовке, а в случае невыполнения этой обязанности возместить произведенные заказчиком услуг по спортивной подготовке расходы на его спортивную подготовку</w:t>
      </w:r>
    </w:p>
    <w:p>
      <w:r>
        <w:rPr>
          <w:b/>
        </w:rPr>
        <w:t xml:space="preserve">8. </w:t>
      </w:r>
      <w:r>
        <w:t>В случае, если в соответствии с соглашением, указанным в части 7 настоящей статьи, лицо, прошедшее спортивную подготовку, обязано заключить с направившим его заказчиком услуг по спортивной подготовке трудовой договор, указанный в части 7 настоящей статьи, срок действия такого трудового договора должен соответствовать сроку прохождения спортивной подготовки, установленному договором оказания услуг по спортивной подготовке, но при этом не может быть более чем пять лет</w:t>
      </w:r>
    </w:p>
    <w:p>
      <w:r>
        <w:rPr>
          <w:b/>
        </w:rPr>
        <w:t xml:space="preserve">9. </w:t>
      </w:r>
      <w:r>
        <w:t>Лицу, успешно прошедшему спортивную подготовку на основании договора оказания услуг по спортивной подготовке, при заключении с заказчиком услуг по спортивной подготовке трудового договора, предусмотренного частью 8 настоящей статьи, испытательный срок не устанавливается</w:t>
      </w:r>
    </w:p>
    <w:p>
      <w:r>
        <w:rPr>
          <w:b/>
        </w:rPr>
        <w:t xml:space="preserve">10. </w:t>
      </w:r>
      <w:r>
        <w:t>В случае, если лицо, прошедшее спортивную подготовку, не заключило трудовой договор, предусмотренный частью 8 настоящей статьи, оно может быть освобождено от возмещения расходов, понесенных заказчиком услуг по спортивной подготовке на подготовку указанного лица в соответствии с договором оказания услуг по спортивной подготовке. Основания, по которым допускается освобождение от возмещения таких расходов, устанавливаются федеральным органом исполнительной власти в области физической культуры и спорта, в том числе с учетом медицинских противопоказаний к участию в спортивных соревнованиях по соответствующим виду или видам спорта (спортивным дисциплинам)</w:t>
      </w:r>
    </w:p>
    <w:p>
      <w:r>
        <w:rPr>
          <w:b/>
        </w:rPr>
        <w:t xml:space="preserve">4. </w:t>
      </w:r>
      <w:r>
        <w:t>указание этапа, этапов спортивной подготовки, на которых будет осуществляться спортивная подготовка, сроки прохождения спортивной подготовки или ее этапов, вид или виды спорта (спортивные дисциплины), по которым такая подготовка будет осуществляться</w:t>
      </w:r>
    </w:p>
    <w:p>
      <w:r>
        <w:rPr>
          <w:b/>
        </w:rPr>
        <w:t xml:space="preserve">4. </w:t>
      </w:r>
      <w:r>
        <w:t>условия оплаты спортивной подготовки, условия возмещения расходов на медицинское обеспечение, материально-техническое обеспечение лица, проходящего спортивную подготовку, в том числе обеспечение спортивной экипировкой, оборудованием и спортивным инвентарем, необходимыми для прохождения спортивной подготовки, на проезд к месту проведения спортивных мероприятий и обратно, питание и проживание в период проведения спортивных мероприятий</w:t>
      </w:r>
    </w:p>
    <w:p>
      <w:r>
        <w:rPr>
          <w:b/>
        </w:rPr>
        <w:t xml:space="preserve">4. </w:t>
      </w:r>
      <w:r>
        <w:t>права и обязанности сторон</w:t>
      </w:r>
    </w:p>
    <w:p>
      <w:r>
        <w:rPr>
          <w:b/>
        </w:rPr>
        <w:t xml:space="preserve">4. </w:t>
      </w:r>
      <w:r>
        <w:t>основания и порядок изменения и расторжения договора</w:t>
      </w:r>
    </w:p>
    <w:p>
      <w:r>
        <w:rPr>
          <w:b/>
        </w:rPr>
        <w:t>Статья 343. Права и обязанности организации, осуществляющей спортивную подготовку</w:t>
      </w:r>
    </w:p>
    <w:p>
      <w:r>
        <w:rPr>
          <w:b/>
        </w:rPr>
        <w:t xml:space="preserve">1. </w:t>
      </w:r>
      <w:r>
        <w:t>Организация, осуществляющая спортивную подготовку, в соответствии с законодательством о физической культуре и спорте, требованиями федеральных стандартов спортивной подготовки вправе</w:t>
      </w:r>
    </w:p>
    <w:p>
      <w:r>
        <w:rPr>
          <w:b/>
        </w:rPr>
        <w:t xml:space="preserve">2. </w:t>
      </w:r>
      <w:r>
        <w:t>Организация, осуществляющая спортивную подготовку, обязана</w:t>
      </w:r>
    </w:p>
    <w:p>
      <w:r>
        <w:rPr>
          <w:b/>
        </w:rPr>
        <w:t xml:space="preserve">1. </w:t>
      </w:r>
      <w:r>
        <w:t>разрабатывать и утверждать программы спортивной подготовки, принимать локальные нормативные акты, связанные с процессом спортивной подготовки</w:t>
      </w:r>
    </w:p>
    <w:p>
      <w:r>
        <w:rPr>
          <w:b/>
        </w:rPr>
        <w:t xml:space="preserve">1. </w:t>
      </w:r>
      <w:r>
        <w:t>осуществлять отбор лиц для их спортивной подготовки в установленном частью 3 статьи 341 настоящего Федерального закона порядке приема лиц в физкультурно-спортивные организации, осуществляющие спортивную подготовку</w:t>
      </w:r>
    </w:p>
    <w:p>
      <w:r>
        <w:rPr>
          <w:b/>
        </w:rPr>
        <w:t xml:space="preserve">1. </w:t>
      </w:r>
      <w:r>
        <w:t>осуществлять иные права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договорами оказания услуг по спортивной подготовке</w:t>
      </w:r>
    </w:p>
    <w:p>
      <w:r>
        <w:rPr>
          <w:b/>
        </w:rPr>
        <w:t xml:space="preserve">2. </w:t>
      </w:r>
      <w:r>
        <w:t>соблюдать требования федеральных стандартов спортивной подготовки</w:t>
      </w:r>
    </w:p>
    <w:p>
      <w:r>
        <w:rPr>
          <w:b/>
        </w:rPr>
        <w:t xml:space="preserve">2. </w:t>
      </w:r>
      <w:r>
        <w:t>качественно и в полном объеме обеспечивать прохождение лицом спортивной подготовки под руководством тренера, тренеров по выбранным виду или видам спорта (спортивным дисциплинам) в соответствии с реализуемыми программами спортивной подготовки</w:t>
      </w:r>
    </w:p>
    <w:p>
      <w:r>
        <w:rPr>
          <w:b/>
        </w:rPr>
        <w:t xml:space="preserve">2. </w:t>
      </w:r>
      <w:r>
        <w:t>обеспечивать участие лиц, проходящих спортивную подготовку, в спортивных соревнованиях в соответствии с требованиями федеральных стандартов спортивной подготовки</w:t>
      </w:r>
    </w:p>
    <w:p>
      <w:r>
        <w:rPr>
          <w:b/>
        </w:rPr>
        <w:t xml:space="preserve">2. </w:t>
      </w:r>
      <w:r>
        <w:t>осуществлять медицинское обеспечение лиц, проходящих спортивную подготовку, в том числе организацию систематического медицинского контроля, за счет средств, выделяемых организации, осуществляющей спортивную подготовку, на выполнение государственного (муниципального) задания на оказание услуг по спортивной подготовке либо получаемых по договору об оказании услуг по спортивной подготовке</w:t>
      </w:r>
    </w:p>
    <w:p>
      <w:r>
        <w:rPr>
          <w:b/>
        </w:rPr>
        <w:t xml:space="preserve">2. </w:t>
      </w:r>
      <w:r>
        <w:t>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w:t>
      </w:r>
    </w:p>
    <w:p>
      <w:r>
        <w:rPr>
          <w:b/>
        </w:rPr>
        <w:t xml:space="preserve">2. </w:t>
      </w:r>
      <w:r>
        <w:t>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r>
        <w:rPr>
          <w:b/>
        </w:rPr>
        <w:t xml:space="preserve">2. </w:t>
      </w:r>
      <w:r>
        <w:t>осуществлять материально-техническое обеспечение лиц, проходящих спортивную подготовку,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 за счет средств, выделенных организации на выполнение государственного (муниципального) задания на оказание услуг по спортивной подготовке, либо средств, получаемых по договору оказания услуг по спортивной подготовке</w:t>
      </w:r>
    </w:p>
    <w:p>
      <w:r>
        <w:rPr>
          <w:b/>
        </w:rPr>
        <w:t xml:space="preserve">2. </w:t>
      </w:r>
      <w:r>
        <w:t>знакомить лиц, проходящих спортивную подготовку и участвующих в спортивных соревнованиях,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антидопинговыми правилами, условиями договоров с организаторами спортивных мероприятий в части, касающейся участия спортсменов в соответствующем соревновании</w:t>
      </w:r>
    </w:p>
    <w:p>
      <w:r>
        <w:rPr>
          <w:b/>
        </w:rPr>
        <w:t xml:space="preserve">2. </w:t>
      </w:r>
      <w:r>
        <w:t>направлять лиц, проходящих спортивную подготовку, а также тренеров в соответствии с заявками общероссийских спортивных федераций или организаций, осуществляющих спортивную подготовку и созданных Российской Федерацией, для участия в спортивных мероприятиях, в том числе в официальных спортивных соревнованиях</w:t>
      </w:r>
    </w:p>
    <w:p>
      <w:r>
        <w:rPr>
          <w:b/>
        </w:rPr>
        <w:t xml:space="preserve">2. </w:t>
      </w:r>
      <w:r>
        <w:t>оказывать содействие в организации физического воспитания, а также физкультурных мероприятий, комплексных мероприятий по физкультурно-спортивной подготовке обучающихся в образовательных учреждениях, реализующих основные общеобразовательные программы, профессиональные образовательные программы, на основе договоров, заключаемых между организацией, осуществляющей спортивную подготовку, и такими образовательными учреждениями</w:t>
      </w:r>
    </w:p>
    <w:p>
      <w:r>
        <w:rPr>
          <w:b/>
        </w:rPr>
        <w:t xml:space="preserve">2. </w:t>
      </w:r>
      <w:r>
        <w:t>исполнять иные обязанности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договорами оказания услуг по спортивной подготовке</w:t>
      </w:r>
    </w:p>
    <w:p>
      <w:r>
        <w:rPr>
          <w:b/>
        </w:rPr>
        <w:t>Статья 344. Права и обязанности лиц, проходящих спортивную подготовку</w:t>
      </w:r>
    </w:p>
    <w:p>
      <w:r>
        <w:rPr>
          <w:b/>
        </w:rPr>
        <w:t xml:space="preserve">1. </w:t>
      </w:r>
      <w:r>
        <w:t>Лицо, проходящее спортивную подготовку, имеет право на</w:t>
      </w:r>
    </w:p>
    <w:p>
      <w:r>
        <w:rPr>
          <w:b/>
        </w:rPr>
        <w:t xml:space="preserve">2. </w:t>
      </w:r>
      <w:r>
        <w:t>Лицо, проходящее спортивную подготовку, обязано</w:t>
      </w:r>
    </w:p>
    <w:p>
      <w:r>
        <w:rPr>
          <w:b/>
        </w:rPr>
        <w:t xml:space="preserve">1. </w:t>
      </w:r>
      <w:r>
        <w:t>освоение программ спортивной подготовки по выбранным виду или видам спорта (спортивным дисциплинам) в объеме, установленном организацией, осуществляющей спортивную подготовку, в соответствии с требованиями федеральных стандартов спортивной подготовки</w:t>
      </w:r>
    </w:p>
    <w:p>
      <w:r>
        <w:rPr>
          <w:b/>
        </w:rPr>
        <w:t xml:space="preserve">1. </w:t>
      </w:r>
      <w:r>
        <w:t>пользование объектами спорта организации, осуществляющей спортивную подготовку, необходимое медицинское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r>
        <w:rPr>
          <w:b/>
        </w:rPr>
        <w:t xml:space="preserve">1. </w:t>
      </w:r>
      <w:r>
        <w:t>осуществление иных прав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договором оказания услуг по спортивной подготовке</w:t>
      </w:r>
    </w:p>
    <w:p>
      <w:r>
        <w:rPr>
          <w:b/>
        </w:rPr>
        <w:t xml:space="preserve">2. </w:t>
      </w:r>
      <w:r>
        <w:t>исполнять обязанности, возложенные на него локальными нормативными актами организации, осуществляющей спортивную подготовку, и (или) договором оказания услуг по спортивной подготовке</w:t>
      </w:r>
    </w:p>
    <w:p>
      <w:r>
        <w:rPr>
          <w:b/>
        </w:rPr>
        <w:t xml:space="preserve">2. </w:t>
      </w:r>
      <w:r>
        <w:t>принимать участие только в спортивных мероприятиях, в том числе в спортивных соревнованиях, предусмотренных реализуемыми программами спортивной подготовки (за исключением участия в спортивных мероприятиях спортивных сборных команд Российской Федерации или участия в спортивных мероприятиях по виду или видам спорта, определенных трудовым договором спортсмена, проходящего спортивную подготовку)</w:t>
      </w:r>
    </w:p>
    <w:p>
      <w:r>
        <w:rPr>
          <w:b/>
        </w:rPr>
        <w:t xml:space="preserve">2. </w:t>
      </w:r>
      <w:r>
        <w:t>выполнять указания тренера, тренеров организации, осуществляющей спортивную подготовку, соблюдать установленный ею спортивный режим, выполнять в полном объеме мероприятия, предусмотренные программами спортивной подготовки и планами подготовки к спортивным соревнованиям, своевременно проходить медицинские осмотры, предусмотренные в соответствии с настоящим Федеральным законом, выполнять по согласованию с тренером, тренерами указания врача</w:t>
      </w:r>
    </w:p>
    <w:p>
      <w:r>
        <w:rPr>
          <w:b/>
        </w:rPr>
        <w:t xml:space="preserve">2. </w:t>
      </w:r>
      <w:r>
        <w:t>бережно относиться к имуществу организации, осуществляющей спортивную подготовку</w:t>
      </w:r>
    </w:p>
    <w:p>
      <w:r>
        <w:rPr>
          <w:b/>
        </w:rPr>
        <w:t xml:space="preserve">2. </w:t>
      </w:r>
      <w:r>
        <w:t>незамедлительно сообщать руководителям или иным ответственным должностным лицам организации, осуществляющей спортивную подготовку, либо своему тренеру, тренерам о возникновении при прохождении спортивной подготовки ситуаций, представляющих угрозу жизни или здоровью этого лица либо жизни или здоровью иных лиц, в том числе о неисправностях используемых оборудования и спортивного инвентаря, заболеваниях и травмах, а также о нарушениях общественного порядка при прохождении спортивной подготовки</w:t>
      </w:r>
    </w:p>
    <w:p>
      <w:r>
        <w:rPr>
          <w:b/>
        </w:rPr>
        <w:t xml:space="preserve">2. </w:t>
      </w:r>
      <w:r>
        <w:t>исполнять иные обязанности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договором оказания услуг по спортивной подготовке</w:t>
      </w:r>
    </w:p>
    <w:p>
      <w:r>
        <w:rPr>
          <w:b/>
        </w:rPr>
        <w:t>Статья 345. Медицинское обеспечение лиц, проходящих спортивную подготовку</w:t>
      </w:r>
    </w:p>
    <w:p>
      <w:r>
        <w:rPr>
          <w:b/>
        </w:rPr>
        <w:t xml:space="preserve">1. </w:t>
      </w:r>
      <w:r>
        <w:t>Лицо, желающее пройти спортивную подготовку, может быть зачислено в организацию, осуществляющую спортивную подготовку, только при наличии документов, подтверждающих прохождение медицинского осмотра в порядке, установленном уполномоченным Правительством Российской Федерации федеральным органом исполнительной власти</w:t>
      </w:r>
    </w:p>
    <w:p>
      <w:r>
        <w:rPr>
          <w:b/>
        </w:rPr>
        <w:t xml:space="preserve">2. </w:t>
      </w:r>
      <w:r>
        <w:t>Физические нагрузки в отношении лиц, проходящих спортивную подготовку, назначаются тренером, тренерами с учетом возраста, пола и состояния здоровья таких лиц и в соответствии с нормативами физической подготовки и иными спортивными нормативами, предусмотренными федеральными стандартами спортивной подготовки</w:t>
      </w:r>
    </w:p>
    <w:p>
      <w:r>
        <w:rPr>
          <w:b/>
        </w:rPr>
        <w:t>Статья 346. Контроль за соблюдением федеральных стандартов спортивной подготовки. Права общероссийских спортивных федераций и аккредитованных региональных спортивных федераций в указанной сфере</w:t>
      </w:r>
    </w:p>
    <w:p>
      <w:r>
        <w:rPr>
          <w:b/>
        </w:rPr>
        <w:t xml:space="preserve">1. </w:t>
      </w:r>
      <w:r>
        <w:t>Контроль за соблюдением организациями, осуществляющими спортивную подготовку, федеральных стандартов спортивной подготовки осуществляется в порядке, установленном уполномоченным Правительством Российской Федерации федеральным органом исполнительной власти</w:t>
      </w:r>
    </w:p>
    <w:p>
      <w:r>
        <w:rPr>
          <w:b/>
        </w:rPr>
        <w:t xml:space="preserve">2. </w:t>
      </w:r>
      <w:r>
        <w:t>Общероссийские спортивные федерации и аккредитованные региональные спортивные федерации (далее - уполномоченные спортивные федерации) и их представители вправе осуществлять общественный контроль за соблюдением организациями, осуществляющими спортивную подготовку, федеральных стандартов спортивной подготовки по соответствующим видам спорта</w:t>
      </w:r>
    </w:p>
    <w:p>
      <w:r>
        <w:rPr>
          <w:b/>
        </w:rPr>
        <w:t xml:space="preserve">3. </w:t>
      </w:r>
      <w:r>
        <w:t>Уполномоченные спортивные федерации при проведении общественного контроля имеют право</w:t>
      </w:r>
    </w:p>
    <w:p>
      <w:r>
        <w:rPr>
          <w:b/>
        </w:rPr>
        <w:t xml:space="preserve">4. </w:t>
      </w:r>
      <w:r>
        <w:t>Представители уполномоченных спортивных федераций имеют право беспрепятственно посещать любые организации, осуществляющие спортивную подготовку, в том числе используемые ими объекты спорта</w:t>
      </w:r>
    </w:p>
    <w:p>
      <w:r>
        <w:rPr>
          <w:b/>
        </w:rPr>
        <w:t xml:space="preserve">5. </w:t>
      </w:r>
      <w:r>
        <w:t>При проведении общественного контроля уполномоченные спортивные федерации взаимодействуют с Олимпийским комитетом России, Паралимпийским комитетом России, федеральным органом исполнительной власти в области физической культуры и спорта, а также с органами исполнительной власти субъектов Российской Федерации.";</w:t>
      </w:r>
    </w:p>
    <w:p>
      <w:r>
        <w:rPr>
          <w:b/>
        </w:rPr>
        <w:t xml:space="preserve">3. </w:t>
      </w:r>
      <w:r>
        <w:t>получать от руководителей и иных должностных лиц организаций, осуществляющих спортивную подготовку, информацию о прохождении спортивной подготовки по соответствующим виду или видам спорта (спортивным дисциплинам)</w:t>
      </w:r>
    </w:p>
    <w:p>
      <w:r>
        <w:rPr>
          <w:b/>
        </w:rPr>
        <w:t xml:space="preserve">3. </w:t>
      </w:r>
      <w:r>
        <w:t>защищать в соответствии с законодательством Российской Федерации права и законные интересы лиц, проходящих спортивную подготовку, в том числе в части возмещения вреда, причиненного их здоровью при прохождении спортивной подготовки</w:t>
      </w:r>
    </w:p>
    <w:p>
      <w:r>
        <w:rPr>
          <w:b/>
        </w:rPr>
        <w:t xml:space="preserve">3. </w:t>
      </w:r>
      <w:r>
        <w:t>направлять в федеральный орган исполнительной власти в области физической культуры и спорта предложения к проектам федеральных стандартов спортивной подготовки</w:t>
      </w:r>
    </w:p>
    <w:p>
      <w:r>
        <w:rPr>
          <w:b/>
        </w:rPr>
        <w:t xml:space="preserve">3. </w:t>
      </w:r>
      <w:r>
        <w:t>обращаться к учредителю, учредителям организации, осуществляющей спортивную подготовку, с требованием устранить выявленные нарушения федеральных стандартов спортивной подготовки</w:t>
      </w:r>
    </w:p>
    <w:p>
      <w:r>
        <w:rPr>
          <w:b/>
        </w:rPr>
        <w:t xml:space="preserve">5. </w:t>
      </w:r>
      <w:r>
        <w:t>часть 2 статьи 39 дополнить предложением следующего содержания: "Перечень медицинских противопоказаний к участию в спортивных мероприятиях устанавливается уполномоченным Правительством Российской Федерации федеральным органом исполнительной власти с учетом особенностей соответствующих вида, видов спорта (спортивных дисциплин)."</w:t>
      </w:r>
    </w:p>
    <w:p>
      <w:r>
        <w:rPr>
          <w:b/>
        </w:rPr>
        <w:t>Статья 2</w:t>
      </w:r>
    </w:p>
    <w:p>
      <w:r>
        <w:rPr>
          <w:b/>
        </w:rPr>
        <w:t xml:space="preserve">1. </w:t>
      </w:r>
      <w:r>
        <w:t>Настоящий Федеральный закон вступает в силу с 1 июля 2012 года, за исключением абзаца четвертого подпункта "в" пункта 11 статьи 1 настоящего Федерального закона</w:t>
      </w:r>
    </w:p>
    <w:p>
      <w:r>
        <w:rPr>
          <w:b/>
        </w:rPr>
        <w:t xml:space="preserve">2. </w:t>
      </w:r>
      <w:r>
        <w:t>Абзац четвертый подпункта "в" пункта 11 статьи 1 настоящего Федерального закона вступает в силу с 1 января 2017 года</w:t>
      </w:r>
    </w:p>
    <w:p>
      <w:r>
        <w:rPr>
          <w:b/>
        </w:rPr>
        <w:t xml:space="preserve">3. </w:t>
      </w:r>
      <w:r>
        <w:t>Прием лиц в организации, осуществляющие спортивную подготовку и созданные Российской Федерацией, а также в организации, осуществляющие спортивную подготовку и созданные без участия Российской Федерации, субъектов Российской Федерации, муниципальных образований, для прохождения спортивной подготовки в соответствии с реализуемыми на момент приема учебно-тренировочными программами подготовки спортсменов прекращается с 1 июля 2012 года</w:t>
      </w:r>
    </w:p>
    <w:p>
      <w:r>
        <w:rPr>
          <w:b/>
        </w:rPr>
        <w:t xml:space="preserve">4. </w:t>
      </w:r>
      <w:r>
        <w:t>Прием лиц в организации, осуществляющие спортивную подготовку и созданные субъектами Российской Федерации, для прохождения спортивной подготовки в соответствии с реализуемыми на момент приема учебно-тренировочными программами подготовки спортсменов прекращается с 1 января 2014 года</w:t>
      </w:r>
    </w:p>
    <w:p>
      <w:r>
        <w:rPr>
          <w:b/>
        </w:rPr>
        <w:t xml:space="preserve">5. </w:t>
      </w:r>
      <w:r>
        <w:t>Прием лиц в организации, осуществляющие спортивную подготовку и созданные муниципальными образованиями, для прохождения спортивной подготовки в соответствии с реализуемыми на момент приема учебно-тренировочными программами подготовки спортсменов прекращается с 1 июля 2015 года</w:t>
      </w:r>
    </w:p>
    <w:p>
      <w:r>
        <w:rPr>
          <w:b/>
        </w:rPr>
        <w:t xml:space="preserve">6. </w:t>
      </w:r>
      <w:r>
        <w:t>По решению органов государственной власти субъектов Российской Федерации, органов местного самоуправления прием лиц в указанные в частях 4 и 5 настоящей статьи организации для прохождения спортивной подготовки в соответствии с программами спортивной подготовки, разработанными на основе федеральных стандартов спортивной подготовки, и с соблюдением требований этих стандартов может осуществляться ранее дат, указанных соответственно в частях 4 и 5 настоящей статьи</w:t>
      </w:r>
    </w:p>
    <w:p>
      <w:r>
        <w:rPr>
          <w:b/>
        </w:rPr>
        <w:t xml:space="preserve">7. </w:t>
      </w:r>
      <w:r>
        <w:t>Спортивная подготовка лиц, принятых в организации, осуществляющие спортивную подготовку, до наступления дат, указанных соответственно в частях 3, 4 и 5 настоящей статьи, осуществляется в соответствии с реализуемыми на момент приема учебно-тренировочными программами подготовки спортсменов до завершения такими лицами очередного этапа спортивной подготовки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