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Эстонской Республикой о сотрудничестве в области пенсионного обеспечения</w:t>
      </w:r>
    </w:p>
    <w:p>
      <w:r>
        <w:rPr>
          <w:b/>
        </w:rPr>
        <w:t>Статья None. Федеральный закон   от 31.01.2012 № 1-ФЗ</w:t>
      </w:r>
    </w:p>
    <w:p>
      <w:r>
        <w:t>О ратификации Договора между Российской Федерацией и Эстонской Республикой о сотрудничестве в области пенсионного обеспечения РОССИЙСКАЯ ФЕДЕРАЦИЯ ФЕДЕРАЛЬНЫЙ ЗАКОН О ратификации Договора между Российской Федерацией и Эстонской Республикой о сотрудничестве в области пенсионного обеспечения Принят Государственной Думой 13 января 2012 года Одобрен Советом Федерации 25 января 2012 года Ратифицировать Договор между Российской Федерацией и Эстонской Республикой о сотрудничестве в области пенсионного обеспечения, подписанный в городе Таллине 14 июля 2011 года. Президент Российской Федерации Д.Медведев Москва, Кремль 31 января 2012 года № 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