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(Утратила силу - Федеральный закон от 21.12.2021 № 414-ФЗ)</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2005, № 27, ст. 2708;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31, ст. 4191; № 41, ст. 5192; 2011, № 1, ст. 16; № 11, ст. 1503; № 13, ст. 1685; № 25, ст. 3536; № 29, ст. 4291; № 30, ст. 4607; № 31, ст. 4702, 4703; № 43, ст. 5975) следующие изменения: 1) в статье 2: а) подпункт 8 после слов "Президент Российской Федерации," дополнить словами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б) подпункт 47 изложить в следующей редакции: "47) органы государственной власти субъектов Российской Федерации - законодательные (представительные) органы государственной власти субъектов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избираемые непосредственно гражданами Российской Федерации в соответствии с Конституцией Российской Федерации, настоящим Федеральным законом, иными федеральными законами, конституциями (уставами), законами субъектов Российской Федерации, а также иные органы государственной власти субъектов Российской Федерации, предусмотренные конституциями (уставами) субъектов Российской Федерации;"; 2) в статье 4: а) в пункте 1 слова "местного самоуправления" исключить; б) подпункт "а" пункта 32 изложить в следующей редакции: "а) осужденные когда-либо к лишению свободы за совершение тяжких и (или) особо тяжких преступлений, за исключением случаев, когда в соответствии с новым уголовным законом эти деяния не признаются тяжкими или особо тяжкими преступлениями;"; в) пункт 8 дополнить новым первым предложением следующего содержания: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выдвинут гражданин Российской Федерации, достигший возраста 30 лет."; 3) в подпункте "д" пункта 1 статьи 29 слова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исключить; 4) в статье 32: а) пункт 2 дополнить предложением следующего содержания: "Самовыдвижение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предусматриваться законом субъекта Российской Федерации."; б) дополнить пунктами 51 - 53 следующего содержания: "51. 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отрешенный от этой должности Президентом Российской Федерации, в течение двух лет, исчисляемых со дня вступления в силу указа Президента Российской Федерации об отрешении его от должности и до дня назначения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быть выдвинут кандидатом на указанную должность ни в одном субъекте Российской Федерации.</w:t>
      </w:r>
    </w:p>
    <w:p>
      <w:r>
        <w:rPr>
          <w:b/>
        </w:rPr>
        <w:t xml:space="preserve">52. </w:t>
      </w:r>
      <w:r>
        <w:t>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(представительным) органом государственной власти субъекта Российской Федерации, не может быть выдвинут кандидатом на выборах, назначенных в связи с указанными обстоятельствами, за исключением случая, предусмотренного пунктом 53 настоящей статьи</w:t>
      </w:r>
    </w:p>
    <w:p>
      <w:r>
        <w:rPr>
          <w:b/>
        </w:rPr>
        <w:t xml:space="preserve">53. </w:t>
      </w:r>
      <w:r>
        <w:t>Гражданин Российской Федерации, наделенный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если эти выборы назначены в связи с досрочным прекращением указанных полномочий на основании подпункта "в" пункта 1 статьи 19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18. </w:t>
      </w:r>
      <w:r>
        <w:t>Депутат представительного органа муниципального образования и (или) избранный на муниципальных выборах глава муниципального образования ставят свои подписи на листе поддержки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(далее - лист поддержки кандидата). 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(выдвинут политической партией или ее региональным отделением (с указанием наименования политической партии или ее регионального отделения) или в порядке самовыдвижения); в случае наличия у кандидата неснятой и непогашенной судимости - сведения о судимости кандидата.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ставящих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 Депутат представительного органа муниципального образования или глава муниципального образования собственноручно ставит свою подпись, а также указывает дату и время ее проставления. Подлинность подписи на листе поддержки кандидата должна быть нотариально засвидетельствована</w:t>
      </w:r>
    </w:p>
    <w:p>
      <w:r>
        <w:rPr>
          <w:b/>
        </w:rPr>
        <w:t xml:space="preserve">19. </w:t>
      </w:r>
      <w:r>
        <w:t>Листы поддержки кандидата представляются кандидатом в избирательную комиссию субъекта Российской Федерации единовременно вместе с иными документами, необходимыми для регистрации кандидата. Одновременно в избирательную комиссию субъекта Российской Федерации представляется подписанный кандидатом список лиц, которые поставили свои подписи в листах поддержки кандидата, содержащий сведения о кандидате и поддержавших его лицах, предусмотренные пунктом 18 настоящей статьи. Избирательная комиссия субъекта Российской Федерации в течение трех дней со дня представления указанного списка публикует его в региональном государственном периодическом печатном издании или размещает на своем сайте в информационно-телекоммуникационной сети "Интернет"</w:t>
      </w:r>
    </w:p>
    <w:p>
      <w:r>
        <w:rPr>
          <w:b/>
        </w:rPr>
        <w:t xml:space="preserve">20. </w:t>
      </w:r>
      <w:r>
        <w:t>Число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представляемых в избирательную комиссию субъекта Российской Федерации, может превышать число подписей, необходимое для регистрации кандидата, но не более чем на 5 процентов. Если для регистрации кандидата требуется представить менее 40 подписей указанных лиц, число представляемых подписей может превышать число подписей, необходимое для регистрации кандидата, не более чем на две подписи. Избирательная комиссия субъекта Российской Федерации проверяет достоверность подписей, проставленных в листах поддержки кандидата. Срок такой проверки устанавливается законом субъекта Российской Федерации, но не может быть более 10 дней. Избирательная комиссия субъекта Российской Федерации не позднее чем за три дня до дня заседания, на котором должен рассматриваться вопрос о регистрации кандидата, извещает кандидата о результатах проверки. В случае возникновения сомнения в достоверности подписи, в том числе в связи с недостатками в оформлении листа поддержки кандидата, избирательная комиссия субъекта Российской Федерации вправе провести опрос лица, достоверность подписи которого вызвала сомнение. Письменное заявление этого лица, представленное в избирательную комиссию субъекта Российской Федерации до окончания срока проверки, является основанием для признания его подписи в листе поддержки кандидата достоверной. Если при проверке подписей будет выявлено, что депутат представительного органа муниципального образования или избранный на муниципальных выборах глава муниципального образования поддержал более одного кандидата, засчитывается подпись, которая по времени была проставлена раньше.";</w:t>
      </w:r>
    </w:p>
    <w:p>
      <w:r>
        <w:rPr>
          <w:b/>
        </w:rPr>
        <w:t xml:space="preserve">53. </w:t>
      </w:r>
      <w:r>
        <w:t>пункт 3 статьи 33 дополнить предложением следующего содержания: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также представляет сведения о размере и об источниках доходов и имуществе своих супруга и несовершеннолетних детей в порядке, предусмотренном законом."</w:t>
      </w:r>
    </w:p>
    <w:p>
      <w:r>
        <w:rPr>
          <w:b/>
        </w:rPr>
        <w:t xml:space="preserve">53. </w:t>
      </w:r>
      <w:r>
        <w:t>в статье 37:</w:t>
      </w:r>
    </w:p>
    <w:p>
      <w:r>
        <w:rPr>
          <w:b/>
        </w:rPr>
        <w:t xml:space="preserve">53. </w:t>
      </w:r>
      <w:r>
        <w:t>второе предложение пункта 1 изложить в следующей редакции: "Количество подписей, которое необходимо для регистрации кандидатов, составляет 0,5 процента от числа избирателей, зарегистрированных на территории избирательного округа в соответствии с пунктом 10 статьи 16 настоящего Федерального закона, за исключением случая, предусмотренного пунктом 11 настоящей статьи, но не может составлять менее 10 подписей."</w:t>
      </w:r>
    </w:p>
    <w:p>
      <w:r>
        <w:rPr>
          <w:b/>
        </w:rPr>
        <w:t xml:space="preserve">53. </w:t>
      </w:r>
      <w:r>
        <w:t>дополнить пунктом 11 следующего содержания: "11. Установленное законом субъекта Российской Федерации количество подписей, которое необходимо для регистрации кандидата, выдвинутого в порядке самовыдвижения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составлять менее 0,5 процента и более 2 процентов от числа избирателей, зарегистрированных на территории избирательного округа в соответствии с пунктом 10 статьи 16 настоящего Федерального закона."</w:t>
      </w:r>
    </w:p>
    <w:p>
      <w:r>
        <w:rPr>
          <w:b/>
        </w:rPr>
        <w:t xml:space="preserve">53. </w:t>
      </w:r>
      <w:r>
        <w:t>пункт 8 дополнить новым четвертым предложением следующего содержания: "Подписные листы для сбора подписей избирателей в поддержку самовыдвижения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изготавливаются и оформляются по форме согласно приложению 10 к настоящему Федеральному закону."</w:t>
      </w:r>
    </w:p>
    <w:p>
      <w:r>
        <w:rPr>
          <w:b/>
        </w:rPr>
        <w:t xml:space="preserve">53. </w:t>
      </w:r>
      <w:r>
        <w:t>пункт 9 после слов "наличия у кандидата" дополнить словами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после слов "Если кандидат" дополнить словами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w:t>
      </w:r>
    </w:p>
    <w:p>
      <w:r>
        <w:rPr>
          <w:b/>
        </w:rPr>
        <w:t xml:space="preserve">53. </w:t>
      </w:r>
      <w:r>
        <w:t>в пункте 16 слова "депутатов законодательного (представительного) органа государственной власти субъекта Российской Федерации" заменить словами "в орган государственной власти субъекта Российской Федерации"</w:t>
      </w:r>
    </w:p>
    <w:p>
      <w:r>
        <w:rPr>
          <w:b/>
        </w:rPr>
        <w:t xml:space="preserve">53. </w:t>
      </w:r>
      <w:r>
        <w:t>дополнить пунктами 17 - 20 следующего содержания: "17. На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поддержку выдвижения кандидатов собираются подписи депутатов представительных органов муниципальных образований и (или) избранных на муниципальных выборах глав муниципальных образований. Число указанных подписей определяется законом субъекта Российской Федерации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Указанные подписи могут собираться со дня выдвижения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20. </w:t>
      </w:r>
      <w:r>
        <w:t>в статье 38:</w:t>
      </w:r>
    </w:p>
    <w:p>
      <w:r>
        <w:rPr>
          <w:b/>
        </w:rPr>
        <w:t xml:space="preserve">20. </w:t>
      </w:r>
      <w:r>
        <w:t>в подпункте "е" пункта 2 статьи 70 слова "абзацем третьим" заменить словами "абзацем четвертым"</w:t>
      </w:r>
    </w:p>
    <w:p>
      <w:r>
        <w:rPr>
          <w:b/>
        </w:rPr>
        <w:t xml:space="preserve">20. </w:t>
      </w:r>
      <w:r>
        <w:t>в статье 71:</w:t>
      </w:r>
    </w:p>
    <w:p>
      <w:r>
        <w:rPr>
          <w:b/>
        </w:rPr>
        <w:t xml:space="preserve">20. </w:t>
      </w:r>
      <w:r>
        <w:t>в пункте 1 статьи 74 слова ", за исключением данных об итогах голосования, о результатах выборов в органы местного самоуправления поселений, а также данных об итогах голосования, о результатах местных референдумов в указанных муниципальных образованиях" исключить, слова "в органы местного самоуправления поселений, а также данных об итогах голосования, о результатах местных референдумов в указанных муниципальных образованиях может осуществляться в случаях и порядке, определенных" заменить словами "осуществляется в порядке, определенном"</w:t>
      </w:r>
    </w:p>
    <w:p>
      <w:r>
        <w:rPr>
          <w:b/>
        </w:rPr>
        <w:t xml:space="preserve">20. </w:t>
      </w:r>
      <w:r>
        <w:t>в приложении 1:</w:t>
      </w:r>
    </w:p>
    <w:p>
      <w:r>
        <w:rPr>
          <w:b/>
        </w:rPr>
        <w:t xml:space="preserve">20. </w:t>
      </w:r>
      <w:r>
        <w:t>дополнить приложением 10 следующего содержания: "Приложение 10к Федеральному закону"Об основных гарантиях избирательныхправ и права на участие в референдумеграждан Российской Федерации" ПОДПИСНОЙ ЛИСТВыборы ________________________________________________________ (наименование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Федерации)1"___" __________________ года(дата голосования) Мы, нижеподписавшиеся, поддерживаем самовыдвижение кандидата на должность _________________________________________________________________ ___________________________________________________________________________ (наименование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 гражданина Российской Федерации ____________________________________________, (фамилия, имя, отчество) родившегося ________________, работающего __________________________________, (дата рождения) (место работы, занимаемая должность,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 _____________________________________________________________ (наименование субъекта Российской Федерации, района, города,иного населенного пункта, где находится место жительства) №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Подписной лист удостоверяю: ________________________________________________ (фамилия, имя, отчество, дата рождения, адрес места жительства, серия и номер паспорта или документа,заменяющего паспорт гражданина, с указанием датыего выдачи, наименования или кода выдавшегоего органа, подпись лица, осуществлявшегосбор подписей, и дата ее внесения) Кандидат 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 1 Текст подстрочников, а также примечание и сноска в изготовленном подписном листе могут не воспроизводиться."</w:t>
      </w:r>
    </w:p>
    <w:p>
      <w:r>
        <w:rPr>
          <w:b/>
        </w:rPr>
        <w:t xml:space="preserve">20. </w:t>
      </w:r>
      <w:r>
        <w:t>в пункте 31 слова "депутатов законодательного (представительного) органа" заменить словами "в орган"</w:t>
      </w:r>
    </w:p>
    <w:p>
      <w:r>
        <w:rPr>
          <w:b/>
        </w:rPr>
        <w:t xml:space="preserve">20. </w:t>
      </w:r>
      <w:r>
        <w:t>пункт 24 дополнить подпунктом "д1" следующего содержания: "д1) недостаточное количество достоверных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представленных для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20. </w:t>
      </w:r>
      <w:r>
        <w:t>в пункте 1: дополнить новым абзацем третьим следующего содержания: "На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избранным считается зарегистрированный кандидат, набравший более 50 процентов голосов избирателей, принявших участие в голосовании. Если в избирательный бюллетень было включено более двух зарегистрированных кандидатов и ни один из них не был избран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назначается повторное голосование по двум зарегистрированным кандидатам, получившим наибольшее число голосов избирателей."; абзац третий считать абзацем четвертым</w:t>
      </w:r>
    </w:p>
    <w:p>
      <w:r>
        <w:rPr>
          <w:b/>
        </w:rPr>
        <w:t xml:space="preserve">20. </w:t>
      </w:r>
      <w:r>
        <w:t>в пункте 6 слова "местного самоуправления" исключить</w:t>
      </w:r>
    </w:p>
    <w:p>
      <w:r>
        <w:rPr>
          <w:b/>
        </w:rPr>
        <w:t xml:space="preserve">20. </w:t>
      </w:r>
      <w:r>
        <w:t>слова "(супругу кандидата)" заменить словами "(супругу и несовершеннолетним детям)", слова "(доходов моего супруга)" заменить словами "(доходов моих супруга и несовершеннолетних детей)", слова "(моему супругу)" заменить словами "(моим супругу и несовершеннолетним детям)"</w:t>
      </w:r>
    </w:p>
    <w:p>
      <w:r>
        <w:rPr>
          <w:b/>
        </w:rPr>
        <w:t xml:space="preserve">20. </w:t>
      </w:r>
      <w:r>
        <w:t>сноску1 изложить в следующей редакции: "1 Сведения о размере и об источниках доходов и имуществе супруга и несовершеннолетних детей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указываются в соответствии с законом. В отношении несовершеннолетних детей указанные сведения представляются отдельно на каждого ребенка."</w:t>
      </w:r>
    </w:p>
    <w:p>
      <w:r>
        <w:rPr>
          <w:b/>
        </w:rPr>
        <w:t>Статья 3</w:t>
      </w:r>
    </w:p>
    <w:p>
      <w:r>
        <w:t>Признать утратившими силу</w:t>
      </w:r>
    </w:p>
    <w:p>
      <w:r>
        <w:t>абзац второй пункта 14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t>абзацы второй и третий подпункта "б" пункта 1, подпункт "в" пункта 2, абзацы второй - одиннадцатый подпункта "а" пункта 4 статьи 1 Федерального закона от 11 декабря 2004 года № 159-ФЗ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2004, № 50, ст. 4950)</w:t>
      </w:r>
    </w:p>
    <w:p>
      <w:r>
        <w:t>пункты 1, 2 и подпункты "а" и "г" пункта 3 статьи 1 Федерального закона от 5 апреля 2009 года № 41-ФЗ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 14, ст. 1576)</w:t>
      </w:r>
    </w:p>
    <w:p>
      <w:r>
        <w:t>подпункты "а" и "в" пункта 1 и подпункт "г" пункта 2 статьи 1 Федерального закона от 17 декабря 2009 года № 319-ФЗ "О внесении изменений в статьи 18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 51, ст. 6156)</w:t>
      </w:r>
    </w:p>
    <w:p>
      <w:r>
        <w:rPr>
          <w:b/>
        </w:rPr>
        <w:t>Статья 4</w:t>
      </w:r>
    </w:p>
    <w:p>
      <w:r>
        <w:rPr>
          <w:b/>
        </w:rPr>
        <w:t xml:space="preserve">1. </w:t>
      </w:r>
      <w:r>
        <w:t>Настоящий Федеральный закон вступает в силу с 1 июня 2012 года</w:t>
      </w:r>
    </w:p>
    <w:p>
      <w:r>
        <w:rPr>
          <w:b/>
        </w:rPr>
        <w:t xml:space="preserve">2. </w:t>
      </w:r>
      <w:r>
        <w:t>Первые выборы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на основе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и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проводятся во второе воскресенье октября 2012 года. Указанные выборы проводятся в субъектах Российской Федерации, срок полномочий высших должностных лиц (руководителей высших исполнительных органов государственной власти) которых истекает в период со дня вступления в силу настоящего Федерального закона по 31 декабря 2012 года включительно. В 2013 году и в последующие годы выборы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проводятся в день голосования, установленный Федеральным законом от 12 июня 2002 года № 67-ФЗ "Об основных гарантиях избирательных прав и права на участие в референдуме граждан Российской Федерации", года, в котором истекает срок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наделенного указанными полномочиями на день вступления в силу настоящего Федерального закона</w:t>
      </w:r>
    </w:p>
    <w:p>
      <w:r>
        <w:rPr>
          <w:b/>
        </w:rPr>
        <w:t xml:space="preserve">3. </w:t>
      </w:r>
      <w:r>
        <w:t>Инициатива проведения голосования по отзыву лица, наделенного на день вступления в силу настоящего Федерального закона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выдвинута не ранее чем по истечении одного года со дня его вступления в должность</w:t>
      </w:r>
    </w:p>
    <w:p>
      <w:r>
        <w:rPr>
          <w:b/>
        </w:rPr>
        <w:t xml:space="preserve">4. </w:t>
      </w:r>
      <w:r>
        <w:t>Приведение конституций (уставов) субъектов Российской Федерации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и Федеральным законом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и принятие законов субъектов Российской Федерации, регулирующих порядок проведения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должны быть осуществлены до 1 июля 2012 года. Законы субъектов Российской Федерации, регулирующие порядок отзыва избирателями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должны быть приняты не позднее 31 декабря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