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28 Федерального закона "О санитарно-эпидемиологическом благополучии населения" и статьи 6.7 и 23.1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статью 28 Федерального закона от 30 марта 1999 года № 52-ФЗ "О санитарно-эпидемиологическом благополучии населения" (Собрание законодательства Российской Федерации, 1999, № 14, ст. 1650; 2011, № 30, ст. 4596) следующие изменения</w:t>
      </w:r>
    </w:p>
    <w:p>
      <w:r>
        <w:t>наименование изложить в следующей редакции: "Статья 28. Санитарно-эпидемиологические требования к условиям отдыха и оздоровления детей, их воспитания и обучения"</w:t>
      </w:r>
    </w:p>
    <w:p>
      <w:r>
        <w:t>в пункте 1 слово "дошкольных" заменить словами "организациях отдыха и оздоровления детей, дошкольных"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2003, № 27, ст. 2700, 2708, 2717; № 46, ст. 4434; № 50, ст. 4847; 2004, № 31, ст. 3229; № 34, ст. 3533; 2005, № 1, ст. 13, 45; № 13, ст. 1075, 1077; № 19, ст. 1752; № 27, ст. 2719, 2721; № 30, ст. 3104, 3131; № 50, ст. 5247; 2006, № 17, ст. 1776; № 18, ст. 1907; № 31, ст. 3438; № 45, ст. 4641; № 52, ст. 5498; 2007, № 16, ст. 1825; № 26, ст. 3089; № 30, ст. 3755; № 31, ст. 4007, 4008; № 41, ст. 4845; № 46, ст. 5553; 2008, № 20, ст. 2251; № 30, ст. 3604; № 49, ст. 5745; № 52, ст. 6235, 6236; 2009, № 7, ст. 777; № 23, ст. 2759; № 26, ст. 3120; № 29, ст. 3597, 3642; № 30, ст. 3739; № 48, ст. 5711, 5724; № 52, ст. 6412; 2010, № 1, ст. 1; № 21, ст. 2525; № 23, ст. 2790; № 27, ст. 3416; № 30, ст. 4002, 4006, 4007; № 31, ст. 4158, 4164, 4193, 4206, 4207, 4208; № 41, ст. 5192; 2011, № 1, ст. 10, 23; № 15, ст. 2039; № 17, ст. 2310; № 19, ст. 2715; № 23, ст. 3260; № 27, ст. 3873; № 29, ст. 4290; № 30, ст. 4585, 4590, 4598, 4600, 4601, 4605; № 46, ст. 6406; № 48, ст. 6728; № 49, ст. 7025, 7061; № 50, ст. 7342, 7345, 7346, 7351, 7355, 7362, 7366; 2012, № 6, ст. 621; № 10, ст. 1166) следующие изменения: 1) статью 6.7 изложить в следующей редакции: "Статья 6.7. Нарушение санитарно-эпидемиологических требований к условиям отдыха и оздоровления детей, их воспитания и обучения 1. Нарушение санитарно-эпидемиологических требований к условиям отдыха и оздоровления детей, их воспитания и обучения, к техническим, в том числе аудиовизуальным, и иным средствам воспитания и обучения, к учебной мебели, а также к учебникам и иной издательской продукции - влечет наложение административного штрафа на должностных лиц в размере от трех тысяч до семи тысяч рублей; на юридических лиц - от тридцати тысяч до семидесяти тысяч рублей.</w:t>
      </w:r>
    </w:p>
    <w:p>
      <w:r>
        <w:rPr>
          <w:b/>
        </w:rPr>
        <w:t xml:space="preserve">2. </w:t>
      </w:r>
      <w:r>
        <w:t>Повторное в течение года совершение административного правонарушения, предусмотренного частью 1 настоящей статьи, - влечет наложение административного штрафа на должностных лиц в размере от десяти тысяч до пятнадцати тысяч рублей; на юридических лиц - от ста тысяч до ста пятидесяти тысяч рублей или административное приостановление деятельности на срок до девяноста суток.";</w:t>
      </w:r>
    </w:p>
    <w:p>
      <w:r>
        <w:rPr>
          <w:b/>
        </w:rPr>
        <w:t xml:space="preserve">2. </w:t>
      </w:r>
      <w:r>
        <w:t>часть 2 статьи 23.1 после цифр "6.3-6.6," дополнить словами "частью 2 статьи 6.7, статьями"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