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Казахстан о порядке медицинского обслуживания персонала космодрома "Байконур", жителей города Байконур, поселков Торетам и Акай в условиях аренды Российской Федерацией комплекса "Байконур"</w:t>
      </w:r>
    </w:p>
    <w:p>
      <w:r>
        <w:rPr>
          <w:b/>
        </w:rPr>
        <w:t>Статья None. Федеральный закон   от 05.06.2012 № 57-ФЗ</w:t>
      </w:r>
    </w:p>
    <w:p>
      <w:r>
        <w:t>О ратификации Соглашения между Правительством Российской Федерации и Правительством Республики Казахстан о порядке медицинского обслуживания персонала космодрома "Байконур", жителей города Байконур, поселков Торетам и Акай в условиях аренды Российской Федерацией комплекса "Байконур" РОССИЙСКАЯ ФЕДЕРАЦИЯ ФЕДЕРАЛЬНЫЙ ЗАКОН О ратификации Соглашения между Правительством Российской Федерации и Правительством Республики Казахстан о порядке медицинского обслуживания персонала космодрома "Байконур", жителей города Байконур, поселков Торетам и Акай в условиях аренды Российской Федерацией комплекса "Байконур" Принят Государственной Думой 15 мая 2012 года Одобрен Советом Федерации 30 мая 2012 года Ратифицировать Соглашение между Правительством Российской Федерации и Правительством Республики Казахстан о порядке медицинского обслуживания персонала космодрома "Байконур", жителей города Байконур, поселков Торетам и Акай в условиях аренды Российской Федерацией комплекса "Байконур", подписанное в городе Москве 17 ноября 2009 года. Президент Российской Федерации В.Путин Москва, Кремль 5 июня 2012 года № 57-ФЗ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