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2012 год и на плановый период 2013 и 2014 годов"</w:t>
      </w:r>
    </w:p>
    <w:p>
      <w:r>
        <w:rPr>
          <w:b/>
        </w:rPr>
        <w:t>Статья 1</w:t>
      </w:r>
    </w:p>
    <w:p>
      <w:r>
        <w:t>Внести в Федеральный закон от 30 ноября 2011 года № 371-ФЗ "О федеральном бюджете на 2012 год и на плановый период 2013 и 2014 годов" (Собрание законодательства Российской Федерации, 2011, № 49, ст. 7049) следующие изменения</w:t>
      </w:r>
    </w:p>
    <w:p>
      <w:r>
        <w:t>в части 1 статьи 1: а) в абзаце первом слова "в размере 58 683,0 млрд. рублей" заменить словами "в размере 60 590,0 млрд. рублей"; б) в пункте 1 слова "в сумме 11 779 855 206,0 тыс. рублей" заменить словами "в сумме 12 677 006 842,0 тыс. рублей"; в) в пункте 2 слова "в сумме 12 656 443 993,1 тыс. рублей" заменить словами "в сумме 12 745 151 261,1 тыс. рублей"; г) в пункте 3 слова "в сумме 6 330 854 099,7 тыс. рублей" заменить словами "в сумме 5 462 127 137,7 тыс. рублей"; д) в пункте 4 слова "в сумме 48,4 млрд. долларов США, или 34,6 млрд. евро" заменить словами "в сумме 56,5 млрд. долларов США, или 41,9 млрд. евро"; е) в пункте 5 слова "в сумме 876 588 787,1 тыс. рублей" заменить словами "в сумме 68 144 419,1 тыс. рублей"</w:t>
      </w:r>
    </w:p>
    <w:p>
      <w:r>
        <w:t>в статье 7: а) в части 1 слова "в сумме 517 588 439,9 тыс. рублей" заменить словами "в сумме 518 856 337,4 тыс. рублей"; б) в пункте 1 части 2 слова "приложениям 6, 7 (секретно) и 8 (совершенно секретно)" заменить словами "приложениям 6, 61, 7 (секретно), 71 (секретно), 8 (совершенно секретно) и 81 (совершенно секретно)"; в) в пункте 1 части 3 слова "приложениям 12 и 13 (секретно)" заменить словами "приложениям 12, 121, 13 (секретно) и 131 (секретно)"; г) в пункте 1 части 5 слова "приложениям 18, 19 (секретно) и 20 (совершенно секретно)" заменить словами "приложениям 18, 181, 19 (секретно), 191 (секретно), 20 (совершенно секретно) и 201 (совершенно секретно)"</w:t>
      </w:r>
    </w:p>
    <w:p>
      <w:r>
        <w:t>пункт 6 части 2 статьи 8 изложить в следующей редакции: "6) с 1 января 2012 года 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транспортного хозяйства) в количестве 11 137 единиц и с 1 июня 2012 года судей системы арбитражных судов Российской Федерации в количестве 4 023 единиц, в том числе судей для образования Суда по интеллектуальным правам в количестве 30 единиц, и работников их аппаратов (без персонала по охране и обслуживанию зданий, транспортного хозяйства) в количестве 11 257 единиц, в том числе работников аппарата для образования Суда по интеллектуальным правам (без персонала по охране и обслуживанию зданий, транспортного хозяйства) в количестве 120 единиц."</w:t>
      </w:r>
    </w:p>
    <w:p>
      <w:r>
        <w:t>статью 10 дополнить частью 21 следующего содержания: "21. Установить размер индексации пособия, предусмотренного Федеральным законом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 1 января 2012 года 1,06."</w:t>
      </w:r>
    </w:p>
    <w:p>
      <w:r>
        <w:t>в части 1 статьи 11: а) в пункте 2 слова "в сумме 12 000 000,0 тыс. рублей" заменить словами "в сумме 9 841 000,0 тыс. рублей"; б) в пункте 6 слова "в сумме 189 420,0 тыс. рублей" заменить словами "в сумме 192 720,0 тыс. рублей"; в) в пункте 10 слова "в 2012 году в сумме 17 638 400,0 тыс. рублей" заменить словами "в 2012 году в сумме 17 338 400,0 тыс. рублей"; г) в пункте 19: в абзаце четвертом слова "в сумме 549 000,0 тыс. рублей" заменить словами "в сумме 996 000,0 тыс. рублей"; в абзаце седьмом слова "в сумме 18 841 000,0 тыс. рублей" заменить словами "в сумме 19 871 000,0 тыс. рублей"; в абзаце шестнадцатом слова "в сумме 422 000,0 тыс. рублей" заменить словами "в сумме 85 000,0 тыс. рублей"; в абзаце восемнадцатом слова "в сумме 80 000,0 тыс. рублей" заменить словами "в сумме 265 000,0 тыс. рублей"; в абзаце двадцать третьем слова "в 2012 году в сумме 10 000,0 тыс. рублей и" исключить; в абзаце сороковом слова "гидрогенерирующая компания" заменить словами "гидрогенерирующая компания - РусГидро"; в абзаце сорок первом слова "в 2012 году в сумме 730 000,0 тыс. рублей и" исключить; в абзаце сорок третьем слова "в 2012 году в сумме 300 000,0 тыс. рублей и" исключить; в абзаце сорок шестом слова "в сумме 130 000,0 тыс. рублей" заменить словами "в сумме 190 000,0 тыс. рублей"; в абзаце пятидесятом слова "в сумме 335 000,0 тыс. рублей" заменить словами "в сумме 85 000,0 тыс. рублей"; в абзаце шестьдесят восьмом слова "в сумме 566 190,0 тыс. рублей" заменить словами "в сумме 815 000,0 тыс. рублей"; в абзаце шестьдесят девятом слова "в сумме 190 000,0 тыс. рублей" заменить словами "в сумме 230 000,0 тыс. рублей"; в абзаце семидесятом слова "в 2012 году в сумме 120 000,0 тыс. рублей," исключить; в абзаце семьдесят первом слова "в сумме 392 700,0 тыс. рублей" заменить словами "в сумме 842 700,0 тыс. рублей"; в абзаце семьдесят втором слова "в 2012 году в сумме 180 000,0 тыс. рублей," исключить; в абзаце семьдесят третьем слова "в 2012 году в сумме 150 000,0 тыс. рублей," исключить; в абзаце семьдесят четвертом слова "в 2012 году в сумме 100 000,0 тыс. рублей," исключить; в абзаце семьдесят пятом слова "в сумме 85 000,0 тыс. рублей" заменить словами "в сумме 245 000,0 тыс. рублей"; в абзаце семьдесят девятом слова "в 2012 году в сумме 60 000,0 тыс. рублей" заменить словами "в 2012 году в сумме 140 000,0 тыс. рублей"; в абзаце восемьдесят пятом слова "в 2012 году в сумме 115 000,0 тыс. рублей," исключить; в абзаце восемьдесят шестом слова "в 2012 году в сумме 40 000,0 тыс. рублей," исключить; в абзаце восемьдесят седьмом слова "в 2012 году в сумме 40 000,0 тыс. рублей," исключить; в абзаце восемьдесят девятом слова "в 2012 году в сумме 80 000,0 тыс. рублей," исключить; в абзаце девяностом слова "в 2012 году в сумме 130 000,0 тыс. рублей," исключить; в абзаце девяносто первом слова "в 2012 году в сумме 200 000,0 тыс. рублей и" исключить; в абзаце девяносто четвертом слова "в сумме 40 000,0 тыс. рублей" заменить словами "в сумме 77 500,0 тыс. рублей"; в абзаце девяносто шестом слова "в 2012 году в сумме 200 000,0 тыс. рублей," исключить; в абзаце девяносто седьмом слова "в 2012 году в сумме 30 000,0 тыс. рублей" заменить словами "в 2012 году в сумме 60 000,0 тыс. рублей"; в абзаце девяносто девятом слова "в 2012 году в сумме 35 000,0 тыс. рублей," исключить; в абзаце сотом слова "в 2012 году в сумме 50 000,0 тыс. рублей" заменить словами "в 2012 году в сумме 100 000,0 тыс. рублей"; в абзаце сто первом слова "в 2012 году в сумме 170 000,0 тыс. рублей," исключить; дополнить абзацами следующего содержания: "открытого акционерного общества "Российская электроника" (город Москва) в 2012 году в сумме 162 500,0 тыс. рублей; открытого акционерного общества "Курский завод "Маяк" (город Курск) в 2012 году в сумме 35 000,0 тыс. рублей; открытого акционерного общества "Научно-производственное объединение "Радиоэлектроника" имени В.И.Шимко" (город Казань, Республика Татарстан) в 2012 году в сумме 60 000,0 тыс. рублей; открытого акционерного общества "Казанское приборостроительное конструкторское бюро" (город Казань, Республика Татарстан) в 2012 году в сумме 100 000,0 тыс. рублей; открытого акционерного общества "Брянский электромеханический завод" (город Брянск) в 2012 году в сумме 50 000,0 тыс. рублей; открытого акционерного общества "Калугаприбор" (город Калуга) в 2012 году в сумме 40 000,0 тыс. рублей; открытого акционерного общества "Калужский завод телеграфной аппаратуры" (город Калуга) в 2012 году в сумме 70 000,0 тыс. рублей; открытого акционерного общества "Калужский электромеханический завод" (город Калуга) в 2012 году в сумме 97 300,0 тыс. рублей; открытого акционерного общества "Научно-исследовательский институт авиационного оборудования" (город Жуковский, Московская область) в 2012 году в сумме 35 000,0 тыс. рублей; открытого акционерного общества "Концерн "Автоматика" (город Москва) в 2012 году в сумме 105 000,0 тыс. рублей; открытого акционерного общества "Ордена Трудового Красного Знамени научно-исследовательский институт автоматической аппаратуры им. академика В.С.Семенихина" (город Москва) в 2012 году в сумме 85 000,0 тыс. рублей; открытого акционерного общества "Научно-исследовательский институт телевидения" (город Санкт-Петербург) в 2012 году в сумме 50 000,0 тыс. рублей; открытого акционерного общества "Всероссийский научно-исследовательский институт "Градиент" (город Ростов-на-Дону) в 2012 году в сумме 40 000,0 тыс. рублей; открытого акционерного общества "Конструкторское бюро по радиоконтролю систем управления, навигации и связи" (город Ростов-на-Дону) в 2012 году в сумме 50 000,0 тыс. рублей; открытого акционерного общества "Таганрогский научно-исследовательский институт связи" (город Таганрог, Ростовская область) в 2012 году в сумме 40 000,0 тыс. рублей; открытого акционерного общества "Научно-производственное предприятие "Салют" (город Нижний Новгород) в 2012 году в сумме 320 000,0 тыс. рублей; открытого акционерного общества "Нижегородское научно-производственное объединение имени М.В.Фрунзе" (город Нижний Новгород) в 2012 году в сумме 60 000,0 тыс. рублей; открытого акционерного общества "Федеральный научно-производственный центр "Нижегородский научно-исследовательский приборостроительный институт "Кварц" имени А.П.Горшкова" (город Нижний Новгород) в 2012 году в сумме 280 000,0 тыс. рублей; открытого акционерного общества "Пензенское производственное объединение "Электроприбор" (город Пенза) в 2012 году в сумме 190 260,0 тыс. рублей; открытого акционерного общества "Пензенское производственное объединение электронной вычислительной техники" (город Пенза) в 2012 году в сумме 100 000,0 тыс. рублей; открытого акционерного общества "Омский научно-исследовательский институт приборостроения" (город Омск) в 2012 году в сумме 290 000,0 тыс. рублей; открытого акционерного общества "Научно-производственный центр "Вигстар" (город Москва) в 2012 году в сумме 60 000,0 тыс. рублей; открытого акционерного общества "Обнинское научно-производственное предприятие "Технология" (город Обнинск, Калужская область) в 2012 году в сумме 30 000,0 тыс. рублей; открытого акционерного общества "Научно-производственное предприятие "Алмаз" (город Саратов) в 2012 году в сумме 335 000,0 тыс. рублей."</w:t>
      </w:r>
    </w:p>
    <w:p>
      <w:r>
        <w:t>часть 2 статьи 12 после слов "Федеральному закону" дополнить словами ", а также межбюджетных трансфертов, предоставляемых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w:t>
      </w:r>
    </w:p>
    <w:p>
      <w:r>
        <w:t>в статье 13: а) абзац первый части 1 после слов "для частичного покрытия дефицитов бюджетов субъектов Российской Федерации" дополнить словами ", из них 6 936 900,0 тыс. рублей для частичного покрытия дефицита бюджета Республики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городе Казани, и 2 200 000,0 тыс. рублей для частичного покрытия дефицита бюджета Калининградской области, возникающего в связи с финансированием инвестиционной деятельности по созданию, расширению и перевооружению объектов транспортного назначения аэропорта в поселке Храброво"; б) в части 2: пункт 1 после слов "для частичного покрытия дефицитов бюджетов субъектов Российской Федерации" дополнить словами "(за исключением частичного покрытия дефицита бюджета Республики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городе Казани, и частичного покрытия дефицита бюджета Калининградской области, возникающего в связи с финансированием инвестиционной деятельности по созданию, расширению и перевооружению объектов транспортного назначения аэропорта в поселке Храброво)"; дополнить пунктом 11 следующего содержания: "11) для частичного покрытия дефицита бюджета Республики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городе Казани, и для частичного покрытия дефицита бюджета Калининградской области, возникающего в связи с финансированием инвестиционной деятельности по созданию, расширению и перевооружению объектов транспортного назначения аэропорта в поселке Храброво, - в размере одной третьей ставки рефинансирования Центрального банка Российской Федерации, действующей на день заключения соглашения о предоставлении бюджетного кредита;"; в) в части 4 слова "в сумме до 367 360,0 тыс. рублей" заменить словами "в сумме до 337 844,0 тыс. рублей"</w:t>
      </w:r>
    </w:p>
    <w:p>
      <w:r>
        <w:t>в части 4 статьи 15 слова "в сумме 1 355 962 336,3 тыс. рублей" заменить словами "в сумме 1 106 284 009,7 тыс. рублей"</w:t>
      </w:r>
    </w:p>
    <w:p>
      <w:r>
        <w:t>в статье 16: а) часть 4 изложить в следующей редакции: "4. Правительство Российской Федерации вправе в 2012 году принимать решения:</w:t>
      </w:r>
    </w:p>
    <w:p>
      <w:r>
        <w:t>об урегулировании требований по коммерческим обязательствам бывшего СССР, предъявленных в установленные Правительством Российской Федерации сроки и признанных соответствующими критериям коммерческой задолженности бывшего СССР, расчеты с держателями которых не были завершены до 1 января 2010 года</w:t>
      </w:r>
    </w:p>
    <w:p>
      <w:r>
        <w:t>о списании государственного внешнего долга Российской Федерации по обязательствам перед Лондонским клубом кредиторов, держатели которых не предъявили свои требования или не согласились с условиями урегулирования указанных обязательств</w:t>
      </w:r>
    </w:p>
    <w:p>
      <w:r>
        <w:t>о завершении расчетов с федеральным бюджетом российских организаций - импортеров бывшего СССР, обязательства по контрактам которых с иностранными фирмами урегулированы Российской Федерацией."; б) в части 6 слова "в сумме 8,3 млрд. долларов США, или 5,9 млрд. евро" заменить словами "в сумме 16,5 млрд. долларов США, или 12,2 млрд. евро"</w:t>
      </w:r>
    </w:p>
    <w:p>
      <w:r>
        <w:t>в части 5 статьи 20: а) в пункте 1 слова "в сумме 600 440 778,1 тыс. рублей" заменить словами "в сумме 600 440 778,2 тыс. рублей"; б) в пункте 2 слова "в сумме 39 939 631,8 тыс. рублей" заменить словами "в сумме 40 635 444,2 тыс. рублей"; в) в пункте 3 слова "в сумме 32 636 325,9 тыс. рублей" заменить словами "в сумме 36 739 279,0 тыс. рублей"</w:t>
      </w:r>
    </w:p>
    <w:p>
      <w:r>
        <w:t>в пункте 2 части 5 статьи 21: а) абзац шестой дополнить словами "либо на иные цели, установленные Правительством Российской Федерации"; б) абзац тринадцатый признать утратившим силу; в) дополнить новым абзацем четырнадцатым следующего содержания: "по кредиту, привлекаемому закрытым акционерным обществом "Гражданские самолеты Сухого" во Внешэкономбанке на цели исполнения обязательств по кредитам и займам, ранее привлеченным закрытым акционерным обществом "Гражданские самолеты Сухого" на финансирование программы "Сухой Суперджет 100";"; г) дополнить абзацем пятнадцатым следующего содержания: "по банковским гарантиям Внешэкономбанка, предоставляемым в обеспечение исполнения обязательств открытого акционерного общества "Российское агентство по страхованию экспортных кредитов и инвестиций" по договорам страхования экспортных кредитов и инвестиций;"; д) абзац четырнадцатый считать абзацем шестнадцатым</w:t>
      </w:r>
    </w:p>
    <w:p>
      <w:r>
        <w:t>в статье 24: а) в части 1: в пункте 7 после слов "материально-технической базы" дополнить словами ", включая совершенствование инфраструктуры системы хранения и эксплуатации ракет, боеприпасов и взрывчатых веществ", после слов "правоустанавливающих документов," дополнить словами "на выполнение обязательств, принятых по договорам при осуществлении военно-технического сотрудничества,", слова "до 4 000 000,0 тыс. рублей" заменить словами "до 14 226 322,0 тыс. рублей", слова "федеральных органов исполнительной власти при осуществлении военно-технического сотрудничества" заменить словами "федеральных органов исполнительной власти и оказания услуг (выполнения работ) при осуществлении военно-технического сотрудничества"; в пункте 14 слова "в 2011 году" заменить словами "в 2010 и 2011 годах", слова "до 500 000 тыс. рублей" заменить словами "до 370 000,0 тыс. рублей"; дополнить пунктом 141 следующего содержания: "141) бюджетных ассигнований, предусмотренных по подразделу "Пенсионное обеспечение" раздела "Социальная политика" классификации расходов бюджетов, в объеме до 42 000 000,0 тыс. рублей на покрытие складывающегося в процессе исполнения бюджета Пенсионного фонда Российской Федерации дефицита бюджета указанного фонда и на осуществление единовременной выплаты отдельным категориям граждан в связи с 67-летием Победы в Великой Отечественной войне 1941 - 1945 годов;"; б) в части 2: дополнить пунктом 11 следующего содержания: "11) перераспределение бюджетных ассигнований, предусмотренных Министерству образования и науки Российской Федерации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выплату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в порядке, установленном Правительством Российской Федерации;"; пункт 3 после слов "с исполнением судебных актов" дополнить словами "международных судебных органов и", после слов "в рамках судебных процессов в" дополнить словами "международных судебных органах и"; в пункте 7 слова "Министерству обороны Российской Федерации" заменить словами "уполномоченным федеральным органам исполнительной власти в сфере управления и распоряжения имуществом Вооруженных Сил Российской Федерации, внутренних войск Министерства внутренних дел Российской Федерации, органов государственной охраны и подведомственных им организаций", слова "для нужд Вооруженных Сил Российской Федерации" заменить словами "для федеральных нужд"; дополнить пунктом 91 следующего содержания: "91) перераспределение бюджетных ассигнований, предусмотренных Министерству экономического развития Российской Федерации по подразделу "Другие вопросы в области национальной экономики" раздела "Национальная экономика" классификации расходов бюджетов, Федеральной службе государственной статистики на проведение статистических наблюдений за деятельностью социально ориентированных некоммерческих организаций;"; дополнить пунктом 141 следующего содержания: "141) перераспределение бюджетных ассигнований, предусмотренных Министерству образования и науки Российской Федерации по виду расходов "Субсидии бюджетным учреждениям на иные цели" целевой статьи "Обеспечение деятельности (оказание услуг) подведомственных учреждений" подраздела "Высшее и послевузовское профессиональное образование" раздела "Образование" классификации расходов бюджетов в сумме 1 398 000,0 тыс. рублей на повышение стипендии студентам первых и вторых курсов, обучающихся в федеральных государственных образовательных учреждениях высшего профессионального образования, в порядке, установленном Правительством Российской Федерации;"; дополнить пунктом 241 следующего содержания: "241) перераспределение бюджетных ассигнований, предусмотренных Министерству финансов Российской Федерации по подразделу "Социальное обеспечение населения" раздела "Социальная политика" классификации расходов бюджетов на осуществление ежемесячных денежных выплат отдельным категориям граждан, между главными распорядителями бюджетных средств, являющимися федеральными органами исполнительной власти, в которых предусмотрена военная и приравненная к ней служба;"; в пункте 32 слова "бюджетным учреждениям" заменить словами "бюджетным и автономным учреждениям", слова "на иные цели, между" заменить словами "на иные цели, между главными распорядителями средств федерального бюджета,", слова "увеличение (уменьшение)" заменить словом "уменьшение"; в) в абзаце первом части 6 слова "сверх 5 062 579 825,1 тыс. рублей" заменить словами "сверх 5 553 024 193,1 тыс. рублей"</w:t>
      </w:r>
    </w:p>
    <w:p>
      <w:r>
        <w:t>в приложении 4: а) после строки б) после строки в) после строки г) после строки д) после строки е) после строки ж) после строки з) после строки 14) в приложении 6: а) строку 1 498 178,0" 1 498 178,0"; б) строку 4 001 689,6" 4 001 689,6"; в) строку 1 000 802,7" 1 000 802,7"; г) строку 781 433,8" 781 433,8"; д) строку 6 001 646,6" 6 001 646,6"</w:t>
      </w:r>
    </w:p>
    <w:p>
      <w:r>
        <w:t>дополнить приложением 61 следующего содержания: "Приложение 61к Федеральному закону"О федеральном бюджете на 2012 годи на плановый период 2013 и 2014 годов" Изменение ведомственной структуры расходов федерального бюджета на 2012 год, предусмотренной приложением 6 к Федеральному закону "О федеральном бюджете на 2012 год и на плановый период 2013 и 2014 годов" (тыс. рублей) Наименование Мин Рз ПР ЦСР ВР Сумма +74 533 142,4 020 +222 504,6 020 01 +910,8 020 01 08 +910,8 020 01 08 +910,8 020 01 08 +910,8 020 01 08 +910,8 020 04 +221 593,8 020 04 01 +41 593,8 020 04 01 +41 593,8 020 04 01 +41 593,8 020 04 01 +41 593,8 020 04 12 +180 000,0 020 04 12 020 04 12 020 04 12 020 04 12 -122,4 020 04 12 +122,4 020 04 12 020 04 12 020 04 12 020 04 12 -94,6 020 04 12 +94,6 020 04 12 +50 000,0 020 04 12 020 04 12 020 04 12 -30 000,0 020 04 12 +30 000,0 020 04 12 +220 000,0 020 04 12 +248 810,0 020 04 12 +248 810,0 020 04 12 +40 000,0 020 04 12 +40 000,0 020 04 12 -120 000,0 020 04 12 -120 000,0 020 04 12 +450 000,0 020 04 12 +450 000,0 020 04 12 -180 000,0 020 04 12 -180 000,0 020 04 12 -150 000,0 020 04 12 -150 000,0 020 04 12 -100 000,0 020 04 12 -100 000,0 020 04 12 +100 000,0 020 04 12 +100 000,0 020 04 12 -115 000,0 020 04 12 -115 000,0 020 04 12 -40 000,0 020 04 12 -40 000,0 020 04 12 +160 000,0 020 04 12 +160 000,0 020 04 12 +80 000,0 020 04 12 +80 000,0 020 04 12 -40 000,0 020 04 12 -40 000,0 020 04 12 -80 000,0 020 04 12 -80 000,0 020 04 12 -130 000,0 020 04 12 -130 000,0 020 04 12 -200 000,0 020 04 12 -200 000,0 020 04 12 +37 500,0 020 04 12 +37 500,0 020 04 12 -200 000,0 020 04 12 -200 000,0 020 04 12 +30 000,0 020 04 12 +30 000,0 020 04 12 -35 000,0 020 04 12 -35 000,0 020 04 12 +50 000,0 020 04 12 +50 000,0 020 04 12 +60 000,0 020 04 12 +60 000,0 020 04 12 +35 000,0 020 04 12 +35 000,0 020 04 12 +60 000,0 020 04 12 +60 000,0 020 04 12 +100 000,0 020 04 12 +100 000,0 020 04 12 +50 000,0 020 04 12 +50 000,0 020 04 12 +40 000,0 020 04 12 +40 000,0 020 04 12 +70 000,0 020 04 12 +70 000,0 020 04 12 +97 300,0 020 04 12 +97 300,0 020 04 12 +35 000,0 020 04 12 +35 000,0 020 04 12 +105 000,0 020 04 12 +105 000,0 020 04 12 +85 000,0 020 04 12 +85 000,0 020 04 12 +50 000,0 020 04 12 +50 000,0 020 04 12 +40 000,0 020 04 12 +40 000,0 020 04 12 +50 000,0 020 04 12 +50 000,0 020 04 12 +40 000,0 020 04 12 +40 000,0 020 04 12 +320 000,0 020 04 12 +320 000,0 020 04 12 +280 000,0 020 04 12 +280 000,0 020 04 12 +190 260,0 020 04 12 +190 260,0 020 04 12 +100 000,0 020 04 12 +100 000,0 020 04 12 +290 000,0 020 04 12 +290 000,0 020 04 12 +60 000,0 020 04 12 +60 000,0 020 04 12 +335 000,0 020 04 12 +335 000,0 020 04 12 +185 000,0 020 04 12 +185 000,0 020 04 12 +162 500,0 020 04 12 +162 500,0 020 04 12 +60 000,0 020 04 12 +60 000,0 020 04 12 -2 486 370,0 020 04 12 -2 486 370,0 020 04 12 -80 000,0 020 04 12 -2 406 370,0 020 04 12 020 04 12 +347 000,0 020 04 12 +347 000,0 020 04 12 -337 000,0 020 04 12 -337 000,0 020 04 12 -10 000,0 020 04 12 -10 000,0 020 04 12 -170 000,0 020 04 12 -170 000,0 020 04 12 -170 000,0 020 04 12 +130 000,0 020 04 12 +130 000,0 020 04 12 +130 000,0 020 04 12 020 04 12 -172 936,0 020 04 12 -172 936,0 020 04 12 -308 095,1 020 04 12 -308 095,1 020 04 12 -589 736,2 020 04 12 -589 736,2 020 04 12 -1 652 565,7 020 04 12 -1 652 565,7 020 04 12 -264 573,8 020 04 12 -264 573,8 020 04 12 +172 936,0 020 04 12 +172 936,0 020 04 12 +308 095,1 020 04 12 +308 095,1 020 04 12 +1 652 565,7 020 04 12 +1 652 565,7 020 04 12 +589 736,2 020 04 12 +589 736,2 020 04 12 +264 573,8 020 04 12 +264 573,8 022 022 04 022 04 02 -180 000,0 022 04 02 -115 000,0 022 04 02 -115 000,0 022 04 02 -115 000,0 022 04 02 022 04 02 022 04 02 -300 000,0 022 04 02 -300 000,0 022 04 02 +1 030 000,0 022 04 02 +1 030 000,0 022 04 02 -730 000,0 022 04 02 -730 000,0 022 04 02 -65 000,0 022 04 02 -65 000,0 022 04 02 -65 000,0 022 04 11 +180 000,0 022 04 11 +180 000,0 022 04 11 +180 000,0 022 04 11 +180 000,0 048 048 06 048 06 05 048 06 05 048 06 05 048 06 05 048 06 05 +2 650,0 048 06 05 -2 650,0 048 06 05 048 06 05 048 06 05 +32 000,0 048 06 05 -32 000,0 048 06 05 048 06 05 048 06 05 +10 700,0 048 06 05 -10 700,0 049 049 04 049 04 04 049 04 04 049 04 04 049 04 04 049 04 04 +3 986,2 049 04 04 -3 986,2 049 04 04 049 04 04 049 04 04 +15 038,0 049 04 04 -15 038,0 051 +616 535,3 051 01 -173 664,7 051 01 08 +5 578,4 051 01 08 +5 578,4 051 01 08 +5 578,4 051 01 08 +5 578,4 051 01 13 -179 243,1 051 01 13 -179 243,1 051 01 13 -179 243,1 051 01 13 +2 894,0 051 01 13 +2 894,0 051 01 13 -182 137,1 051 01 13 -182 137,1 051 04 +140 200,0 051 04 01 -120 000,0 051 04 01 -120 000,0 051 04 01 -120 000,0 051 04 01 -120 000,0 051 04 04 +135 000,0 051 04 04 +135 000,0 051 04 04 +135 000,0 051 04 04 +135 000,0 051 04 07 +5 200,0 051 04 07 +5 200,0 051 04 07 +5 200,0 051 04 07 +1 800,0 051 04 07 +1 800,0 051 04 07 +3 400,0 051 04 07 +3 400,0 051 04 11 051 04 11 051 04 11 051 04 11 -260 000,0 051 04 11 +260 000,0 051 04 12 +120 000,0 051 04 12 +120 000,0 051 04 12 +120 000,0 051 04 12 +120 000,0 051 06 +650 000,0 051 06 02 +50 000,0 051 06 02 +50 000,0 051 06 02 +50 000,0 051 06 02 -100 000,0 051 06 02 +150 000,0 051 06 03 +600 000,0 051 06 03 +600 000,0 051 06 03 +600 000,0 051 06 03 +600 000,0 052 052 04 052 04 06 052 04 06 052 04 06 052 04 06 052 04 06 +12 700,0 052 04 06 -12 700,0 053 +3 509 750,0 053 04 +3 509 750,0 053 04 07 +3 509 750,0 053 04 07 053 04 07 053 04 07 +5 250,0 053 04 07 -5 250,0 053 04 07 +6 000,0 053 04 07 -11 250,0 053 04 07 +9 750,0 053 04 07 +9 750,0 053 04 07 +3 200,0 053 04 07 +3 200,0 053 04 07 +6 550,0 053 04 07 +6 550,0 053 04 07 -316 088,3 053 04 07 -316 088,3 053 04 07 -246 027,6 053 04 07 -248 027,6 053 04 07 +2 000,0 053 04 07 -12 678,8 053 04 07 +124 500,0 053 04 07 -137 178,8 053 04 07 -57 381,9 053 04 07 -97 381,9 053 04 07 +40 000,0 053 04 07 +3 816 088,3 053 04 07 +316 088,3 053 04 07 +316 088,3 053 04 07 +3 500 000,0 053 04 07 +3 500 000,0 054 +4 642 359,9 054 07 +128 000,0 054 07 02 +120 000,0 054 07 02 +120 000,0 054 07 02 +120 000,0 054 07 02 +120 000,0 054 07 02 +120 000,0 054 07 04 +8 000,0 054 07 04 +8 000,0 054 07 04 +8 000,0 054 07 04 +8 000,0 054 07 04 +8 000,0 054 08 +4 514 359,9 054 08 01 +4 442 759,9 054 08 01 +3 686 759,9 054 08 01 +3 686 759,9 054 08 01 054 08 01 +4 443 290,0 054 08 01 -4 443 290,0 054 08 01 +4 486 759,9 054 08 01 -800 000,0 054 08 01 +536 000,0 054 08 01 +536 000,0 054 08 01 +536 000,0 054 08 01 +536 000,0 054 08 01 +20 000,0 054 08 01 +20 000,0 054 08 01 +20 000,0 054 08 01 +200 000,0 054 08 01 -180 000,0 054 08 01 +200 000,0 054 08 01 +200 000,0 054 08 01 +200 000,0 054 08 04 +71 600,0 054 08 04 054 08 04 054 08 04 054 08 04 +26 429,5 054 08 04 -26 429,5 054 08 04 054 08 04 -141,1 054 08 04 +7 132,7 054 08 04 -7 273,8 054 08 04 +141,1 054 08 04 +71 600,0 054 08 04 +71 600,0 054 08 04 +9 100,0 054 08 04 +9 100,0 054 08 04 +62 500,0 054 08 04 +62 500,0 055 +539 473,4 055 01 +1 818,2 055 01 08 +1 818,2 055 01 08 +1 818,2 055 01 08 +1 818,2 055 01 08 +1 818,2 055 07 +139 065,0 055 07 04 +23 334,8 055 07 04 +23 334,8 055 07 04 +23 334,8 055 07 04 +19 278,9 055 07 04 +19 255,0 055 07 04 +23,9 055 07 04 +16 005,0 055 07 04 +5 880,2 055 07 04 +3 567,6 055 07 04 +6 557,2 055 07 04 +2 233,3 055 07 04 -14 573,2 055 07 04 -14 753,9 055 07 04 +180,7 055 07 04 +390,8 055 07 04 +315,8 055 07 04 +75,0 055 07 05 -13 208,5 055 07 05 -7 008,5 055 07 05 -7 008,5 055 07 05 -7 008,5 055 07 05 -6 200,0 055 07 05 -6 200,0 055 07 05 -6 200,0 055 07 06 +109 936,2 055 07 06 +109 936,2 055 07 06 +109 936,2 055 07 06 +109 936,2 055 07 06 +47 626,7 055 07 06 +62 309,5 055 07 09 +19 002,5 055 07 09 +19 002,5 055 07 09 +19 002,5 055 07 09 +19 002,5 055 07 09 -997,5 055 07 09 +20 000,0 055 09 +414 466,4 055 09 01 +385 091,7 055 09 01 +735 091,7 055 09 01 +2 859,2 055 09 01 +2 597,8 055 09 01 +261,4 055 09 01 +732 232,5 055 09 01 +1 590,0 055 09 01 +31 550,0 055 09 01 +10 170,3 055 09 01 -25 492,4 055 09 01 +46 872,1 055 09 01 +699 092,5 055 09 01 -350 000,0 055 09 01 -350 000,0 055 09 01 -350 000,0 055 09 02 +50 000,0 055 09 02 +50 000,0 055 09 02 +350 000,0 055 09 02 +350 000,0 055 09 02 -300 000,0 055 09 02 -300 000,0 055 09 05 -20 625,3 055 09 05 +1 621,0 055 09 05 +1 621,0 055 09 05 +1 621,0 055 09 05 055 09 05 055 09 05 +15 000,0 055 09 05 -15 000,0 055 09 05 +55 529,9 055 09 05 +1 267,2 055 09 05 +1 267,2 055 09 05 +54 262,7 055 09 05 +54 262,7 055 09 05 +66 324,2 055 09 05 -12 061,5 055 09 05 -77 776,2 055 09 05 +1 061,3 055 09 05 +1 061,3 055 09 05 -78 837,5 055 09 05 -78 837,5 055 09 05 -33 980,3 055 09 05 -44 857,2 055 09 09 055 09 09 055 09 09 055 09 09 +59 000,0 055 09 09 -26 000,0 055 09 09 -10 000,0 055 09 09 -16 000,0 055 09 09 -33 000,0 055 10 -15 876,2 055 10 01 -100 000,0 055 10 01 -100 000,0 055 10 01 -100 000,0 055 10 01 -100 000,0 055 10 02 055 10 02 055 10 02 055 10 02 055 10 02 +109,0 055 10 02 -109,0 055 10 03 +47 923,8 055 10 03 +54 732,5 055 10 03 +100 000,0 055 10 03 +100 000,0 055 10 03 +100 000,0 055 10 03 -45 267,5 055 10 03 -45 267,5 055 10 03 -6 808,7 055 10 03 -6 808,7 055 10 03 -6 808,7 055 10 05 +6 200,0 055 10 05 +6 200,0 055 10 05 +6 200,0 055 10 05 +6 200,0 055 10 06 +30 000,0 055 10 06 +30 000,0 055 10 06 +30 000,0 055 10 06 +30 000,0 060 060 09 060 09 09 060 09 09 060 09 09 060 09 09 060 09 09 +25 000,0 060 09 09 -25 000,0 060 09 09 060 09 09 -500,0 060 09 09 +1 000,0 060 09 09 +42 856,7 060 09 09 -21 000,0 060 09 09 -20 856,7 060 09 09 -500,0 060 09 09 060 09 09 060 09 09 060 09 09 +171 179,0 060 09 09 -171 179,0 071 +11 009 737,4 071 01 +11 009 737,4 071 01 07 +11 000 000,0 071 01 07 +11 000 000,0 071 01 07 +11 000 000,0 071 01 07 +11 000 000,0 071 01 08 +9 737,4 071 01 08 +9 737,4 071 01 08 +9 737,4 071 01 08 +9 737,4 071 04 071 04 10 071 04 10 071 04 10 071 04 10 -6 500,0 071 04 10 +6 500,0 071 04 10 +87 235,3 071 04 10 -80 735,3 074 +7 096 258,8 074 01 +18 893,8 074 01 08 +15 088,0 074 01 08 +15 088,0 074 01 08 +15 088,0 074 01 08 +15 088,0 074 01 10 -4 022,0 074 01 10 -4 022,0 074 01 10 -4 022,0 074 01 10 -4 022,0 074 01 12 +7 827,8 074 01 12 +3 805,8 074 01 12 +3 805,8 074 01 12 +3 805,8 074 01 12 -120 000,0 074 01 12 -120 000,0 074 01 12 -120 000,0 074 01 12 +4 022,0 074 01 12 +4 022,0 074 01 12 +4 022,0 074 01 12 +120 000,0 074 01 12 +120 000,0 074 01 12 +120 000,0 074 01 12 +120 000,0 074 07 +6 862 776,0 074 07 02 +43,0 074 07 02 +43,0 074 07 02 +43,0 074 07 02 +2,3 074 07 02 +40,7 074 07 03 +250 000,0 074 07 03 +250 000,0 074 07 03 +250 000,0 074 07 03 +250 000,0 074 07 04 +250 000,0 074 07 04 +250 000,0 074 07 04 +250 000,0 074 07 04 +250 000,0 074 07 06 +6 407 733,0 074 07 06 +1 200,0 074 07 06 +1 200,0 074 07 06 +1 200,0 074 07 06 +6 406 533,0 074 07 06 074 07 06 074 07 06 +7 000 000,0 074 07 06 -7 000 000,0 074 07 06 +181 125,6 074 07 06 +181 125,6 074 07 06 +55 425,6 074 07 06 +125 700,0 074 07 06 +6 225 407,4 074 07 06 +6 225 407,4 074 07 06 +5 993 349,0 074 07 06 +668 263,0 074 07 06 +5 325 086,0 074 07 06 +232 058,4 074 07 09 -45 000,0 074 07 09 -45 000,0 074 07 09 -45 000,0 074 07 09 -45 000,0 074 10 +214 589,0 074 10 04 +214 589,0 074 10 04 +214 589,0 074 10 04 +214 589,0 074 10 04 +214 589,0 074 10 04 +214 589,0 076 +131 416,8 076 01 +5 825,7 076 01 08 +5 825,7 076 01 08 +5 825,7 076 01 08 +5 825,7 076 01 08 +5 825,7 076 04 +90 591,1 076 04 05 -209 408,9 076 04 05 +950,1 076 04 05 +950,1 076 04 05 +577,8 076 04 05 +561,5 076 04 05 +16,3 076 04 05 +332,3 076 04 05 +1 526,5 076 04 05 -1 194,2 076 04 05 +40,0 076 04 05 -210 359,0 076 04 05 076 04 05 +252 420,0 076 04 05 -252 420,0 076 04 05 -308 820,0 076 04 05 +56 400,0 076 04 05 -8 800,0 076 04 05 -8 800,0 076 04 05 -8 800,0 076 04 05 -201 559,0 076 04 05 -201 559,0 076 04 12 +300 000,0 076 04 12 +300 000,0 076 04 12 076 04 12 076 04 12 +26 795,2 076 04 12 -17 035,1 076 04 12 -9 760,1 076 04 12 +300 000,0 076 04 12 +300 000,0 076 04 12 +49 825,4 076 04 12 -30 070,0 076 04 12 +280 244,6 076 07 +35 000,0 076 07 04 076 07 04 076 07 04 +480,0 076 07 04 +480,0 076 07 04 +480,0 076 07 04 -480,0 076 07 04 -480,0 076 07 06 076 07 06 076 07 06 +290,0 076 07 06 +290,0 076 07 06 +290,0 076 07 06 -290,0 076 07 06 -290,0 076 07 09 +35 000,0 076 07 09 +35 000,0 076 07 09 +35 000,0 076 07 09 +35 000,0 081 081 04 081 04 05 081 04 05 081 04 05 081 04 05 081 04 05 -29 770,0 081 04 05 +29 770,0 081 04 11 081 04 11 081 04 11 081 04 11 081 04 11 -69 400,0 081 04 11 +69 400,0 082 +1 163 464,3 082 04 +1 000,0 082 04 12 +1 000,0 082 04 12 +1 000,0 082 04 12 +1 000,0 082 04 12 +1 000,0 082 07 +1 162 464,3 082 07 06 +1 162 464,3 082 07 06 +1 064 671,0 082 07 06 +1 064 671,0 082 07 06 +1 064 671,0 082 07 06 +1 064 671,0 082 07 06 +11 014,7 082 07 06 +11 014,7 082 07 06 +11 014,7 082 07 06 +86 778,6 082 07 06 +86 778,6 082 07 06 +86 778,6 082 07 06 +86 778,6 084 +25 350,8 084 07 +25 350,8 084 07 06 +25 350,8 084 07 06 +25 350,8 084 07 06 +25 350,8 084 07 06 +25 350,8 089 089 03 089 03 14 089 03 14 -5,2 089 03 14 -5,2 089 03 14 +197,5 089 03 14 -202,7 089 03 14 +5,2 089 03 14 +5,2 089 03 14 +5,2 089 03 14 +5,2 092 +6 234 438,5 092 01 +6 920 931,9 092 01 06 +269 010,0 092 01 06 +251 100,0 092 01 06 +251 100,0 092 01 06 +251 100,0 092 01 06 +137 500,0 092 01 06 +113 600,0 092 01 06 -42 690,0 092 01 06 -42 690,0 092 01 06 +60 950,0 092 01 06 +60 950,0 092 01 06 -103 640,0 092 01 06 -103 640,0 092 01 06 +60 600,0 092 01 06 +60 600,0 092 01 06 +60 600,0 092 01 08 +5 392 005,6 092 01 08 +5 392 005,6 092 01 08 +274 560,0 092 01 08 +274 560,0 092 01 08 +31 798,1 092 01 08 +31 798,1 092 01 08 +5 085 647,5 092 01 08 +5 085 647,5 092 01 11 +2 000 000,0 092 01 11 +2 000 000,0 092 01 11 +2 000 000,0 092 01 11 +2 000 000,0 092 01 13 -740 083,7 092 01 13 +178 000,0 092 01 13 +178 000,0 092 01 13 +178 000,0 092 01 13 -958 882,5 092 01 13 -958 882,5 092 01 13 -763 231,8 092 01 13 -763 231,8 092 01 13 -195 650,7 092 01 13 -195 650,7 092 01 13 +40 798,8 092 01 13 +40 798,8 092 01 13 -39 750,0 092 01 13 -39 750,0 092 01 13 +80 548,8 092 01 13 -31 918,1 092 01 13 +112 466,9 092 01 13 -104 198,0 092 01 13 +216 664,9 092 02 +10 226 322,0 092 02 09 +10 226 322,0 092 02 09 +10 226 322,0 092 02 09 +10 226 322,0 092 02 09 +10 226 322,0 092 03 -300 000,0 092 03 14 -300 000,0 092 03 14 -300 000,0 092 03 14 -300 000,0 092 03 14 -300 000,0 092 04 -11 614 601,4 092 04 10 -103 738,2 092 04 10 -600 000,0 092 04 10 -600 000,0 092 04 10 -600 000,0 092 04 10 -600 000,0 092 04 10 +496 261,8 092 04 10 +496 261,8 092 04 10 +496 261,8 092 04 10 +496 261,8 092 04 12 -11 510 863,2 092 04 12 -11 380 863,2 092 04 12 -11 380 863,2 092 04 12 +30 050,0 092 04 12 +30 050,0 092 04 12 -11 410 913,2 092 04 12 -11 410 913,2 092 04 12 -130 000,0 092 04 12 -130 000,0 092 04 12 -130 000,0 092 05 -725 096,0 092 05 05 -725 096,0 092 05 05 +174 904,0 092 05 05 +174 904,0 092 05 05 +174 904,0 092 05 05 +174 904,0 092 05 05 -900 000,0 092 05 05 -900 000,0 092 05 05 -900 000,0 092 05 05 -900 000,0 092 07 092 07 06 092 07 06 092 07 06 092 07 06 092 07 06 092 07 06 -284 320,0 092 07 06 +284 320,0 092 10 +2 499 834,8 092 10 01 092 10 01 092 10 01 -42 000 000,0 092 10 01 -42 000 000,0 092 10 01 +42 000 000,0 092 10 01 +42 000 000,0 092 10 03 +2 499 834,8 092 10 03 +150 000,0 092 10 03 +150 000,0 092 10 03 +150 000,0 092 10 03 +150 000,0 092 10 03 +150 000,0 092 10 03 +2 349 834,8 092 10 03 -18 443,5 092 10 03 -18 443,5 092 10 03 -18 443,5 092 10 03 -229 442,9 092 10 03 -229 442,9 092 10 03 -229 442,9 092 10 03 -776 307,5 092 10 03 -776 307,5 092 10 03 -776 307,5 092 10 03 -185,6 092 10 03 -185,6 092 10 03 -185,6 092 10 03 -135,7 092 10 03 -135,7 092 10 03 -135,7 092 10 03 +3 374 350,0 092 10 03 +3 374 350,0 092 13 -5 112 152,8 092 13 01 -5 462 500,0 092 13 01 -5 462 500,0 092 13 01 -5 462 500,0 092 13 01 -5 462 500,0 092 13 02 +350 347,2 092 13 02 +350 347,2 092 13 02 +350 347,2 092 13 02 +350 347,2 092 14 +4 339 200,0 092 14 02 +4 339 200,0 092 14 02 +4 339 200,0 092 14 02 +4 339 200,0 092 14 02 +2 000 000,0 092 14 02 +2 000 000,0 092 14 02 +180 200,0 092 14 02 +180 200,0 092 14 02 +2 159 000,0 092 14 02 +2 159 000,0 095 +103 324,8 095 01 -873,2 095 01 08 -873,2 095 01 08 -3 823,2 095 01 08 -3 823,2 095 01 08 -10 752,8 095 01 08 -10 799,0 095 01 08 +46,2 095 01 08 +6 929,6 095 01 08 +5 500,0 095 01 08 -26 419,8 095 01 08 +27 849,4 095 01 08 +2 950,0 095 01 08 +2 950,0 095 01 08 +2 950,0 095 01 13 095 01 13 095 01 13 095 01 13 095 01 13 +17 235,4 095 01 13 -17 235,4 095 08 +104 198,0 095 08 01 +104 198,0 095 08 01 +104 198,0 095 08 01 +104 198,0 095 08 01 +104 198,0 096 096 04 096 04 01 096 04 01 096 04 01 +13 100,0 096 04 01 +14 000,0 096 04 01 +2 500,0 096 04 01 +11 500,0 096 04 01 -900,0 096 04 01 -13 100,0 096 04 01 +9 400,0 096 04 01 +70 400,0 096 04 01 -10 000,0 096 04 01 -51 000,0 096 04 01 -22 500,0 100 +678 355,9 100 01 +678 355,9 100 01 06 +678 355,9 100 01 06 -144 636,4 100 01 06 -72 600,0 100 01 06 -41 255,6 100 01 06 -50 100,0 100 01 06 +8 844,4 100 01 06 -31 344,4 100 01 06 +19 924,5 100 01 06 -51 268,9 100 01 06 -72 036,4 100 01 06 +54 267,3 100 01 06 +50 100,0 100 01 06 +4 167,3 100 01 06 -126 303,7 100 01 06 +295 809,7 100 01 06 -422 113,4 100 01 06 +678 355,9 100 01 06 +678 355,9 100 01 06 +548 796,8 100 01 06 +5 021,6 100 01 06 +543 775,2 100 01 06 +1 010 562,7 100 01 06 -466 787,5 100 01 06 +129 559,1 100 01 06 +5,6 100 01 06 +129 553,5 100 01 06 +228 058,7 100 01 06 -98 505,2 100 01 06 +22 500,0 100 01 06 +22 500,0 100 01 06 +22 500,0 100 01 06 +530,0 100 01 06 +22 500,0 100 01 06 -530,0 100 01 06 100 01 06 100 01 06 100 01 06 100 01 06 -185 123,0 100 01 06 +185 123,0 100 01 06 +122 136,4 100 01 06 +122 136,4 100 01 06 +122 136,4 100 01 06 +122 136,4 103 -782 440,6 103 01 +4 277,4 103 01 08 +4 277,4 103 01 08 +4 277,4 103 01 08 +4 277,4 103 01 08 +4 277,4 103 04 -814 461,8 103 04 01 +20 000,0 103 04 01 +20 000,0 103 04 01 +20 000,0 103 04 01 +20 000,0 103 04 01 +20 000,0 103 04 08 -205 561,8 103 04 08 +9 538,2 103 04 08 +8 900,0 103 04 08 +8 900,0 103 04 08 +638,2 103 04 08 +394,3 103 04 08 +390,1 103 04 08 +4,2 103 04 08 +243,9 103 04 08 +21,4 103 04 08 +222,5 103 04 08 +3 544 700,0 103 04 08 +3 500 000,0 103 04 08 +3 500 000,0 103 04 08 +3 500 000,0 103 04 08 +44 700,0 103 04 08 +44 700,0 103 04 08 -3 759 800,0 103 04 08 -3 759 800,0 103 04 08 -3 759 800,0 103 04 08 -3 759 800,0 103 04 09 -600 000,0 103 04 09 103 04 09 103 04 09 +130 000,0 103 04 09 +130 000,0 103 04 09 -130 000,0 103 04 09 -130 000,0 103 04 09 -600 000,0 103 04 09 -600 000,0 103 04 09 -600 000,0 103 04 09 -600 000,0 103 04 11 -28 900,0 103 04 11 -28 900,0 103 04 11 -28 900,0 103 04 11 -28 900,0 103 10 +27 743,8 103 10 03 +27 743,8 103 10 03 +27 743,8 103 10 03 +27 743,8 103 10 03 +27 743,8 103 10 03 +27 743,8 103 10 03 +27 743,8 106 +100 000,0 106 04 +100 000,0 106 04 08 -37 500,0 106 04 08 -37 500,0 106 04 08 106 04 08 +13 550,0 106 04 08 -13 550,0 106 04 08 -37 500,0 106 04 08 +60 000,0 106 04 08 -97 500,0 106 04 08 +500,0 106 04 08 -98 000,0 106 04 09 +137 500,0 106 04 09 +137 500,0 106 04 09 +137 500,0 106 04 09 +137 500,0 106 04 09 +137 500,0 107 +1 756 498,9 107 04 +1 754 300,0 107 04 08 +1 754 300,0 107 04 08 107 04 08 107 04 08 -100,0 107 04 08 +17 810,0 107 04 08 -17 910,0 107 04 08 +100,0 107 04 08 107 04 08 107 04 08 107 04 08 107 04 08 +8 770,0 107 04 08 -8 770,0 107 04 08 107 04 08 107 04 08 107 04 08 107 04 08 +176 950,0 107 04 08 -176 950,0 107 04 08 +500 000,0 107 04 08 +500 000,0 107 04 08 +500 000,0 107 04 08 +500 000,0 107 04 08 +954 300,0 107 04 08 +602 085,6 107 04 08 +2 085,6 107 04 08 +2 085,6 107 04 08 +600 000,0 107 04 08 +600 000,0 107 04 08 +352 214,4 107 04 08 -54 500,0 107 04 08 -54 500,0 107 04 08 +400 000,0 107 04 08 +400 000,0 107 04 08 -44 700,0 107 04 08 -44 700,0 107 04 08 +51 414,4 107 04 08 +51 414,4 107 04 08 +300 000,0 107 04 08 +300 000,0 107 04 08 +300 000,0 107 04 08 +300 000,0 107 07 +2 198,9 107 07 05 +1 000,0 107 07 05 +1 000,0 107 07 05 +1 000,0 107 07 05 +1 000,0 107 07 06 +1 198,9 107 07 06 +1 198,9 107 07 06 +1 198,9 107 07 06 +1 198,9 108 +2 457 594,6 108 04 +2 457 594,6 108 04 08 +5 014,8 108 04 08 +5 014,8 108 04 08 +5 014,8 108 04 08 +5 014,8 108 04 09 +2 452 579,8 108 04 09 +2 557 594,6 108 04 09 +2 557 594,6 108 04 09 +2 557 594,6 108 04 09 +2 557 594,6 108 04 09 -105 014,8 108 04 09 -105 014,8 108 04 09 -5 014,8 108 04 09 -5 014,8 108 04 09 -100 000,0 108 04 09 -100 000,0 108 04 09 -1 300 000,0 108 04 09 +1 200 000,0 109 -8 396 815,3 109 04 -8 412 372,3 109 04 08 -8 412 372,3 109 04 08 -8 112 372,3 109 04 08 -8 112 372,3 109 04 08 -8 112 372,3 109 04 08 -8 112 372,3 109 04 08 -300 000,0 109 04 08 -300 000,0 109 04 08 -300 000,0 109 04 08 -300 000,0 109 07 +15 557,0 109 07 06 +15 557,0 109 07 06 +15 557,0 109 07 06 +15 557,0 109 07 06 +15 557,0 110 +254 141,1 110 04 +250 000,0 110 04 08 +250 000,0 110 04 08 +250 000,0 110 04 08 +250 000,0 110 04 08 +250 000,0 110 04 08 +250 000,0 110 04 08 110 04 08 -3 182 341,4 110 04 08 -3 182 341,4 110 04 08 110 04 08 +2 980,0 110 04 08 -2 980,0 110 04 08 -3 182 341,4 110 04 08 +3 182 341,4 110 04 08 +3 182 341,4 110 04 08 +3 182 341,4 110 04 08 +982 341,4 110 04 08 +2 200 000,0 110 07 +4 141,1 110 07 06 +4 141,1 110 07 06 +4 141,1 110 07 06 +4 141,1 110 07 06 +4 141,1 135 +2 013 419,7 135 01 +1 489,7 135 01 08 +1 489,7 135 01 08 +1 489,7 135 01 08 +1 489,7 135 01 08 +1 489,7 135 07 135 07 05 135 07 05 135 07 05 135 07 05 135 07 05 -7 886,0 135 07 05 +7 886,0 135 12 +2 011 930,0 135 12 01 +1 661 514,0 135 12 01 +30 000,0 135 12 01 +30 000,0 135 12 01 +30 000,0 135 12 01 -89 789,9 135 12 01 +119 789,9 135 12 01 -30 000,0 135 12 01 -30 000,0 135 12 01 -30 000,0 135 12 01 -30 000,0 135 12 01 +1 661 514,0 135 12 01 +1 661 514,0 135 12 01 +1 661 514,0 135 12 01 +1 661 514,0 135 12 04 +350 416,0 135 12 04 135 12 04 135 12 04 135 12 04 +7 248,5 135 12 04 +4 437,6 135 12 04 -11 686,1 135 12 04 +30 000,0 135 12 04 +30 000,0 135 12 04 +30 000,0 135 12 04 +30 000,0 135 12 04 +320 416,0 135 12 04 +320 416,0 135 12 04 +320 416,0 139 -1 077 426,7 139 01 +1 072 043,3 139 01 08 +103 314,9 139 01 08 +34 809,4 139 01 08 +34 809,4 139 01 08 +27 135,6 139 01 08 +26 326,2 139 01 08 +809,4 139 01 08 +7 673,8 139 01 08 +10 200,0 139 01 08 +1 100,0 139 01 08 -3 626,2 139 01 08 +68 505,5 139 01 08 +68 505,5 139 01 08 +68 505,5 139 01 13 +968 728,4 139 01 13 +968 728,4 139 01 13 +968 728,4 139 01 13 +273 471,5 139 01 13 +273 471,5 139 01 13 +695 256,9 139 01 13 +695 256,9 139 04 -2 159 000,0 139 04 12 -2 159 000,0 139 04 12 139 04 12 139 04 12 139 04 12 -522 900,0 139 04 12 +522 900,0 139 04 12 -2 159 000,0 139 04 12 -2 159 000,0 139 04 12 -2 159 000,0 139 04 12 -2 159 000,0 139 10 +9 530,0 139 10 06 +9 530,0 139 10 06 +9 530,0 139 10 06 +9 530,0 139 10 06 +9 530,0 141 +72 300,0 141 09 +72 300,0 141 09 07 +72 300,0 141 09 07 141 09 07 141 09 07 +1 882,7 141 09 07 -1 882,7 141 09 07 +72 300,0 141 09 07 +72 300,0 141 09 07 +30 165,1 141 09 07 +20 800,0 141 09 07 +9 365,1 141 09 07 +42 134,9 141 09 07 +30 300,0 141 09 07 +26 014,5 141 09 07 -14 179,6 141 09 09 141 09 09 141 09 09 141 09 09 +7 031,5 141 09 09 -7 031,5 141 09 09 +14 096,1 141 09 09 -21 127,6 141 09 09 141 09 09 +88 080,1 141 09 09 -88 080,1 141 09 09 +407 319,3 141 09 09 -495 399,4 150 +110 038,3 150 01 +38,3 150 01 08 +38,3 150 01 08 +38,3 150 01 08 +38,3 150 01 08 +38,3 150 04 +110 000,0 150 04 01 +110 000,0 150 04 01 +109 800,0 150 04 01 +110 000,0 150 04 01 +110 000,0 150 04 01 +4 150,0 150 04 01 +110 000,0 150 04 01 -4 150,0 150 04 01 -200,0 150 04 01 -700,0 150 04 01 -200,0 150 04 01 +125 000,0 150 04 01 -125 200,0 150 04 01 +700,0 150 04 01 +100,0 150 04 01 +600,0 150 04 01 +500,0 150 04 01 +100,0 150 04 01 +200,0 150 04 01 +200,0 150 04 01 +200,0 150 04 01 +200,0 151 151 01 151 01 06 151 01 06 151 01 06 -4 180,2 151 01 06 -4 180,2 151 01 06 151 01 06 +4 890,0 151 01 06 -4 890,0 151 01 06 +4 180,2 151 01 06 +48 980,2 151 01 06 +4 180,2 151 01 06 +44 800,0 151 01 06 -44 800,0 151 01 06 +25 865,2 151 01 06 -70 665,2 153 +15 415,5 153 01 +34 123,4 153 01 06 +33 144,5 153 01 06 +5 586,6 153 01 06 +5 586,6 153 01 06 +3 376,1 153 01 06 +3 285,9 153 01 06 +90,2 153 01 06 +2 210,5 153 01 06 +52,2 153 01 06 +2 158,3 153 01 06 +8 850,0 153 01 06 +8 850,0 153 01 06 +7 100,0 153 01 06 +7 100,0 153 01 06 +1 750,0 153 01 06 +1 750,0 153 01 06 +18 707,3 153 01 06 +18 211,5 153 01 06 +18 211,5 153 01 06 +86,3 153 01 06 +18 125,2 153 01 06 +106 014,0 153 01 06 +11 019,2 153 01 06 -98 908,0 153 01 06 +495,8 153 01 06 +495,8 153 01 06 -75,4 153 01 06 -75,4 153 01 06 +102,1 153 01 06 +102,1 153 01 06 +129,5 153 01 06 +129,5 153 01 06 -307,0 153 01 06 -307,0 153 01 06 +76,0 153 01 06 +76,0 153 01 06 +76,0 153 01 06 +76,0 153 01 08 +978,9 153 01 08 +978,9 153 01 08 +978,9 153 01 08 +978,9 153 07 153 07 06 153 07 06 153 07 06 153 07 06 -1 175,5 153 07 06 +4 393,7 153 07 06 -5 569,2 153 07 06 +1 175,5 153 09 -35 275,8 153 09 01 -35 275,8 153 09 01 -35 277,8 153 09 01 -35 277,8 153 09 01 -35 277,8 153 09 01 +2,0 153 09 01 +2,0 153 09 01 +2,0 153 09 01 +2,0 153 10 +16 567,9 153 10 03 +14 979,0 153 10 03 +14 979,0 153 10 03 +2 638,4 153 10 03 +2 638,4 153 10 03 +2 638,4 153 10 03 +12 340,6 153 10 03 +12 340,6 153 10 03 +12 340,6 153 10 04 +1 588,9 153 10 04 +1 588,9 153 10 04 +1 588,9 153 10 04 +1 588,9 153 10 04 +1 588,9 155 155 01 155 01 13 155 01 13 155 01 13 155 01 13 +600,0 155 01 13 -600,0 155 01 13 +1 315,0 155 01 13 -1 915,0 155 01 13 155 01 13 -1 945,6 155 01 13 +295,4 155 01 13 -2 419,7 155 01 13 +9 376,2 155 01 13 -11 795,9 155 01 13 +178,7 155 01 13 +1 945,6 155 01 13 +99,3 155 01 13 -99,3 155 01 13 +6 174,9 155 01 13 -6 274,2 155 01 13 155 01 13 +13 770,0 155 01 13 -13 770,0 155 01 13 +1 945,6 155 08 155 08 01 155 08 01 155 08 01 155 08 01 155 08 01 +40 000,0 155 08 01 -40 000,0 157 +103 318,4 157 01 +58 418,4 157 01 08 +3,2 157 01 08 +3,2 157 01 08 +3,2 157 01 08 +3,2 157 01 13 +58 415,2 157 01 13 +44 315,2 157 01 13 +229,0 157 01 13 +229,0 157 01 13 +44 086,2 157 01 13 -179 273,8 157 01 13 +223 360,0 157 01 13 +81 621,8 157 01 13 -169 421,7 157 01 13 +311 159,9 157 01 13 +14 100,0 157 01 13 +14 100,0 157 01 13 +2 650,0 157 01 13 +2 650,0 157 01 13 +11 450,0 157 01 13 +11 450,0 157 10 +44 900,0 157 10 03 +44 900,0 157 10 03 +44 900,0 157 10 03 +44 900,0 157 10 03 +44 900,0 157 10 03 +44 900,0 157 10 03 +44 900,0 160 160 01 160 01 06 160 01 06 160 01 06 160 01 06 -379,0 160 01 06 +379,0 160 01 06 160 01 06 160 01 06 +1 700,0 160 01 06 -1 700,0 161 +183 000,0 161 04 +183 000,0 161 04 01 +183 000,0 161 04 01 +183 000,0 161 04 01 +43 000,0 161 04 01 -1 300,0 161 04 01 +44 100,0 161 04 01 +29 414,2 161 04 01 +14 685,8 161 04 01 +200,0 161 04 01 +140 000,0 161 04 01 +3 500,0 161 04 01 +136 150,0 161 04 01 +56 000,0 161 04 01 +80 150,0 161 04 01 +350,0 165 -64 202,4 165 01 -64 202,4 165 01 13 -64 202,4 165 01 13 -64 202,4 165 01 13 -38 079,2 165 01 13 -38 079,2 165 01 13 -300,0 165 01 13 +26 972,4 165 01 13 -27 272,4 165 01 13 +300,0 165 01 13 -26 123,2 165 01 13 -26 123,2 165 01 13 165 01 13 +62 480,0 165 01 13 -62 480,0 167 +23 600,0 167 01 167 01 13 167 01 13 167 01 13 167 01 13 +35 982,3 167 01 13 -36 482,3 167 01 13 +82 704,3 167 01 13 -119 186,6 167 01 13 +500,0 167 01 13 167 01 13 +16 054,0 167 01 13 -18 679,0 167 01 13 +80 780,8 167 01 13 -99 459,8 167 01 13 +2 625,0 167 10 +23 600,0 167 10 03 +23 600,0 167 10 03 +23 600,0 167 10 03 +23 600,0 167 10 03 +23 600,0 167 10 03 +23 600,0 167 10 03 +23 600,0 168 168 01 168 01 13 168 01 13 168 01 13 168 01 13 +4 330,0 168 01 13 -4 330,0 168 01 13 -350,0 168 01 13 -3 980,0 169 -151 276,0 169 01 -57 096,0 169 01 08 +4 208,4 169 01 08 +4 208,4 169 01 08 +4 208,4 169 01 08 +4 208,4 169 01 13 -61 304,4 169 01 13 +1 531,0 169 01 13 +1 531,0 169 01 13 +1 531,0 169 01 13 +2 500,0 169 01 13 -969,0 169 01 13 169 01 13 -554,0 169 01 13 +554,0 169 01 13 169 01 13 -32,4 169 01 13 +32,4 169 01 13 +2 537,7 169 01 13 -2 019,8 169 01 13 -485,5 169 01 13 169 01 13 -28,0 169 01 13 +28,0 169 01 13 -62 835,4 169 01 13 -62 835,4 169 01 13 -26 877,4 169 01 13 -26 877,4 169 01 13 -35 958,0 169 01 13 -35 958,0 169 04 169 04 12 169 04 12 169 04 12 169 04 12 169 04 12 -30 032,8 169 04 12 +30 032,8 169 06 -94 180,0 169 06 05 -94 180,0 169 06 05 -158 200,0 169 06 05 -158 200,0 169 06 05 -158 200,0 169 06 05 169 06 05 -18 100,0 169 06 05 +18 100,0 169 06 05 +64 020,0 169 06 05 +64 020,0 169 06 05 +64 020,0 171 +368 800,0 171 01 +315 000,0 171 01 09 +315 000,0 171 01 09 +15 000,0 171 01 09 +15 000,0 171 01 09 +15 000,0 171 01 09 +10 000,0 171 01 09 +5 000,0 171 01 09 171 01 09 171 01 09 +12 532,7 171 01 09 -12 532,7 171 01 09 +299 221,1 171 01 09 +299 221,1 171 01 09 +2 000,0 171 01 09 +297 221,1 171 01 09 +63 264,4 171 01 09 +1 334 920,5 171 01 09 -1 100 963,8 171 01 09 +721,9 171 01 09 -35,2 171 01 09 -35,2 171 01 09 -35,2 171 01 09 +757,1 171 01 09 +757,1 171 01 09 +757,1 171 01 09 +57,0 171 01 09 +57,0 171 01 09 +57,0 171 01 09 +57,0 171 10 +53 800,0 171 10 03 +53 800,0 171 10 03 +53 800,0 171 10 03 +53 800,0 171 10 03 +53 800,0 171 10 03 +53 800,0 171 10 03 +53 800,0 177 +3 556 803,8 177 01 +25,0 177 01 08 +25,0 177 01 08 +25,0 177 01 08 +25,0 177 01 08 +25,0 177 03 +3 436 778,8 177 03 09 +28 250,3 177 03 09 +1 013,7 177 03 09 177 03 09 177 03 09 +1 540,0 177 03 09 -1 540,0 177 03 09 +1 013,7 177 03 09 -173,0 177 03 09 +407 868,8 177 03 09 -408 041,8 177 03 09 +1 186,7 177 03 09 +173,0 177 03 09 +1 013,7 177 03 09 177 03 09 177 03 09 177 03 09 +641 400,0 177 03 09 -641 400,0 177 03 09 -49 015,0 177 03 09 177 03 09 -66 358,4 177 03 09 +66 358,4 177 03 09 -49 015,0 177 03 09 -50 000,0 177 03 09 +121 945,3 177 03 09 +350 300,0 177 03 09 -522 245,3 177 03 09 +985,0 177 03 09 +50 000,0 177 03 09 +50 000,0 177 03 09 +50 000,0 177 03 09 +419 118,0 177 03 09 -369 118,0 177 03 09 +26 251,6 177 03 09 +26 251,6 177 03 09 177 03 09 +75 950,7 177 03 09 -75 950,7 177 03 09 +25 000,0 177 03 09 +1 251,6 177 03 10 +3 408 528,5 177 03 10 +8 243,7 177 03 10 +8 243,7 177 03 10 +8 243,7 177 03 10 +8 243,7 177 03 10 -94 650,3 177 03 10 177 03 10 -1 112 763,6 177 03 10 +1 112 763,6 177 03 10 -65 685,3 177 03 10 -75 508,7 177 03 10 +770 959,4 177 03 10 -9 108,7 177 03 10 -837 359,4 177 03 10 +9 823,4 177 03 10 +304 995,0 177 03 10 +304 995,0 177 03 10 -333 960,0 177 03 10 -333 960,0 177 03 10 +3 428 535,1 177 03 10 +3 428 535,1 177 03 10 +3 428 535,1 177 03 10 177 03 10 +114 539,3 177 03 10 -114 539,3 177 03 10 +66 400,0 177 03 10 +66 400,0 177 03 10 +66 400,0 177 03 10 +352 734,0 177 03 10 -286 334,0 177 03 10 177 03 10 177 03 10 177 03 10 177 03 10 177 03 10 +38 600,0 177 03 10 -38 600,0 177 03 14 177 03 14 177 03 14 177 03 14 177 03 14 +67 000,0 177 03 14 -67 000,0 177 05 177 05 01 177 05 01 177 05 01 177 05 01 177 05 01 177 05 01 -271 933,8 177 05 01 +271 933,8 177 05 01 177 05 01 177 05 01 177 05 01 -85 132,6 177 05 01 +85 132,6 177 10 +120 000,0 177 10 03 +120 000,0 177 10 03 +120 000,0 177 10 03 +38 400,0 177 10 03 +38 400,0 177 10 03 +38 400,0 177 10 03 +81 600,0 177 10 03 +81 600,0 177 10 03 +81 600,0 182 +1 944 887,9 182 01 +1 844 887,9 182 01 06 +985 571,7 182 01 06 +985 571,7 182 01 06 +185 000,0 182 01 06 +8 000,0 182 01 06 +177 000,0 182 01 06 +69 600,0 182 01 06 +185 000,0 182 01 06 -77 600,0 182 01 06 +800 571,7 182 01 06 -165 528,6 182 01 06 -285 528,6 182 01 06 +120 000,0 182 01 06 +966 100,3 182 01 06 +1 910 769,8 182 01 06 +888 641,7 182 01 06 -1 833 311,2 182 01 13 +859 316,2 182 01 13 +859 316,2 182 01 13 +859 316,2 182 01 13 +454 596,2 182 01 13 +444 196,2 182 01 13 +10 400,0 182 01 13 +404 720,0 182 01 13 +393 808,0 182 01 13 +10 912,0 182 09 +100 000,0 182 09 02 182 09 02 182 09 02 182 09 02 182 09 02 -13 672,3 182 09 02 +13 672,3 182 09 05 +100 000,0 182 09 05 +100 000,0 182 09 05 +100 000,0 182 09 05 +100 000,0 182 09 05 -60 000,0 182 09 05 +160 000,0 184 +3 960,6 184 10 +3 960,6 184 10 03 +3 960,6 184 10 03 +3 960,6 184 10 03 +54,1 184 10 03 +54,1 184 10 03 +54,1 184 10 03 +3 906,5 184 10 03 +3 906,5 184 10 03 +3 906,5 185 185 02 185 02 09 185 02 09 185 02 09 185 02 09 185 02 09 +740,5 185 02 09 -740,5 186 186 02 186 02 09 186 02 09 186 02 09 186 02 09 +2 100,0 186 02 09 -4 000,0 186 02 09 +1 900,0 187 +4 770 162,2 187 02 +3 994 621,9 187 02 01 +2 438 651,6 187 02 01 +1 084,7 187 02 01 +1 084,7 187 02 01 +155,9 187 02 01 +928,8 187 02 01 +2 368 661,4 187 02 01 +2 533 561,4 187 02 01 +2 533 561,4 187 02 01 +2 305 745,1 187 02 01 +227 816,3 187 02 01 -164 900,0 187 02 01 -164 900,0 187 02 01 +68 905,5 187 02 01 +67 620,0 187 02 01 +15 710,7 187 02 01 +13 245,8 187 02 01 +2 464,9 187 02 01 +51 909,3 187 02 01 +1 285,5 187 02 01 +284,2 187 02 01 +1 001,3 187 02 05 +7 151,0 187 02 05 +7 151,0 187 02 05 +7 151,0 187 02 05 +4 540,5 187 02 05 +4 430,0 187 02 05 +110,5 187 02 05 +2 610,5 187 02 08 +430 440,0 187 02 08 +430 440,0 187 02 08 +193 480,0 187 02 08 +193 480,0 187 02 08 +193 480,0 187 02 08 +236 960,0 187 02 08 +236 960,0 187 02 09 +1 118 379,3 187 02 09 +1 059 085,4 187 02 09 -134 762,0 187 02 09 -134 762,0 187 02 09 -134 762,0 187 02 09 +25 738,0 187 02 09 -160 500,0 187 02 09 +203 339,7 187 02 09 +203 339,7 187 02 09 +110 471,7 187 02 09 +92 868,0 187 02 09 +694 006,7 187 02 09 +694 006,7 187 02 09 +288 501,0 187 02 09 +288 501,0 187 02 09 +8 000,0 187 02 09 +8 000,0 187 02 09 +59 293,9 187 02 09 +59 293,9 187 02 09 +59 293,9 187 02 09 +59 293,9 187 05 +304 859,4 187 05 01 +304 859,4 187 05 01 +304 859,4 187 05 01 +304 859,4 187 05 01 -2 395 140,6 187 05 01 -2 395 140,6 187 05 01 +2 700 000,0 187 05 01 +2 700 000,0 187 09 +8 510,6 187 09 09 +8 510,6 187 09 09 +8 510,6 187 09 09 +8 510,6 187 09 09 +8 510,6 187 09 09 +8 510,6 187 10 +462 170,3 187 10 01 +93 295,0 187 10 01 +93 295,0 187 10 01 +93 295,0 187 10 01 +93 295,0 187 10 01 +93 295,0 187 10 03 +368 875,3 187 10 03 +368 701,3 187 10 03 +2 604,7 187 10 03 +2 481,8 187 10 03 +2 481,8 187 10 03 +122,9 187 10 03 +122,9 187 10 03 +74 676,0 187 10 03 +74 676,0 187 10 03 +74 676,0 187 10 03 +108 007,2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