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Польша о порядке местного приграничного передвижения</w:t>
      </w:r>
    </w:p>
    <w:p>
      <w:r>
        <w:rPr>
          <w:b/>
        </w:rPr>
        <w:t>Статья None. Федеральный закон   от 14.06.2012 № 68-ФЗ</w:t>
      </w:r>
    </w:p>
    <w:p>
      <w:r>
        <w:t>О ратификации Соглашения между Правительством Российской Федерации и Правительством Республики Польша о порядке местного приграничного передвижения РОССИЙСКАЯ ФЕДЕРАЦИЯ ФЕДЕРАЛЬНЫЙ ЗАКОН О ратификации Соглашения между Правительством Российской Федерации и Правительством Республики Польша о порядке местного приграничного передвижения Принят Государственной Думой 25 мая 2012 года Одобрен Советом Федерации 6 июня 2012 года Ратифицировать Соглашение между Правительством Российской Федерации и Правительством Республики Польша о порядке местного приграничного передвижения, подписанное в городе Москве 14 декабря 2011 года. Президент Российской Федерации В.Путин Москва, Кремль 14 июня 2012 года № 68-ФЗ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