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сотрудничестве государств - членов Организации Договора о коллективной безопасности в области разработки, производства, эксплуатации, ремонта, модернизации, продления сроков эксплуатации и утилизации продукции военного назначения</w:t>
      </w:r>
    </w:p>
    <w:p>
      <w:r>
        <w:rPr>
          <w:b/>
        </w:rPr>
        <w:t>Статья None. Федеральный закон   от 14.06.2012 № 69-ФЗ</w:t>
      </w:r>
    </w:p>
    <w:p>
      <w:r>
        <w:t>О ратификации Соглашения о сотрудничестве государств - членов Организации Договора о коллективной безопасности в области разработки, производства, эксплуатации, ремонта, модернизации, продления сроков эксплуатации и утилизации продукции военного назначения РОССИЙСКАЯ ФЕДЕРАЦИЯ ФЕДЕРАЛЬНЫЙ ЗАКОН О ратификации Соглашения о сотрудничестве государств - членов Организации Договора о коллективной безопасности в области разработки, производства, эксплуатации, ремонта, модернизации, продления сроков эксплуатации и утилизации продукции военного назначения Принят Государственной Думой 25 мая 2012 года Одобрен Советом Федерации 6 июня 2012 года Ратифицировать Соглашение о сотрудничестве государств - членов Организации Договора о коллективной безопасности в области разработки, производства, эксплуатации, ремонта, модернизации, продления сроков эксплуатации и утилизации продукции военного назначения, подписанное в городе Москве 10 декабря 2010 года. Президент Российской Федерации В.Путин Москва, Кремль 14 июня 2012 года № 69-ФЗ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