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от 10 апреля 1995 года</w:t>
      </w:r>
    </w:p>
    <w:p>
      <w:r>
        <w:rPr>
          <w:b/>
        </w:rPr>
        <w:t>Статья None. Федеральный закон   от 14.06.2012 № 71-ФЗ</w:t>
      </w:r>
    </w:p>
    <w:p>
      <w:r>
        <w:t>О ратификации Протокола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от 10 апреля 1995 года РОССИЙСКАЯ ФЕДЕРАЦИЯ ФЕДЕРАЛЬНЫЙ ЗАКОН О ратификации Протокола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от 10 апреля 1995 года Принят Государственной Думой 25 мая 2012 года Одобрен Советом Федерации 6 июня 2012 года Ратифицировать Протокол к Соглашению между Правительством Российской Федерации и Европейским космическим агентством об учреждении в Российской Федерации Постоянного представительства Европейского космического агентства и его статусе от 10 апреля 1995 года, подписанный в городе Москве 24 сентября 2010 года. Президент Российской Федерации В.Путин Москва, Кремль 14 июня 2012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