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84-2 Федерального закона "Об акционерных обществах"</w:t>
      </w:r>
    </w:p>
    <w:p>
      <w:r>
        <w:rPr>
          <w:b/>
        </w:rPr>
        <w:t>Статья None. Федеральный закон   от 14.06.2012 № 77-ФЗ</w:t>
      </w:r>
    </w:p>
    <w:p>
      <w:r>
        <w:t>О внесении изменения в статью 84-2 Федерального закона "Об акционерных обществах" РОССИЙСКАЯ ФЕДЕРАЦИЯ ФЕДЕРАЛЬНЫЙ ЗАКОН О внесении изменения в статью 84 2 Федерального закона "Об акционерных обществах" Принят Государственной Думой 23 мая 2012 года Одобрен Советом Федерации 6 июня 2012 года Внести в пункт 8 статьи 84 2 Федерального закона от 26 декабря 1995 года № 208-ФЗ "Об акционерных обществах" (Собрание законодательства Российской Федерации, 1996, № 1, ст. 1; 2006, № 2, ст. 172; 2007, № 31, ст. 4016; 2009, № 19, ст. 2279; 2010, № 45, ст. 5757; 2011, № 48, ст. 6728) изменение, дополнив его абзацем следующего содержания: "передаче в порядке, установленном частью 11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акций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Федерации.". Президент Российской Федерации В.Путин Москва, Кремль 14 июня 2012 года № 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