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Объединенной коллегии таможенных служб государств - членов Таможенного союза</w:t>
      </w:r>
    </w:p>
    <w:p>
      <w:r>
        <w:rPr>
          <w:b/>
        </w:rPr>
        <w:t>Статья None. Федеральный закон   от 25.06.2012 № 92-ФЗ</w:t>
      </w:r>
    </w:p>
    <w:p>
      <w:r>
        <w:t>О ратификации Договора об Объединенной коллегии таможенных служб государств - членов Таможенного союза РОССИЙСКАЯ ФЕДЕРАЦИЯ ФЕДЕРАЛЬНЫЙ ЗАКОН О ратификации Договора об Объединенной коллегии таможенных служб государств - членов Таможенного союза Принят Государственной Думой 5 июня 2012 года Одобрен Советом Федерации 15 июня 2012 года Ратифицировать Договор об Объединенной коллегии таможенных служб государств - членов Таможенного союза, подписанный в городе Москве 22 июня 2011 года. Президент Российской Федерации В.Путин Москва, Кремль 25 июня 2012 года № 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