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02.10.2012 № 156-ФЗ</w:t>
      </w:r>
    </w:p>
    <w:p>
      <w:r>
        <w:t>О ратификации Соглашения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 Принят Государственной Думой 21 сентября 2012 года Одобрен Советом Федерации 26 сентября 2012 года Ратифицировать Соглашение между Правительством Российской Федерации и Правительством Латвийской Республики об избежании двойного налогообложения и о предотвращении уклонения от уплаты налогов в отношении налогов на доходы и капитал, подписанное в городе Москве 20 декабря 2010 года. Президент Российской Федерации В.Путин Москва, Кремль 2 октября 2012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