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Швейцарской Конфедерацией об избежании двойного налогообложения в отношении налогов на доходы и капитал, подписанное в Москве 15 ноября 1995 года</w:t>
      </w:r>
    </w:p>
    <w:p>
      <w:r>
        <w:rPr>
          <w:b/>
        </w:rPr>
        <w:t>Статья None. Федеральный закон   от 02.10.2012 № 167-ФЗ</w:t>
      </w:r>
    </w:p>
    <w:p>
      <w:r>
        <w:t>О ратификации Протокола о внесении изменений в Соглашение между Российской Федерацией и Швейцарской Конфедерацией об избежании двойного налогообложения в отношении налогов на доходы и капитал, подписанное в Москве 15 ноября 1995 года РОССИЙСКАЯ ФЕДЕРАЦИЯ ФЕДЕРАЛЬНЫЙ ЗАКОН О ратификации Протокола о внесении изменений в Соглашение между Российской Федерацией и Швейцарской Конфедерацией об избежании двойного налогообложения в отношении налогов на доходы и капитал, подписанное в Москве 15 ноября 1995 года Принят Государственной Думой 21 сентября 2012 года Одобрен Советом Федерации 26 сентября 2012 года Ратифицировать Протокол о внесении изменений в Соглашение между Российской Федерацией и Швейцарской Конфедерацией об избежании двойного налогообложения в отношении налогов на доходы и капитал, подписанное в Москве 15 ноября 1995 года, подписанный в городе Вашингтоне 24 сентября 2011 года. Президент Российской Федерации В.Путин Москва, Кремль 2 октября 2012 года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