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4335) изменение, заменив слова "Пензенская область - 75" словами "Пензенская область - 76".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Пензенской области в 2012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