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2011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2011 год по доходам в сумме 11 367 652 622,6 тыс. рублей, по расходам в сумме 10 925 617 418,3 тыс. рублей с превышением доходов над расходами (профицит федерального бюджета)в сумме 442 035 204,3 тыс. рублей и со следующими показателями</w:t>
      </w:r>
    </w:p>
    <w:p>
      <w:r>
        <w:t>доходов федерального бюджета за 2011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2011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2011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2011 год по разделам и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2011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2011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