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None. Федеральный закон   от 01.12.2012 № 210-ФЗ</w:t>
      </w:r>
    </w:p>
    <w:p>
      <w:r>
        <w:t>О внесении изменения в статью 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Утратил силу - Федеральный закон от 21.12.2021 № 414-ФЗ РОССИЙСКАЯ ФЕДЕРАЦИЯ ФЕДЕРАЛЬНЫЙ ЗАКОН О внесении изменения в статью 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Принят Государственной Думой 13 ноября 2012 года Одобрен Советом Федерации 21 ноября 2012 года Внести в пункт 2 статьи 1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2709) изменение, исключив из него слово "даты". Президент Российской Федерации В.Путин Москва, Кремль 1 декабря 2012 года № 210-ФЗ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